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340BA4" w14:textId="77777777" w:rsidR="003D3825" w:rsidRPr="008D059B" w:rsidRDefault="003351E6" w:rsidP="00DC1B2E">
      <w:pPr>
        <w:pStyle w:val="Heading1"/>
        <w:spacing w:line="240" w:lineRule="auto"/>
        <w:jc w:val="center"/>
        <w:rPr>
          <w:rFonts w:asciiTheme="majorBidi" w:hAnsiTheme="majorBidi"/>
          <w:color w:val="auto"/>
          <w:sz w:val="52"/>
          <w:szCs w:val="52"/>
        </w:rPr>
      </w:pPr>
      <w:r w:rsidRPr="008D059B">
        <w:rPr>
          <w:rFonts w:asciiTheme="majorBidi" w:hAnsiTheme="majorBidi"/>
          <w:color w:val="auto"/>
          <w:sz w:val="52"/>
          <w:szCs w:val="52"/>
        </w:rPr>
        <w:t xml:space="preserve">Updated List </w:t>
      </w:r>
      <w:r w:rsidR="00B74EA7" w:rsidRPr="008D059B">
        <w:rPr>
          <w:rFonts w:asciiTheme="majorBidi" w:hAnsiTheme="majorBidi"/>
          <w:color w:val="auto"/>
          <w:sz w:val="52"/>
          <w:szCs w:val="52"/>
        </w:rPr>
        <w:t>of PPA federal Branch Islamabad 2025</w:t>
      </w:r>
    </w:p>
    <w:p w14:paraId="1CAF7290" w14:textId="77777777" w:rsidR="008D059B" w:rsidRPr="008D059B" w:rsidRDefault="00BD5B54" w:rsidP="00ED090E">
      <w:pPr>
        <w:jc w:val="center"/>
        <w:rPr>
          <w:rFonts w:asciiTheme="majorBidi" w:hAnsiTheme="majorBidi" w:cstheme="majorBidi"/>
          <w:b/>
          <w:bCs/>
          <w:sz w:val="52"/>
          <w:szCs w:val="52"/>
        </w:rPr>
      </w:pPr>
      <w:r>
        <w:rPr>
          <w:rFonts w:asciiTheme="majorBidi" w:hAnsiTheme="majorBidi" w:cstheme="majorBidi"/>
          <w:b/>
          <w:bCs/>
          <w:sz w:val="52"/>
          <w:szCs w:val="52"/>
        </w:rPr>
        <w:t>30</w:t>
      </w:r>
      <w:r w:rsidR="0049267C">
        <w:rPr>
          <w:rFonts w:asciiTheme="majorBidi" w:hAnsiTheme="majorBidi" w:cstheme="majorBidi"/>
          <w:b/>
          <w:bCs/>
          <w:sz w:val="52"/>
          <w:szCs w:val="52"/>
        </w:rPr>
        <w:t>-06</w:t>
      </w:r>
      <w:r w:rsidR="008D059B" w:rsidRPr="008D059B">
        <w:rPr>
          <w:rFonts w:asciiTheme="majorBidi" w:hAnsiTheme="majorBidi" w:cstheme="majorBidi"/>
          <w:b/>
          <w:bCs/>
          <w:sz w:val="52"/>
          <w:szCs w:val="52"/>
        </w:rPr>
        <w:t>-202</w:t>
      </w:r>
      <w:r w:rsidR="00ED090E">
        <w:rPr>
          <w:rFonts w:asciiTheme="majorBidi" w:hAnsiTheme="majorBidi" w:cstheme="majorBidi"/>
          <w:b/>
          <w:bCs/>
          <w:sz w:val="52"/>
          <w:szCs w:val="52"/>
        </w:rPr>
        <w:t>6</w:t>
      </w:r>
    </w:p>
    <w:tbl>
      <w:tblPr>
        <w:tblStyle w:val="TableGrid"/>
        <w:tblW w:w="1368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990"/>
        <w:gridCol w:w="2520"/>
        <w:gridCol w:w="1260"/>
        <w:gridCol w:w="3690"/>
        <w:gridCol w:w="1890"/>
        <w:gridCol w:w="3330"/>
      </w:tblGrid>
      <w:tr w:rsidR="00B03F10" w:rsidRPr="00257E6B" w14:paraId="3A4E7AE1" w14:textId="77777777" w:rsidTr="00061A1D">
        <w:tc>
          <w:tcPr>
            <w:tcW w:w="990" w:type="dxa"/>
          </w:tcPr>
          <w:p w14:paraId="11CACBF1" w14:textId="77777777" w:rsidR="00FD1970" w:rsidRPr="00BA2BBF" w:rsidRDefault="00FD1970" w:rsidP="003175C2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A2BB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S.</w:t>
            </w:r>
            <w:r w:rsidR="00BA2BBF" w:rsidRPr="00BA2BB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</w:t>
            </w:r>
            <w:r w:rsidRPr="00BA2BB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No</w:t>
            </w:r>
          </w:p>
        </w:tc>
        <w:tc>
          <w:tcPr>
            <w:tcW w:w="2520" w:type="dxa"/>
          </w:tcPr>
          <w:p w14:paraId="2BFE96EC" w14:textId="77777777" w:rsidR="00FD1970" w:rsidRPr="00BA2BBF" w:rsidRDefault="00FD1970" w:rsidP="003175C2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A2BB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Name</w:t>
            </w:r>
          </w:p>
        </w:tc>
        <w:tc>
          <w:tcPr>
            <w:tcW w:w="1260" w:type="dxa"/>
          </w:tcPr>
          <w:p w14:paraId="60F0A251" w14:textId="77777777" w:rsidR="00FD1970" w:rsidRPr="00BA2BBF" w:rsidRDefault="00FD1970" w:rsidP="003175C2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A2BB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PMDC Number</w:t>
            </w:r>
          </w:p>
        </w:tc>
        <w:tc>
          <w:tcPr>
            <w:tcW w:w="3690" w:type="dxa"/>
          </w:tcPr>
          <w:p w14:paraId="0A8FDB51" w14:textId="77777777" w:rsidR="00FD1970" w:rsidRPr="00BA2BBF" w:rsidRDefault="00FD1970" w:rsidP="003175C2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A2BB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Mailing Address</w:t>
            </w:r>
          </w:p>
        </w:tc>
        <w:tc>
          <w:tcPr>
            <w:tcW w:w="1890" w:type="dxa"/>
          </w:tcPr>
          <w:p w14:paraId="4BDD5664" w14:textId="77777777" w:rsidR="00FD1970" w:rsidRPr="00BA2BBF" w:rsidRDefault="00FD1970" w:rsidP="003175C2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A2BB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Cell Number</w:t>
            </w:r>
          </w:p>
        </w:tc>
        <w:tc>
          <w:tcPr>
            <w:tcW w:w="3330" w:type="dxa"/>
          </w:tcPr>
          <w:p w14:paraId="05481B5D" w14:textId="77777777" w:rsidR="00FD1970" w:rsidRPr="00BA2BBF" w:rsidRDefault="00FD1970" w:rsidP="003175C2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BA2BBF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Email Address</w:t>
            </w:r>
          </w:p>
        </w:tc>
      </w:tr>
      <w:tr w:rsidR="00B03F10" w:rsidRPr="00257E6B" w14:paraId="6C2FC7ED" w14:textId="77777777" w:rsidTr="00061A1D">
        <w:tc>
          <w:tcPr>
            <w:tcW w:w="990" w:type="dxa"/>
          </w:tcPr>
          <w:p w14:paraId="6FCCD723" w14:textId="77777777" w:rsidR="00FD1970" w:rsidRPr="00257E6B" w:rsidRDefault="00FD1970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20664BE8" w14:textId="77777777" w:rsidR="00FD1970" w:rsidRPr="00257E6B" w:rsidRDefault="00FD1970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Prof. Asifa Murtaza</w:t>
            </w:r>
          </w:p>
        </w:tc>
        <w:tc>
          <w:tcPr>
            <w:tcW w:w="1260" w:type="dxa"/>
          </w:tcPr>
          <w:p w14:paraId="0F7AD63B" w14:textId="77777777" w:rsidR="00FD1970" w:rsidRPr="00257E6B" w:rsidRDefault="00FD1970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76794BD4" w14:textId="77777777" w:rsidR="00FD1970" w:rsidRPr="00257E6B" w:rsidRDefault="00FD1970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H# 7-A Street No 35, Sector F-7/1, Islamabad</w:t>
            </w:r>
          </w:p>
        </w:tc>
        <w:tc>
          <w:tcPr>
            <w:tcW w:w="1890" w:type="dxa"/>
          </w:tcPr>
          <w:p w14:paraId="265EFF46" w14:textId="77777777" w:rsidR="00FD1970" w:rsidRPr="00257E6B" w:rsidRDefault="00FD1970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0323-5141400</w:t>
            </w:r>
          </w:p>
        </w:tc>
        <w:tc>
          <w:tcPr>
            <w:tcW w:w="3330" w:type="dxa"/>
          </w:tcPr>
          <w:p w14:paraId="2573F2A1" w14:textId="77777777" w:rsidR="00FD1970" w:rsidRPr="00257E6B" w:rsidRDefault="00FD1970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03F10" w:rsidRPr="00257E6B" w14:paraId="1FCBD9FE" w14:textId="77777777" w:rsidTr="00061A1D">
        <w:tc>
          <w:tcPr>
            <w:tcW w:w="990" w:type="dxa"/>
          </w:tcPr>
          <w:p w14:paraId="0015CD35" w14:textId="77777777" w:rsidR="00FD1970" w:rsidRPr="00257E6B" w:rsidRDefault="00FD1970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5F6E1257" w14:textId="77777777" w:rsidR="00FD1970" w:rsidRPr="00257E6B" w:rsidRDefault="00FD1970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Dr. Atiya Naveed</w:t>
            </w:r>
          </w:p>
        </w:tc>
        <w:tc>
          <w:tcPr>
            <w:tcW w:w="1260" w:type="dxa"/>
          </w:tcPr>
          <w:p w14:paraId="1CC27444" w14:textId="77777777" w:rsidR="00FD1970" w:rsidRPr="00257E6B" w:rsidRDefault="00FD1970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6AF321F4" w14:textId="77777777" w:rsidR="00FD1970" w:rsidRPr="00257E6B" w:rsidRDefault="00FD1970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90" w:type="dxa"/>
          </w:tcPr>
          <w:p w14:paraId="0C6A71E6" w14:textId="77777777" w:rsidR="00FD1970" w:rsidRPr="00257E6B" w:rsidRDefault="00FD1970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0333-517134</w:t>
            </w:r>
          </w:p>
        </w:tc>
        <w:tc>
          <w:tcPr>
            <w:tcW w:w="3330" w:type="dxa"/>
          </w:tcPr>
          <w:p w14:paraId="6AA03987" w14:textId="77777777" w:rsidR="00FD1970" w:rsidRPr="00257E6B" w:rsidRDefault="00FD1970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03F10" w:rsidRPr="00257E6B" w14:paraId="62ABA032" w14:textId="77777777" w:rsidTr="00061A1D">
        <w:tc>
          <w:tcPr>
            <w:tcW w:w="990" w:type="dxa"/>
          </w:tcPr>
          <w:p w14:paraId="6A76B8F7" w14:textId="77777777" w:rsidR="00FD1970" w:rsidRPr="00257E6B" w:rsidRDefault="00FD1970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67A2D7CF" w14:textId="77777777" w:rsidR="00FD1970" w:rsidRPr="00257E6B" w:rsidRDefault="00E625A3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Prof</w:t>
            </w:r>
            <w:r w:rsidR="00FD1970" w:rsidRPr="00257E6B">
              <w:rPr>
                <w:rFonts w:asciiTheme="majorBidi" w:hAnsiTheme="majorBidi" w:cstheme="majorBidi"/>
                <w:sz w:val="24"/>
                <w:szCs w:val="24"/>
              </w:rPr>
              <w:t>. Asma Shabbir</w:t>
            </w:r>
          </w:p>
        </w:tc>
        <w:tc>
          <w:tcPr>
            <w:tcW w:w="1260" w:type="dxa"/>
          </w:tcPr>
          <w:p w14:paraId="6D3E189B" w14:textId="77777777" w:rsidR="00FD1970" w:rsidRPr="00257E6B" w:rsidRDefault="00D16098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29076-P</w:t>
            </w:r>
          </w:p>
        </w:tc>
        <w:tc>
          <w:tcPr>
            <w:tcW w:w="3690" w:type="dxa"/>
          </w:tcPr>
          <w:p w14:paraId="0242EE8B" w14:textId="77777777" w:rsidR="00FD1970" w:rsidRPr="00257E6B" w:rsidRDefault="00FD1970" w:rsidP="00D1609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 xml:space="preserve">H No </w:t>
            </w:r>
            <w:r w:rsidR="00D16098">
              <w:rPr>
                <w:rFonts w:asciiTheme="majorBidi" w:hAnsiTheme="majorBidi" w:cstheme="majorBidi"/>
                <w:sz w:val="24"/>
                <w:szCs w:val="24"/>
              </w:rPr>
              <w:t>40</w:t>
            </w:r>
            <w:r w:rsidRPr="00257E6B">
              <w:rPr>
                <w:rFonts w:asciiTheme="majorBidi" w:hAnsiTheme="majorBidi" w:cstheme="majorBidi"/>
                <w:sz w:val="24"/>
                <w:szCs w:val="24"/>
              </w:rPr>
              <w:t>, st</w:t>
            </w:r>
            <w:r w:rsidR="00D16098">
              <w:rPr>
                <w:rFonts w:asciiTheme="majorBidi" w:hAnsiTheme="majorBidi" w:cstheme="majorBidi"/>
                <w:sz w:val="24"/>
                <w:szCs w:val="24"/>
              </w:rPr>
              <w:t>reet</w:t>
            </w:r>
            <w:r w:rsidRPr="00257E6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D16098">
              <w:rPr>
                <w:rFonts w:asciiTheme="majorBidi" w:hAnsiTheme="majorBidi" w:cstheme="majorBidi"/>
                <w:sz w:val="24"/>
                <w:szCs w:val="24"/>
              </w:rPr>
              <w:t>86</w:t>
            </w:r>
            <w:r w:rsidRPr="00257E6B">
              <w:rPr>
                <w:rFonts w:asciiTheme="majorBidi" w:hAnsiTheme="majorBidi" w:cstheme="majorBidi"/>
                <w:sz w:val="24"/>
                <w:szCs w:val="24"/>
              </w:rPr>
              <w:t>, G</w:t>
            </w:r>
            <w:r w:rsidR="00D16098">
              <w:rPr>
                <w:rFonts w:asciiTheme="majorBidi" w:hAnsiTheme="majorBidi" w:cstheme="majorBidi"/>
                <w:sz w:val="24"/>
                <w:szCs w:val="24"/>
              </w:rPr>
              <w:t>-11</w:t>
            </w:r>
            <w:r w:rsidRPr="00257E6B">
              <w:rPr>
                <w:rFonts w:asciiTheme="majorBidi" w:hAnsiTheme="majorBidi" w:cstheme="majorBidi"/>
                <w:sz w:val="24"/>
                <w:szCs w:val="24"/>
              </w:rPr>
              <w:t>/</w:t>
            </w:r>
            <w:r w:rsidR="00D16098">
              <w:rPr>
                <w:rFonts w:asciiTheme="majorBidi" w:hAnsiTheme="majorBidi" w:cstheme="majorBidi"/>
                <w:sz w:val="24"/>
                <w:szCs w:val="24"/>
              </w:rPr>
              <w:t>1</w:t>
            </w:r>
            <w:r w:rsidRPr="00257E6B">
              <w:rPr>
                <w:rFonts w:asciiTheme="majorBidi" w:hAnsiTheme="majorBidi" w:cstheme="majorBidi"/>
                <w:sz w:val="24"/>
                <w:szCs w:val="24"/>
              </w:rPr>
              <w:t>, Islamabad</w:t>
            </w:r>
          </w:p>
        </w:tc>
        <w:tc>
          <w:tcPr>
            <w:tcW w:w="1890" w:type="dxa"/>
          </w:tcPr>
          <w:p w14:paraId="5CC60444" w14:textId="77777777" w:rsidR="00FD1970" w:rsidRPr="00257E6B" w:rsidRDefault="00FD1970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0302-5121881</w:t>
            </w:r>
          </w:p>
        </w:tc>
        <w:tc>
          <w:tcPr>
            <w:tcW w:w="3330" w:type="dxa"/>
          </w:tcPr>
          <w:p w14:paraId="339E8045" w14:textId="77777777" w:rsidR="00FD1970" w:rsidRPr="00257E6B" w:rsidRDefault="00B6103A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8" w:history="1">
              <w:r w:rsidR="00D16098" w:rsidRPr="004D516F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Dr.asmashabbir@gmail.com</w:t>
              </w:r>
            </w:hyperlink>
            <w:r w:rsidR="00D16098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B03F10" w:rsidRPr="00257E6B" w14:paraId="34375553" w14:textId="77777777" w:rsidTr="00061A1D">
        <w:tc>
          <w:tcPr>
            <w:tcW w:w="990" w:type="dxa"/>
          </w:tcPr>
          <w:p w14:paraId="6D2D82CA" w14:textId="77777777" w:rsidR="00FD1970" w:rsidRPr="00257E6B" w:rsidRDefault="00FD1970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05FF7D6B" w14:textId="736BD7D1" w:rsidR="00FD1970" w:rsidRPr="00257E6B" w:rsidRDefault="00E62AE6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Brig</w:t>
            </w:r>
            <w:r w:rsidR="00FD1970" w:rsidRPr="00257E6B">
              <w:rPr>
                <w:rFonts w:asciiTheme="majorBidi" w:hAnsiTheme="majorBidi" w:cstheme="majorBidi"/>
                <w:sz w:val="24"/>
                <w:szCs w:val="24"/>
              </w:rPr>
              <w:t>. Dr. Asma Razzak</w:t>
            </w:r>
          </w:p>
        </w:tc>
        <w:tc>
          <w:tcPr>
            <w:tcW w:w="1260" w:type="dxa"/>
          </w:tcPr>
          <w:p w14:paraId="357B1311" w14:textId="77777777" w:rsidR="00FD1970" w:rsidRPr="00257E6B" w:rsidRDefault="00FD1970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4D97388F" w14:textId="77777777" w:rsidR="00FD1970" w:rsidRPr="00257E6B" w:rsidRDefault="00FD1970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Child Specialist</w:t>
            </w:r>
            <w:r w:rsidRPr="00257E6B">
              <w:rPr>
                <w:rFonts w:asciiTheme="majorBidi" w:hAnsiTheme="majorBidi" w:cstheme="majorBidi"/>
                <w:sz w:val="24"/>
                <w:szCs w:val="24"/>
              </w:rPr>
              <w:br/>
              <w:t>MH, Rawalpindi</w:t>
            </w:r>
          </w:p>
        </w:tc>
        <w:tc>
          <w:tcPr>
            <w:tcW w:w="1890" w:type="dxa"/>
          </w:tcPr>
          <w:p w14:paraId="3D61A76E" w14:textId="77777777" w:rsidR="00FD1970" w:rsidRPr="00257E6B" w:rsidRDefault="00FD1970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30" w:type="dxa"/>
          </w:tcPr>
          <w:p w14:paraId="66610CDD" w14:textId="77777777" w:rsidR="00FD1970" w:rsidRPr="00257E6B" w:rsidRDefault="00FD1970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03F10" w:rsidRPr="00257E6B" w14:paraId="58A32C57" w14:textId="77777777" w:rsidTr="00061A1D">
        <w:tc>
          <w:tcPr>
            <w:tcW w:w="990" w:type="dxa"/>
          </w:tcPr>
          <w:p w14:paraId="49D11F3A" w14:textId="77777777" w:rsidR="00FD1970" w:rsidRPr="00257E6B" w:rsidRDefault="00FD1970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76A7D83F" w14:textId="77777777" w:rsidR="00FD1970" w:rsidRPr="00257E6B" w:rsidRDefault="00FD1970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Dr. Ali Raza</w:t>
            </w:r>
          </w:p>
        </w:tc>
        <w:tc>
          <w:tcPr>
            <w:tcW w:w="1260" w:type="dxa"/>
          </w:tcPr>
          <w:p w14:paraId="201FE379" w14:textId="77777777" w:rsidR="00FD1970" w:rsidRPr="00257E6B" w:rsidRDefault="005F61AC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33020-P</w:t>
            </w:r>
          </w:p>
        </w:tc>
        <w:tc>
          <w:tcPr>
            <w:tcW w:w="3690" w:type="dxa"/>
          </w:tcPr>
          <w:p w14:paraId="026652BB" w14:textId="77777777" w:rsidR="00FD1970" w:rsidRPr="00257E6B" w:rsidRDefault="00FD1970" w:rsidP="003175C2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House 123. Road A. phase 4. Bahria Town Islamabad</w:t>
            </w:r>
          </w:p>
          <w:p w14:paraId="2A808522" w14:textId="77777777" w:rsidR="00FD1970" w:rsidRPr="00257E6B" w:rsidRDefault="00FD1970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90" w:type="dxa"/>
          </w:tcPr>
          <w:p w14:paraId="1F8041D9" w14:textId="77777777" w:rsidR="00FD1970" w:rsidRPr="00257E6B" w:rsidRDefault="006B7B61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6B7B61">
              <w:rPr>
                <w:rFonts w:asciiTheme="majorBidi" w:hAnsiTheme="majorBidi" w:cstheme="majorBidi"/>
                <w:sz w:val="24"/>
                <w:szCs w:val="24"/>
              </w:rPr>
              <w:t>03102557755</w:t>
            </w:r>
          </w:p>
        </w:tc>
        <w:tc>
          <w:tcPr>
            <w:tcW w:w="3330" w:type="dxa"/>
          </w:tcPr>
          <w:p w14:paraId="166AD9CE" w14:textId="77777777" w:rsidR="00FD1970" w:rsidRPr="00257E6B" w:rsidRDefault="00B6103A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9" w:history="1">
              <w:r w:rsidR="005F61AC" w:rsidRPr="00257E6B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dr.aliraza52@gmail.com</w:t>
              </w:r>
            </w:hyperlink>
          </w:p>
          <w:p w14:paraId="1C32819D" w14:textId="77777777" w:rsidR="005F61AC" w:rsidRPr="00257E6B" w:rsidRDefault="005F61AC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B03F10" w:rsidRPr="00257E6B" w14:paraId="46DFA19B" w14:textId="77777777" w:rsidTr="00061A1D">
        <w:tc>
          <w:tcPr>
            <w:tcW w:w="990" w:type="dxa"/>
          </w:tcPr>
          <w:p w14:paraId="06E8EA50" w14:textId="77777777" w:rsidR="00FD1970" w:rsidRPr="00257E6B" w:rsidRDefault="00FD1970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3071B756" w14:textId="77777777" w:rsidR="00FD1970" w:rsidRPr="00257E6B" w:rsidRDefault="00FD1970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 A. Hafeez Soomro</w:t>
            </w:r>
            <w:r w:rsidRPr="00257E6B">
              <w:rPr>
                <w:rFonts w:asciiTheme="majorBidi" w:hAnsiTheme="majorBidi" w:cstheme="majorBidi"/>
                <w:sz w:val="24"/>
                <w:szCs w:val="24"/>
              </w:rPr>
              <w:br/>
            </w:r>
          </w:p>
        </w:tc>
        <w:tc>
          <w:tcPr>
            <w:tcW w:w="1260" w:type="dxa"/>
          </w:tcPr>
          <w:p w14:paraId="15932188" w14:textId="77777777" w:rsidR="00FD1970" w:rsidRPr="00257E6B" w:rsidRDefault="00FC67FF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38425-S</w:t>
            </w:r>
          </w:p>
        </w:tc>
        <w:tc>
          <w:tcPr>
            <w:tcW w:w="3690" w:type="dxa"/>
          </w:tcPr>
          <w:p w14:paraId="487A163A" w14:textId="77777777" w:rsidR="00FD1970" w:rsidRPr="00257E6B" w:rsidRDefault="00FC67FF" w:rsidP="00FC67FF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Veranda Residenc Flat No. 806, MPCHS Society, E-11-1, Islamabad</w:t>
            </w:r>
          </w:p>
        </w:tc>
        <w:tc>
          <w:tcPr>
            <w:tcW w:w="1890" w:type="dxa"/>
          </w:tcPr>
          <w:p w14:paraId="0EB39547" w14:textId="77777777" w:rsidR="00FD1970" w:rsidRPr="00257E6B" w:rsidRDefault="00484AC1" w:rsidP="00484AC1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0334-3184527</w:t>
            </w:r>
          </w:p>
        </w:tc>
        <w:tc>
          <w:tcPr>
            <w:tcW w:w="3330" w:type="dxa"/>
          </w:tcPr>
          <w:p w14:paraId="1A726EFB" w14:textId="77777777" w:rsidR="00FD1970" w:rsidRPr="00257E6B" w:rsidRDefault="00B6103A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10" w:history="1">
              <w:r w:rsidR="00FC67FF" w:rsidRPr="004D516F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drhafeezsoomro@hotmail.com</w:t>
              </w:r>
            </w:hyperlink>
            <w:r w:rsidR="00FC67FF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331850C7" w14:textId="77777777" w:rsidR="00FD1970" w:rsidRPr="00257E6B" w:rsidRDefault="00FD1970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6CABFB6A" w14:textId="77777777" w:rsidTr="00061A1D">
        <w:tc>
          <w:tcPr>
            <w:tcW w:w="990" w:type="dxa"/>
          </w:tcPr>
          <w:p w14:paraId="0C47A3CF" w14:textId="77777777" w:rsidR="000B2299" w:rsidRPr="00257E6B" w:rsidRDefault="000B2299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3363F047" w14:textId="77777777" w:rsidR="000B2299" w:rsidRPr="00257E6B" w:rsidRDefault="000B2299" w:rsidP="006F217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 Asma Yaqub</w:t>
            </w:r>
          </w:p>
        </w:tc>
        <w:tc>
          <w:tcPr>
            <w:tcW w:w="1260" w:type="dxa"/>
          </w:tcPr>
          <w:p w14:paraId="1C05907D" w14:textId="77777777" w:rsidR="000B2299" w:rsidRPr="00257E6B" w:rsidRDefault="000B2299" w:rsidP="006F217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40239-P</w:t>
            </w:r>
          </w:p>
        </w:tc>
        <w:tc>
          <w:tcPr>
            <w:tcW w:w="3690" w:type="dxa"/>
          </w:tcPr>
          <w:p w14:paraId="1C84C3D5" w14:textId="77777777" w:rsidR="000B2299" w:rsidRPr="00257E6B" w:rsidRDefault="000B2299" w:rsidP="006F217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House no 469 foothill road Phase 7 bahria town </w:t>
            </w:r>
          </w:p>
        </w:tc>
        <w:tc>
          <w:tcPr>
            <w:tcW w:w="1890" w:type="dxa"/>
          </w:tcPr>
          <w:p w14:paraId="2C59939A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0321-5725797</w:t>
            </w:r>
          </w:p>
        </w:tc>
        <w:tc>
          <w:tcPr>
            <w:tcW w:w="3330" w:type="dxa"/>
          </w:tcPr>
          <w:p w14:paraId="038050E4" w14:textId="77777777" w:rsidR="000B2299" w:rsidRPr="00257E6B" w:rsidRDefault="00B6103A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11" w:history="1">
              <w:r w:rsidR="00972F1E" w:rsidRPr="004D516F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yaqubasma@yahoo.com</w:t>
              </w:r>
            </w:hyperlink>
            <w:r w:rsidR="00972F1E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0B2299" w:rsidRPr="00257E6B" w14:paraId="77BA74E1" w14:textId="77777777" w:rsidTr="00061A1D">
        <w:tc>
          <w:tcPr>
            <w:tcW w:w="990" w:type="dxa"/>
          </w:tcPr>
          <w:p w14:paraId="1CD90161" w14:textId="77777777" w:rsidR="000B2299" w:rsidRPr="00257E6B" w:rsidRDefault="000B2299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4C16A10E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Dr. Asad Shabbir</w:t>
            </w:r>
          </w:p>
        </w:tc>
        <w:tc>
          <w:tcPr>
            <w:tcW w:w="1260" w:type="dxa"/>
          </w:tcPr>
          <w:p w14:paraId="1B2D867B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3C8CE1D8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House No.20 A Street 226</w:t>
            </w:r>
          </w:p>
          <w:p w14:paraId="03C0E80D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Jinnah garden phase 1 Islamabad</w:t>
            </w:r>
          </w:p>
          <w:p w14:paraId="1A92E044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90" w:type="dxa"/>
          </w:tcPr>
          <w:p w14:paraId="0FB24442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0334-5512986</w:t>
            </w:r>
          </w:p>
        </w:tc>
        <w:tc>
          <w:tcPr>
            <w:tcW w:w="3330" w:type="dxa"/>
          </w:tcPr>
          <w:p w14:paraId="44F14A41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3EF47651" w14:textId="77777777" w:rsidTr="00061A1D">
        <w:tc>
          <w:tcPr>
            <w:tcW w:w="990" w:type="dxa"/>
          </w:tcPr>
          <w:p w14:paraId="4722D0B4" w14:textId="77777777" w:rsidR="000B2299" w:rsidRPr="00257E6B" w:rsidRDefault="000B2299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1DAD51B3" w14:textId="77777777" w:rsidR="000B2299" w:rsidRPr="00257E6B" w:rsidRDefault="000B2299" w:rsidP="003175C2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Dr Allauddin Malik</w:t>
            </w:r>
          </w:p>
          <w:p w14:paraId="1D23FE5F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14:paraId="08E23AC9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5839-N</w:t>
            </w:r>
          </w:p>
        </w:tc>
        <w:tc>
          <w:tcPr>
            <w:tcW w:w="3690" w:type="dxa"/>
          </w:tcPr>
          <w:p w14:paraId="69F5F44E" w14:textId="77777777" w:rsidR="000B2299" w:rsidRPr="00257E6B" w:rsidRDefault="000B2299" w:rsidP="003175C2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Consultant Pedaitrician/ Neonatologist ,Ali Medical ,F8 , islamabad</w:t>
            </w:r>
          </w:p>
          <w:p w14:paraId="1BAA3286" w14:textId="77777777" w:rsidR="000B2299" w:rsidRPr="00B34E2F" w:rsidRDefault="000B2299" w:rsidP="00B34E2F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B34E2F">
              <w:rPr>
                <w:rFonts w:asciiTheme="majorBidi" w:eastAsia="Times New Roman" w:hAnsiTheme="majorBidi" w:cstheme="majorBidi"/>
                <w:sz w:val="24"/>
                <w:szCs w:val="24"/>
              </w:rPr>
              <w:t>House #14 , st 152, G13-4 , Islamabad</w:t>
            </w:r>
          </w:p>
        </w:tc>
        <w:tc>
          <w:tcPr>
            <w:tcW w:w="1890" w:type="dxa"/>
          </w:tcPr>
          <w:p w14:paraId="6B60FE84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03329275494</w:t>
            </w:r>
          </w:p>
        </w:tc>
        <w:tc>
          <w:tcPr>
            <w:tcW w:w="3330" w:type="dxa"/>
          </w:tcPr>
          <w:p w14:paraId="031104DE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545105D9" w14:textId="77777777" w:rsidTr="00061A1D">
        <w:tc>
          <w:tcPr>
            <w:tcW w:w="990" w:type="dxa"/>
          </w:tcPr>
          <w:p w14:paraId="436BC7B6" w14:textId="77777777" w:rsidR="000B2299" w:rsidRPr="00257E6B" w:rsidRDefault="000B2299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18D96A22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Dr. Aftab Ahmed</w:t>
            </w:r>
          </w:p>
        </w:tc>
        <w:tc>
          <w:tcPr>
            <w:tcW w:w="1260" w:type="dxa"/>
          </w:tcPr>
          <w:p w14:paraId="67C96C19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3544DB71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H.# 394, St. 13, Shazad</w:t>
            </w:r>
            <w:r w:rsidRPr="00257E6B">
              <w:rPr>
                <w:rFonts w:asciiTheme="majorBidi" w:hAnsiTheme="majorBidi" w:cstheme="majorBidi"/>
                <w:sz w:val="24"/>
                <w:szCs w:val="24"/>
              </w:rPr>
              <w:t xml:space="preserve"> Town, Islamabad</w:t>
            </w:r>
          </w:p>
        </w:tc>
        <w:tc>
          <w:tcPr>
            <w:tcW w:w="1890" w:type="dxa"/>
          </w:tcPr>
          <w:p w14:paraId="2DA34828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0300-9830321</w:t>
            </w:r>
          </w:p>
        </w:tc>
        <w:tc>
          <w:tcPr>
            <w:tcW w:w="3330" w:type="dxa"/>
          </w:tcPr>
          <w:p w14:paraId="6C13F2A8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7601445A" w14:textId="77777777" w:rsidTr="00061A1D">
        <w:tc>
          <w:tcPr>
            <w:tcW w:w="990" w:type="dxa"/>
          </w:tcPr>
          <w:p w14:paraId="435A488C" w14:textId="77777777" w:rsidR="000B2299" w:rsidRPr="00257E6B" w:rsidRDefault="000B2299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799E0038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Dr. Ayesha Afzal</w:t>
            </w:r>
          </w:p>
        </w:tc>
        <w:tc>
          <w:tcPr>
            <w:tcW w:w="1260" w:type="dxa"/>
          </w:tcPr>
          <w:p w14:paraId="3D7B4A9F" w14:textId="77777777" w:rsidR="000B2299" w:rsidRPr="00257E6B" w:rsidRDefault="000C2E4B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</w:t>
            </w:r>
            <w:r w:rsidRPr="000C2E4B">
              <w:rPr>
                <w:rFonts w:asciiTheme="majorBidi" w:hAnsiTheme="majorBidi" w:cstheme="majorBidi"/>
                <w:sz w:val="24"/>
                <w:szCs w:val="24"/>
              </w:rPr>
              <w:t>2088 P</w:t>
            </w:r>
          </w:p>
        </w:tc>
        <w:tc>
          <w:tcPr>
            <w:tcW w:w="3690" w:type="dxa"/>
          </w:tcPr>
          <w:p w14:paraId="3DEA8D5A" w14:textId="77777777" w:rsidR="000C2E4B" w:rsidRPr="000C2E4B" w:rsidRDefault="000C2E4B" w:rsidP="000C2E4B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P</w:t>
            </w:r>
            <w:r w:rsidRPr="000C2E4B">
              <w:rPr>
                <w:rFonts w:asciiTheme="majorBidi" w:eastAsia="Times New Roman" w:hAnsiTheme="majorBidi" w:cstheme="majorBidi"/>
                <w:sz w:val="24"/>
                <w:szCs w:val="24"/>
              </w:rPr>
              <w:t>rado 24,Emmar DHA</w:t>
            </w:r>
          </w:p>
          <w:p w14:paraId="6A3D9C7F" w14:textId="77777777" w:rsidR="000B2299" w:rsidRPr="00257E6B" w:rsidRDefault="000C2E4B" w:rsidP="000C2E4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C2E4B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Islamabad </w:t>
            </w:r>
          </w:p>
        </w:tc>
        <w:tc>
          <w:tcPr>
            <w:tcW w:w="1890" w:type="dxa"/>
          </w:tcPr>
          <w:p w14:paraId="58A99611" w14:textId="77777777" w:rsidR="000B2299" w:rsidRPr="00257E6B" w:rsidRDefault="000C2E4B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0330-5472129</w:t>
            </w:r>
          </w:p>
        </w:tc>
        <w:tc>
          <w:tcPr>
            <w:tcW w:w="3330" w:type="dxa"/>
          </w:tcPr>
          <w:p w14:paraId="7CEEF386" w14:textId="77777777" w:rsidR="000B2299" w:rsidRPr="00257E6B" w:rsidRDefault="000C2E4B" w:rsidP="000C2E4B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C2E4B">
              <w:rPr>
                <w:rFonts w:asciiTheme="majorBidi" w:hAnsiTheme="majorBidi" w:cstheme="majorBidi"/>
                <w:sz w:val="24"/>
                <w:szCs w:val="24"/>
              </w:rPr>
              <w:t>dr_ayesha215@hotmail.com</w:t>
            </w:r>
          </w:p>
        </w:tc>
      </w:tr>
      <w:tr w:rsidR="000B2299" w:rsidRPr="00257E6B" w14:paraId="48AE1DE4" w14:textId="77777777" w:rsidTr="00061A1D">
        <w:tc>
          <w:tcPr>
            <w:tcW w:w="990" w:type="dxa"/>
          </w:tcPr>
          <w:p w14:paraId="29A82775" w14:textId="77777777" w:rsidR="000B2299" w:rsidRPr="00257E6B" w:rsidRDefault="000B2299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32FE8999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Dr. Aqdas Saqib</w:t>
            </w:r>
          </w:p>
        </w:tc>
        <w:tc>
          <w:tcPr>
            <w:tcW w:w="1260" w:type="dxa"/>
          </w:tcPr>
          <w:p w14:paraId="69F1811B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70F2D06F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 xml:space="preserve">H. No. 213/25-B. Latif Street, Tali Moori Road, Kalma Chowk, </w:t>
            </w:r>
            <w:r w:rsidRPr="00257E6B">
              <w:rPr>
                <w:rFonts w:asciiTheme="majorBidi" w:hAnsiTheme="majorBidi" w:cstheme="majorBidi"/>
                <w:sz w:val="24"/>
                <w:szCs w:val="24"/>
              </w:rPr>
              <w:br/>
              <w:t>Kamalabad, Rawalpindi</w:t>
            </w:r>
          </w:p>
        </w:tc>
        <w:tc>
          <w:tcPr>
            <w:tcW w:w="1890" w:type="dxa"/>
          </w:tcPr>
          <w:p w14:paraId="2E33142F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0313-5086602</w:t>
            </w:r>
          </w:p>
        </w:tc>
        <w:tc>
          <w:tcPr>
            <w:tcW w:w="3330" w:type="dxa"/>
          </w:tcPr>
          <w:p w14:paraId="789A0B3D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31A2B669" w14:textId="77777777" w:rsidTr="00061A1D">
        <w:tc>
          <w:tcPr>
            <w:tcW w:w="990" w:type="dxa"/>
          </w:tcPr>
          <w:p w14:paraId="5ABDA20C" w14:textId="77777777" w:rsidR="000B2299" w:rsidRPr="00257E6B" w:rsidRDefault="000B2299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37FE879E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Dr. Col. Akhtar Firdous</w:t>
            </w:r>
          </w:p>
        </w:tc>
        <w:tc>
          <w:tcPr>
            <w:tcW w:w="1260" w:type="dxa"/>
          </w:tcPr>
          <w:p w14:paraId="3AA58966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7B94CF17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Hospital, 23, Harlley Street Rawalpindi</w:t>
            </w:r>
          </w:p>
        </w:tc>
        <w:tc>
          <w:tcPr>
            <w:tcW w:w="1890" w:type="dxa"/>
          </w:tcPr>
          <w:p w14:paraId="16D998AC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0343-4111222</w:t>
            </w:r>
          </w:p>
        </w:tc>
        <w:tc>
          <w:tcPr>
            <w:tcW w:w="3330" w:type="dxa"/>
          </w:tcPr>
          <w:p w14:paraId="34C2C6F1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2F56D7D4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2752EEE9" w14:textId="77777777" w:rsidTr="00061A1D">
        <w:tc>
          <w:tcPr>
            <w:tcW w:w="990" w:type="dxa"/>
          </w:tcPr>
          <w:p w14:paraId="4A3C9E2E" w14:textId="77777777" w:rsidR="000B2299" w:rsidRPr="00257E6B" w:rsidRDefault="000B2299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128D21DB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Dr. Aziz-ur-Rehman</w:t>
            </w:r>
          </w:p>
        </w:tc>
        <w:tc>
          <w:tcPr>
            <w:tcW w:w="1260" w:type="dxa"/>
          </w:tcPr>
          <w:p w14:paraId="4B588B8D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1EEE7485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90" w:type="dxa"/>
          </w:tcPr>
          <w:p w14:paraId="3CF8D30E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30" w:type="dxa"/>
          </w:tcPr>
          <w:p w14:paraId="30C59787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581843FF" w14:textId="77777777" w:rsidTr="00061A1D">
        <w:tc>
          <w:tcPr>
            <w:tcW w:w="990" w:type="dxa"/>
          </w:tcPr>
          <w:p w14:paraId="33A42475" w14:textId="77777777" w:rsidR="000B2299" w:rsidRPr="00257E6B" w:rsidRDefault="000B2299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3B175EBE" w14:textId="77777777" w:rsidR="000B2299" w:rsidRPr="00257E6B" w:rsidRDefault="000B2299" w:rsidP="003175C2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Dr. Awais Tahir</w:t>
            </w:r>
          </w:p>
        </w:tc>
        <w:tc>
          <w:tcPr>
            <w:tcW w:w="1260" w:type="dxa"/>
          </w:tcPr>
          <w:p w14:paraId="0A9A6862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60A32468" w14:textId="77777777" w:rsidR="000B2299" w:rsidRPr="00257E6B" w:rsidRDefault="000B2299" w:rsidP="003175C2">
            <w:pPr>
              <w:tabs>
                <w:tab w:val="left" w:pos="360"/>
              </w:tabs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Associate Professor Paeds</w:t>
            </w:r>
          </w:p>
          <w:p w14:paraId="6DB89B72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Fauji Foundation Hospital, Rawalpindi</w:t>
            </w:r>
          </w:p>
        </w:tc>
        <w:tc>
          <w:tcPr>
            <w:tcW w:w="1890" w:type="dxa"/>
          </w:tcPr>
          <w:p w14:paraId="5E30534E" w14:textId="77777777" w:rsidR="000B2299" w:rsidRPr="00257E6B" w:rsidRDefault="000B2299" w:rsidP="003175C2">
            <w:pPr>
              <w:tabs>
                <w:tab w:val="left" w:pos="360"/>
              </w:tabs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0343-4111222</w:t>
            </w:r>
          </w:p>
          <w:p w14:paraId="7EF8D0F1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30" w:type="dxa"/>
          </w:tcPr>
          <w:p w14:paraId="2A74A630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549E52CF" w14:textId="77777777" w:rsidTr="00061A1D">
        <w:tc>
          <w:tcPr>
            <w:tcW w:w="990" w:type="dxa"/>
          </w:tcPr>
          <w:p w14:paraId="35F56F32" w14:textId="77777777" w:rsidR="000B2299" w:rsidRPr="00257E6B" w:rsidRDefault="000B2299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23B797AC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Bashir Ahmed Malik</w:t>
            </w:r>
          </w:p>
        </w:tc>
        <w:tc>
          <w:tcPr>
            <w:tcW w:w="1260" w:type="dxa"/>
          </w:tcPr>
          <w:p w14:paraId="55427866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7211D5DD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90" w:type="dxa"/>
          </w:tcPr>
          <w:p w14:paraId="3146864F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30" w:type="dxa"/>
          </w:tcPr>
          <w:p w14:paraId="799B4476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209C4A42" w14:textId="77777777" w:rsidTr="00061A1D">
        <w:tc>
          <w:tcPr>
            <w:tcW w:w="990" w:type="dxa"/>
          </w:tcPr>
          <w:p w14:paraId="58DBB76C" w14:textId="77777777" w:rsidR="000B2299" w:rsidRPr="00257E6B" w:rsidRDefault="000B2299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00189D7A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Dr.Bilal Ahmed</w:t>
            </w:r>
          </w:p>
        </w:tc>
        <w:tc>
          <w:tcPr>
            <w:tcW w:w="1260" w:type="dxa"/>
          </w:tcPr>
          <w:p w14:paraId="4B5E12BB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50111 -P</w:t>
            </w:r>
          </w:p>
        </w:tc>
        <w:tc>
          <w:tcPr>
            <w:tcW w:w="3690" w:type="dxa"/>
          </w:tcPr>
          <w:p w14:paraId="73017FBA" w14:textId="77777777" w:rsidR="000B2299" w:rsidRPr="00257E6B" w:rsidRDefault="000B2299" w:rsidP="003175C2">
            <w:pPr>
              <w:tabs>
                <w:tab w:val="left" w:pos="360"/>
              </w:tabs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Senior Registrar Paeds</w:t>
            </w:r>
          </w:p>
          <w:p w14:paraId="1B8DEA59" w14:textId="77777777" w:rsidR="000B2299" w:rsidRPr="00257E6B" w:rsidRDefault="000B2299" w:rsidP="003175C2">
            <w:pPr>
              <w:tabs>
                <w:tab w:val="left" w:pos="360"/>
              </w:tabs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Railway Hospital, Rawalpindi</w:t>
            </w:r>
          </w:p>
        </w:tc>
        <w:tc>
          <w:tcPr>
            <w:tcW w:w="1890" w:type="dxa"/>
          </w:tcPr>
          <w:p w14:paraId="2E6421D7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0321-4539159</w:t>
            </w:r>
          </w:p>
        </w:tc>
        <w:tc>
          <w:tcPr>
            <w:tcW w:w="3330" w:type="dxa"/>
          </w:tcPr>
          <w:p w14:paraId="5272EFD9" w14:textId="77777777" w:rsidR="000B2299" w:rsidRPr="00257E6B" w:rsidRDefault="00B6103A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12" w:history="1">
              <w:r w:rsidR="000B2299" w:rsidRPr="00C903DF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drbilal162@gmail.com</w:t>
              </w:r>
            </w:hyperlink>
          </w:p>
          <w:p w14:paraId="1E684142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3D0F78F4" w14:textId="77777777" w:rsidTr="00061A1D">
        <w:tc>
          <w:tcPr>
            <w:tcW w:w="990" w:type="dxa"/>
          </w:tcPr>
          <w:p w14:paraId="26D9922E" w14:textId="77777777" w:rsidR="000B2299" w:rsidRPr="00257E6B" w:rsidRDefault="000B2299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03C9BE24" w14:textId="77777777" w:rsidR="000B2299" w:rsidRPr="00257E6B" w:rsidRDefault="000B2299" w:rsidP="003175C2">
            <w:pPr>
              <w:tabs>
                <w:tab w:val="left" w:pos="360"/>
              </w:tabs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Brig Munir Akmal Lodhi   </w:t>
            </w:r>
          </w:p>
          <w:p w14:paraId="6D900CDE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14:paraId="4A4A9DC7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2B93C252" w14:textId="77777777" w:rsidR="000B2299" w:rsidRPr="00257E6B" w:rsidRDefault="000B2299" w:rsidP="003175C2">
            <w:pPr>
              <w:tabs>
                <w:tab w:val="left" w:pos="360"/>
              </w:tabs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House No 55 street no 1 sector b DHA 1 Islamabad</w:t>
            </w:r>
          </w:p>
        </w:tc>
        <w:tc>
          <w:tcPr>
            <w:tcW w:w="1890" w:type="dxa"/>
          </w:tcPr>
          <w:p w14:paraId="5E929443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0321-4539159</w:t>
            </w:r>
          </w:p>
        </w:tc>
        <w:tc>
          <w:tcPr>
            <w:tcW w:w="3330" w:type="dxa"/>
          </w:tcPr>
          <w:p w14:paraId="384EAB54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0F278354" w14:textId="77777777" w:rsidTr="00061A1D">
        <w:tc>
          <w:tcPr>
            <w:tcW w:w="990" w:type="dxa"/>
          </w:tcPr>
          <w:p w14:paraId="159FEE67" w14:textId="77777777" w:rsidR="000B2299" w:rsidRPr="00257E6B" w:rsidRDefault="000B2299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33899D04" w14:textId="77777777" w:rsidR="000B2299" w:rsidRPr="00257E6B" w:rsidRDefault="000B2299" w:rsidP="003175C2">
            <w:pPr>
              <w:tabs>
                <w:tab w:val="left" w:pos="360"/>
              </w:tabs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Brig. Shoaib Ahmed</w:t>
            </w:r>
          </w:p>
        </w:tc>
        <w:tc>
          <w:tcPr>
            <w:tcW w:w="1260" w:type="dxa"/>
          </w:tcPr>
          <w:p w14:paraId="415973C0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1FBA69AA" w14:textId="77777777" w:rsidR="000B2299" w:rsidRPr="00A17048" w:rsidRDefault="000B2299" w:rsidP="00A17048">
            <w:pPr>
              <w:tabs>
                <w:tab w:val="left" w:pos="360"/>
              </w:tabs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17048">
              <w:rPr>
                <w:rFonts w:asciiTheme="majorBidi" w:eastAsia="Times New Roman" w:hAnsiTheme="majorBidi" w:cstheme="majorBidi"/>
                <w:sz w:val="24"/>
                <w:szCs w:val="24"/>
              </w:rPr>
              <w:t>H. No. 899.st.50.phase 2. Bahria town. Rawalpindi</w:t>
            </w:r>
          </w:p>
          <w:p w14:paraId="4D745B39" w14:textId="77777777" w:rsidR="000B2299" w:rsidRPr="00257E6B" w:rsidRDefault="000B2299" w:rsidP="003175C2">
            <w:pPr>
              <w:pStyle w:val="ListParagraph"/>
              <w:tabs>
                <w:tab w:val="left" w:pos="360"/>
              </w:tabs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  <w:p w14:paraId="03DC89F4" w14:textId="77777777" w:rsidR="000B2299" w:rsidRPr="00257E6B" w:rsidRDefault="000B2299" w:rsidP="003175C2">
            <w:pPr>
              <w:tabs>
                <w:tab w:val="left" w:pos="360"/>
              </w:tabs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90" w:type="dxa"/>
          </w:tcPr>
          <w:p w14:paraId="3EA50CDD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30" w:type="dxa"/>
          </w:tcPr>
          <w:p w14:paraId="5CEB4F1A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A4689F6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129F9A14" w14:textId="77777777" w:rsidTr="00061A1D">
        <w:tc>
          <w:tcPr>
            <w:tcW w:w="990" w:type="dxa"/>
          </w:tcPr>
          <w:p w14:paraId="79E5E2A3" w14:textId="77777777" w:rsidR="000B2299" w:rsidRPr="00257E6B" w:rsidRDefault="000B2299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03347F1B" w14:textId="77777777" w:rsidR="000B2299" w:rsidRPr="00257E6B" w:rsidRDefault="000B2299" w:rsidP="003175C2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Brig Shahid Aziz Retd </w:t>
            </w:r>
          </w:p>
          <w:p w14:paraId="0FFCD3E7" w14:textId="77777777" w:rsidR="000B2299" w:rsidRPr="00257E6B" w:rsidRDefault="000B2299" w:rsidP="003175C2">
            <w:pPr>
              <w:tabs>
                <w:tab w:val="left" w:pos="360"/>
              </w:tabs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14:paraId="7159F506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7903-P</w:t>
            </w:r>
          </w:p>
        </w:tc>
        <w:tc>
          <w:tcPr>
            <w:tcW w:w="3690" w:type="dxa"/>
          </w:tcPr>
          <w:p w14:paraId="2319C930" w14:textId="77777777" w:rsidR="000B2299" w:rsidRPr="00257E6B" w:rsidRDefault="000B2299" w:rsidP="003175C2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House 49; Lane 3; Askari Xl. (Eleven ) Off Cobbe road Rawalpindi cant</w:t>
            </w:r>
          </w:p>
        </w:tc>
        <w:tc>
          <w:tcPr>
            <w:tcW w:w="1890" w:type="dxa"/>
          </w:tcPr>
          <w:p w14:paraId="2F480065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03235358217</w:t>
            </w:r>
          </w:p>
        </w:tc>
        <w:tc>
          <w:tcPr>
            <w:tcW w:w="3330" w:type="dxa"/>
          </w:tcPr>
          <w:p w14:paraId="7843E0E1" w14:textId="77777777" w:rsidR="000B2299" w:rsidRPr="00257E6B" w:rsidRDefault="00B6103A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13" w:history="1">
              <w:r w:rsidR="000B2299" w:rsidRPr="00257E6B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shahidaziz1947@gmail.com</w:t>
              </w:r>
            </w:hyperlink>
          </w:p>
          <w:p w14:paraId="5F170ECC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7CA0E159" w14:textId="77777777" w:rsidTr="00061A1D">
        <w:tc>
          <w:tcPr>
            <w:tcW w:w="990" w:type="dxa"/>
          </w:tcPr>
          <w:p w14:paraId="0FE6AF4F" w14:textId="77777777" w:rsidR="000B2299" w:rsidRPr="00257E6B" w:rsidRDefault="000B2299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1FE02C76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Brig. Dr. M. Mahmood Iqbal</w:t>
            </w:r>
          </w:p>
        </w:tc>
        <w:tc>
          <w:tcPr>
            <w:tcW w:w="1260" w:type="dxa"/>
          </w:tcPr>
          <w:p w14:paraId="76167EA2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58050FE6" w14:textId="77777777" w:rsidR="000B2299" w:rsidRPr="00257E6B" w:rsidRDefault="000B2299" w:rsidP="00B34E2F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H. No 221, St 4, Askari XI Cobbline, Rwp</w:t>
            </w:r>
          </w:p>
          <w:p w14:paraId="553FDEEB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90" w:type="dxa"/>
          </w:tcPr>
          <w:p w14:paraId="0E57BA96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0321-9045818, 0333-5101040</w:t>
            </w:r>
          </w:p>
        </w:tc>
        <w:tc>
          <w:tcPr>
            <w:tcW w:w="3330" w:type="dxa"/>
          </w:tcPr>
          <w:p w14:paraId="569DBE78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1EDC33DC" w14:textId="77777777" w:rsidTr="00061A1D">
        <w:tc>
          <w:tcPr>
            <w:tcW w:w="990" w:type="dxa"/>
          </w:tcPr>
          <w:p w14:paraId="42F218C8" w14:textId="77777777" w:rsidR="000B2299" w:rsidRPr="00257E6B" w:rsidRDefault="000B2299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5CAD7776" w14:textId="77777777" w:rsidR="000B2299" w:rsidRPr="00257E6B" w:rsidRDefault="000B2299" w:rsidP="003175C2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Maj. Gen.</w:t>
            </w:r>
            <w:r w:rsidR="00AF5E82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(R) Prof. </w:t>
            </w: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 CM Anwar</w:t>
            </w:r>
          </w:p>
        </w:tc>
        <w:tc>
          <w:tcPr>
            <w:tcW w:w="1260" w:type="dxa"/>
          </w:tcPr>
          <w:p w14:paraId="05CCDCA9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1F39FD5D" w14:textId="77777777" w:rsidR="00AF5E82" w:rsidRPr="00AF5E82" w:rsidRDefault="00AF5E82" w:rsidP="00AF5E82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AF5E82">
              <w:rPr>
                <w:rFonts w:asciiTheme="majorBidi" w:eastAsia="Times New Roman" w:hAnsiTheme="majorBidi" w:cstheme="majorBidi"/>
                <w:sz w:val="24"/>
                <w:szCs w:val="24"/>
              </w:rPr>
              <w:t>Anwar Clinic</w:t>
            </w:r>
          </w:p>
          <w:p w14:paraId="0EB99495" w14:textId="77777777" w:rsidR="000B2299" w:rsidRPr="00257E6B" w:rsidRDefault="00AF5E82" w:rsidP="00AF5E8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F5E82">
              <w:rPr>
                <w:rFonts w:asciiTheme="majorBidi" w:eastAsia="Times New Roman" w:hAnsiTheme="majorBidi" w:cstheme="majorBidi"/>
                <w:sz w:val="24"/>
                <w:szCs w:val="24"/>
              </w:rPr>
              <w:t>Alkhair plaza, Fazal Haq Rd,Blue Area Isl.</w:t>
            </w:r>
          </w:p>
        </w:tc>
        <w:tc>
          <w:tcPr>
            <w:tcW w:w="1890" w:type="dxa"/>
          </w:tcPr>
          <w:p w14:paraId="0085C9A9" w14:textId="77777777" w:rsidR="000B2299" w:rsidRDefault="00AF5E82" w:rsidP="00AF5E8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0333-51051040</w:t>
            </w:r>
          </w:p>
          <w:p w14:paraId="27960E58" w14:textId="77777777" w:rsidR="00AF5E82" w:rsidRPr="00257E6B" w:rsidRDefault="00AF5E82" w:rsidP="00AF5E8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.051-8779779</w:t>
            </w:r>
          </w:p>
        </w:tc>
        <w:tc>
          <w:tcPr>
            <w:tcW w:w="3330" w:type="dxa"/>
          </w:tcPr>
          <w:p w14:paraId="42B1176B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7ABC8E66" w14:textId="77777777" w:rsidTr="00061A1D">
        <w:tc>
          <w:tcPr>
            <w:tcW w:w="990" w:type="dxa"/>
          </w:tcPr>
          <w:p w14:paraId="00BE41C3" w14:textId="77777777" w:rsidR="000B2299" w:rsidRPr="00257E6B" w:rsidRDefault="000B2299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1DED8A38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Dr. Col. Muhammad Afzal</w:t>
            </w:r>
          </w:p>
        </w:tc>
        <w:tc>
          <w:tcPr>
            <w:tcW w:w="1260" w:type="dxa"/>
          </w:tcPr>
          <w:p w14:paraId="3CDC388C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7489-p</w:t>
            </w:r>
          </w:p>
        </w:tc>
        <w:tc>
          <w:tcPr>
            <w:tcW w:w="3690" w:type="dxa"/>
          </w:tcPr>
          <w:p w14:paraId="67722CA9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H.no.39.sir syed bvd.Sector E.DHA 2 ISLAMABAD.</w:t>
            </w:r>
          </w:p>
        </w:tc>
        <w:tc>
          <w:tcPr>
            <w:tcW w:w="1890" w:type="dxa"/>
          </w:tcPr>
          <w:p w14:paraId="222830CE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0321-9549135</w:t>
            </w:r>
          </w:p>
        </w:tc>
        <w:tc>
          <w:tcPr>
            <w:tcW w:w="3330" w:type="dxa"/>
          </w:tcPr>
          <w:p w14:paraId="7AE50767" w14:textId="77777777" w:rsidR="000B2299" w:rsidRPr="00257E6B" w:rsidRDefault="00B6103A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14" w:history="1">
              <w:r w:rsidR="000B2299" w:rsidRPr="00257E6B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afzalchpak59@gmail.com</w:t>
              </w:r>
            </w:hyperlink>
          </w:p>
          <w:p w14:paraId="3F59FFF1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7C905C85" w14:textId="77777777" w:rsidTr="00061A1D">
        <w:tc>
          <w:tcPr>
            <w:tcW w:w="990" w:type="dxa"/>
          </w:tcPr>
          <w:p w14:paraId="2EAFD4B2" w14:textId="77777777" w:rsidR="000B2299" w:rsidRPr="00257E6B" w:rsidRDefault="000B2299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2A7F6B09" w14:textId="5189AF92" w:rsidR="000B2299" w:rsidRPr="00257E6B" w:rsidRDefault="00F26EE8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26EE8">
              <w:rPr>
                <w:rFonts w:asciiTheme="majorBidi" w:hAnsiTheme="majorBidi" w:cstheme="majorBidi"/>
                <w:sz w:val="24"/>
                <w:szCs w:val="24"/>
              </w:rPr>
              <w:t>Prof Brig shabbir Hussain (retd)</w:t>
            </w:r>
          </w:p>
        </w:tc>
        <w:tc>
          <w:tcPr>
            <w:tcW w:w="1260" w:type="dxa"/>
          </w:tcPr>
          <w:p w14:paraId="7539FED9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20893- P</w:t>
            </w:r>
          </w:p>
        </w:tc>
        <w:tc>
          <w:tcPr>
            <w:tcW w:w="3690" w:type="dxa"/>
          </w:tcPr>
          <w:p w14:paraId="4CF2CF14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House no. 214, street -4</w:t>
            </w:r>
          </w:p>
          <w:p w14:paraId="19FF2309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Askari- XI Near Qasim market</w:t>
            </w:r>
          </w:p>
          <w:p w14:paraId="6BEFD1E8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Rawalpindi Cantt.</w:t>
            </w:r>
          </w:p>
        </w:tc>
        <w:tc>
          <w:tcPr>
            <w:tcW w:w="1890" w:type="dxa"/>
          </w:tcPr>
          <w:p w14:paraId="6A548F9D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03009113908</w:t>
            </w:r>
          </w:p>
        </w:tc>
        <w:tc>
          <w:tcPr>
            <w:tcW w:w="3330" w:type="dxa"/>
          </w:tcPr>
          <w:p w14:paraId="49166E40" w14:textId="77777777" w:rsidR="000B2299" w:rsidRPr="00257E6B" w:rsidRDefault="00B6103A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15" w:history="1">
              <w:r w:rsidR="000B2299" w:rsidRPr="00C903DF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shabbirmoeez@yahoo.com</w:t>
              </w:r>
            </w:hyperlink>
          </w:p>
        </w:tc>
      </w:tr>
      <w:tr w:rsidR="000B2299" w:rsidRPr="00257E6B" w14:paraId="4BC0308D" w14:textId="77777777" w:rsidTr="00061A1D">
        <w:tc>
          <w:tcPr>
            <w:tcW w:w="990" w:type="dxa"/>
          </w:tcPr>
          <w:p w14:paraId="493A6143" w14:textId="77777777" w:rsidR="000B2299" w:rsidRPr="00257E6B" w:rsidRDefault="000B2299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5FB2266C" w14:textId="142E378F" w:rsidR="000B2299" w:rsidRPr="00257E6B" w:rsidRDefault="008B5122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Prof</w:t>
            </w:r>
            <w:r w:rsidR="000B2299" w:rsidRPr="00257E6B">
              <w:rPr>
                <w:rFonts w:asciiTheme="majorBidi" w:hAnsiTheme="majorBidi" w:cstheme="majorBidi"/>
                <w:sz w:val="24"/>
                <w:szCs w:val="24"/>
              </w:rPr>
              <w:t>. Ejaz Ahmed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 Khan</w:t>
            </w:r>
          </w:p>
        </w:tc>
        <w:tc>
          <w:tcPr>
            <w:tcW w:w="1260" w:type="dxa"/>
          </w:tcPr>
          <w:p w14:paraId="5078EA54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4480-N</w:t>
            </w:r>
          </w:p>
        </w:tc>
        <w:tc>
          <w:tcPr>
            <w:tcW w:w="3690" w:type="dxa"/>
          </w:tcPr>
          <w:p w14:paraId="49C28456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house 359, street 64, I-8/3</w:t>
            </w:r>
          </w:p>
        </w:tc>
        <w:tc>
          <w:tcPr>
            <w:tcW w:w="1890" w:type="dxa"/>
          </w:tcPr>
          <w:p w14:paraId="465BBFB1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0300-5249009</w:t>
            </w:r>
          </w:p>
        </w:tc>
        <w:tc>
          <w:tcPr>
            <w:tcW w:w="3330" w:type="dxa"/>
          </w:tcPr>
          <w:p w14:paraId="48D5CB15" w14:textId="77777777" w:rsidR="000B2299" w:rsidRPr="00257E6B" w:rsidRDefault="00B6103A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16" w:history="1">
              <w:r w:rsidR="000B2299" w:rsidRPr="00257E6B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ejazkhan99@hotmail.com</w:t>
              </w:r>
            </w:hyperlink>
          </w:p>
          <w:p w14:paraId="4CDCC00A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44F06764" w14:textId="77777777" w:rsidTr="00061A1D">
        <w:tc>
          <w:tcPr>
            <w:tcW w:w="990" w:type="dxa"/>
          </w:tcPr>
          <w:p w14:paraId="271360CC" w14:textId="77777777" w:rsidR="000B2299" w:rsidRPr="00257E6B" w:rsidRDefault="000B2299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2D754834" w14:textId="77777777" w:rsidR="000B2299" w:rsidRPr="00B34E2F" w:rsidRDefault="000B2299" w:rsidP="00B34E2F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Dr Malik Ellahi Bukhsh awan </w:t>
            </w:r>
          </w:p>
        </w:tc>
        <w:tc>
          <w:tcPr>
            <w:tcW w:w="1260" w:type="dxa"/>
          </w:tcPr>
          <w:p w14:paraId="075FC16B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28677-P</w:t>
            </w:r>
          </w:p>
        </w:tc>
        <w:tc>
          <w:tcPr>
            <w:tcW w:w="3690" w:type="dxa"/>
          </w:tcPr>
          <w:p w14:paraId="7F8BE721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ALAM HOSPITAL BARRIER NO 03 LALAZAR WAH CANTT</w:t>
            </w:r>
          </w:p>
        </w:tc>
        <w:tc>
          <w:tcPr>
            <w:tcW w:w="1890" w:type="dxa"/>
          </w:tcPr>
          <w:p w14:paraId="352EE535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0324 8540429</w:t>
            </w:r>
          </w:p>
        </w:tc>
        <w:tc>
          <w:tcPr>
            <w:tcW w:w="3330" w:type="dxa"/>
          </w:tcPr>
          <w:p w14:paraId="631C04C8" w14:textId="77777777" w:rsidR="000B2299" w:rsidRPr="00257E6B" w:rsidRDefault="00B6103A" w:rsidP="00B34E2F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17" w:history="1">
              <w:r w:rsidR="000B2299" w:rsidRPr="00257E6B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alamfamilyhospital214@gmail.com</w:t>
              </w:r>
            </w:hyperlink>
          </w:p>
        </w:tc>
      </w:tr>
      <w:tr w:rsidR="000B2299" w:rsidRPr="00257E6B" w14:paraId="4E31865B" w14:textId="77777777" w:rsidTr="00061A1D">
        <w:tc>
          <w:tcPr>
            <w:tcW w:w="990" w:type="dxa"/>
          </w:tcPr>
          <w:p w14:paraId="2F17538B" w14:textId="77777777" w:rsidR="000B2299" w:rsidRPr="00257E6B" w:rsidRDefault="000B2299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2CECCD8B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Dr. Ejaz Hafeez Rana</w:t>
            </w:r>
          </w:p>
        </w:tc>
        <w:tc>
          <w:tcPr>
            <w:tcW w:w="1260" w:type="dxa"/>
          </w:tcPr>
          <w:p w14:paraId="1396235E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01D786C6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90" w:type="dxa"/>
          </w:tcPr>
          <w:p w14:paraId="445A0131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30" w:type="dxa"/>
          </w:tcPr>
          <w:p w14:paraId="4BEC9589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E011A5" w:rsidRPr="00257E6B" w14:paraId="7E5DCE5B" w14:textId="77777777" w:rsidTr="00061A1D">
        <w:tc>
          <w:tcPr>
            <w:tcW w:w="990" w:type="dxa"/>
          </w:tcPr>
          <w:p w14:paraId="5CFC25E0" w14:textId="77777777" w:rsidR="00E011A5" w:rsidRPr="00257E6B" w:rsidRDefault="00E011A5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5045F3E4" w14:textId="77777777" w:rsidR="00E011A5" w:rsidRDefault="00E011A5" w:rsidP="006F217C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Dr. Faaiza Nabeel aziz Mirza</w:t>
            </w:r>
          </w:p>
        </w:tc>
        <w:tc>
          <w:tcPr>
            <w:tcW w:w="1260" w:type="dxa"/>
          </w:tcPr>
          <w:p w14:paraId="26AA52CA" w14:textId="77777777" w:rsidR="00E011A5" w:rsidRPr="00257E6B" w:rsidRDefault="00E011A5" w:rsidP="006F217C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15386-P</w:t>
            </w:r>
          </w:p>
        </w:tc>
        <w:tc>
          <w:tcPr>
            <w:tcW w:w="3690" w:type="dxa"/>
          </w:tcPr>
          <w:p w14:paraId="6F36C481" w14:textId="77777777" w:rsidR="00E011A5" w:rsidRPr="00257E6B" w:rsidRDefault="00E011A5" w:rsidP="006F217C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House No 228, Said pur Road, Near Al-Hameed Wedding Hall, Rawalpindi </w:t>
            </w:r>
          </w:p>
        </w:tc>
        <w:tc>
          <w:tcPr>
            <w:tcW w:w="1890" w:type="dxa"/>
          </w:tcPr>
          <w:p w14:paraId="231D80C0" w14:textId="77777777" w:rsidR="00E011A5" w:rsidRPr="00257E6B" w:rsidRDefault="00E011A5" w:rsidP="006F217C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0300-5187604</w:t>
            </w:r>
          </w:p>
        </w:tc>
        <w:tc>
          <w:tcPr>
            <w:tcW w:w="3330" w:type="dxa"/>
          </w:tcPr>
          <w:p w14:paraId="3DE11134" w14:textId="77777777" w:rsidR="00E011A5" w:rsidRDefault="00B6103A" w:rsidP="006F217C">
            <w:hyperlink r:id="rId18" w:history="1">
              <w:r w:rsidR="00E011A5" w:rsidRPr="004D516F">
                <w:rPr>
                  <w:rStyle w:val="Hyperlink"/>
                </w:rPr>
                <w:t>Dr.faaizanabeel@gmail.com</w:t>
              </w:r>
            </w:hyperlink>
            <w:r w:rsidR="00E011A5">
              <w:t xml:space="preserve"> </w:t>
            </w:r>
          </w:p>
        </w:tc>
      </w:tr>
      <w:tr w:rsidR="000B2299" w:rsidRPr="00257E6B" w14:paraId="1923AB6E" w14:textId="77777777" w:rsidTr="00061A1D">
        <w:tc>
          <w:tcPr>
            <w:tcW w:w="990" w:type="dxa"/>
          </w:tcPr>
          <w:p w14:paraId="6FC26A6C" w14:textId="77777777" w:rsidR="000B2299" w:rsidRPr="00257E6B" w:rsidRDefault="000B2299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1079AAB2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Dr. Farkhanda Nazli Retd</w:t>
            </w:r>
          </w:p>
        </w:tc>
        <w:tc>
          <w:tcPr>
            <w:tcW w:w="1260" w:type="dxa"/>
          </w:tcPr>
          <w:p w14:paraId="26963313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6B323385" w14:textId="77777777" w:rsidR="000B2299" w:rsidRPr="00B34E2F" w:rsidRDefault="000B2299" w:rsidP="00B34E2F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316C8F">
              <w:rPr>
                <w:rFonts w:asciiTheme="majorBidi" w:eastAsia="Times New Roman" w:hAnsiTheme="majorBidi" w:cstheme="majorBidi"/>
                <w:sz w:val="24"/>
                <w:szCs w:val="24"/>
              </w:rPr>
              <w:t>H.# 226, St. 1, G-6/3, Islamabad</w:t>
            </w:r>
          </w:p>
        </w:tc>
        <w:tc>
          <w:tcPr>
            <w:tcW w:w="1890" w:type="dxa"/>
          </w:tcPr>
          <w:p w14:paraId="7FEF6A6D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30" w:type="dxa"/>
          </w:tcPr>
          <w:p w14:paraId="1ED2D435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37EC54BD" w14:textId="77777777" w:rsidTr="00061A1D">
        <w:tc>
          <w:tcPr>
            <w:tcW w:w="990" w:type="dxa"/>
          </w:tcPr>
          <w:p w14:paraId="08745AF4" w14:textId="77777777" w:rsidR="000B2299" w:rsidRPr="00257E6B" w:rsidRDefault="000B2299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72D1FAC2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Dr. Fouzia Akhtar</w:t>
            </w:r>
          </w:p>
        </w:tc>
        <w:tc>
          <w:tcPr>
            <w:tcW w:w="1260" w:type="dxa"/>
          </w:tcPr>
          <w:p w14:paraId="7C8DE68C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6AD295A6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H.No. 340, St. 63, 1-8/3, Islamabad</w:t>
            </w:r>
          </w:p>
        </w:tc>
        <w:tc>
          <w:tcPr>
            <w:tcW w:w="1890" w:type="dxa"/>
          </w:tcPr>
          <w:p w14:paraId="2BC3E6D6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0334-5470769</w:t>
            </w:r>
          </w:p>
        </w:tc>
        <w:tc>
          <w:tcPr>
            <w:tcW w:w="3330" w:type="dxa"/>
          </w:tcPr>
          <w:p w14:paraId="157B5804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06C4E4D5" w14:textId="77777777" w:rsidTr="00061A1D">
        <w:tc>
          <w:tcPr>
            <w:tcW w:w="990" w:type="dxa"/>
          </w:tcPr>
          <w:p w14:paraId="007BB4D9" w14:textId="77777777" w:rsidR="000B2299" w:rsidRPr="00257E6B" w:rsidRDefault="000B2299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24D5A8AC" w14:textId="3AF5F0A6" w:rsidR="000B2299" w:rsidRPr="00257E6B" w:rsidRDefault="00E62AE6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Dr. Fahimuddin</w:t>
            </w:r>
          </w:p>
        </w:tc>
        <w:tc>
          <w:tcPr>
            <w:tcW w:w="1260" w:type="dxa"/>
          </w:tcPr>
          <w:p w14:paraId="33B49F09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3345E55D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Village &amp; P.O. Damam, Tehsil </w:t>
            </w:r>
            <w:r w:rsidRPr="00257E6B">
              <w:rPr>
                <w:rFonts w:asciiTheme="majorBidi" w:hAnsiTheme="majorBidi" w:cstheme="majorBidi"/>
                <w:sz w:val="24"/>
                <w:szCs w:val="24"/>
              </w:rPr>
              <w:t>Hazroo, district Attock</w:t>
            </w:r>
          </w:p>
        </w:tc>
        <w:tc>
          <w:tcPr>
            <w:tcW w:w="1890" w:type="dxa"/>
          </w:tcPr>
          <w:p w14:paraId="1B7CEEC0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03335224938, 0300-5184961, 0300-5108987</w:t>
            </w:r>
          </w:p>
        </w:tc>
        <w:tc>
          <w:tcPr>
            <w:tcW w:w="3330" w:type="dxa"/>
          </w:tcPr>
          <w:p w14:paraId="22E0024C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3B8E0722" w14:textId="77777777" w:rsidTr="00061A1D">
        <w:tc>
          <w:tcPr>
            <w:tcW w:w="990" w:type="dxa"/>
          </w:tcPr>
          <w:p w14:paraId="4A8B7896" w14:textId="77777777" w:rsidR="000B2299" w:rsidRPr="00257E6B" w:rsidRDefault="000B2299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639DF356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Dr Farah Naz</w:t>
            </w:r>
          </w:p>
        </w:tc>
        <w:tc>
          <w:tcPr>
            <w:tcW w:w="1260" w:type="dxa"/>
          </w:tcPr>
          <w:p w14:paraId="3D8D0E7F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6771F953" w14:textId="77777777" w:rsidR="000B2299" w:rsidRPr="00257E6B" w:rsidRDefault="000B2299" w:rsidP="003175C2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890" w:type="dxa"/>
          </w:tcPr>
          <w:p w14:paraId="1A76C12B" w14:textId="77777777" w:rsidR="000B2299" w:rsidRPr="00257E6B" w:rsidRDefault="000B2299" w:rsidP="003175C2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03335224938</w:t>
            </w:r>
          </w:p>
        </w:tc>
        <w:tc>
          <w:tcPr>
            <w:tcW w:w="3330" w:type="dxa"/>
          </w:tcPr>
          <w:p w14:paraId="58DD4432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7DEE5100" w14:textId="77777777" w:rsidTr="00061A1D">
        <w:tc>
          <w:tcPr>
            <w:tcW w:w="990" w:type="dxa"/>
          </w:tcPr>
          <w:p w14:paraId="52B47C71" w14:textId="77777777" w:rsidR="000B2299" w:rsidRPr="00257E6B" w:rsidRDefault="000B2299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7116D3C3" w14:textId="77777777" w:rsidR="000B2299" w:rsidRPr="00257E6B" w:rsidRDefault="0039164B" w:rsidP="003175C2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Prof.</w:t>
            </w:r>
            <w:r w:rsidR="000B2299"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Ghazala Mumtaz </w:t>
            </w:r>
          </w:p>
          <w:p w14:paraId="13C6E271" w14:textId="77777777" w:rsidR="000B2299" w:rsidRPr="00257E6B" w:rsidRDefault="000B2299" w:rsidP="003175C2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14:paraId="4FE9D39B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52636">
              <w:rPr>
                <w:rFonts w:asciiTheme="majorBidi" w:hAnsiTheme="majorBidi" w:cstheme="majorBidi"/>
                <w:sz w:val="24"/>
                <w:szCs w:val="24"/>
              </w:rPr>
              <w:t>8562 P</w:t>
            </w:r>
          </w:p>
        </w:tc>
        <w:tc>
          <w:tcPr>
            <w:tcW w:w="3690" w:type="dxa"/>
          </w:tcPr>
          <w:p w14:paraId="5867B0E2" w14:textId="77777777" w:rsidR="000B2299" w:rsidRPr="00257E6B" w:rsidRDefault="000B2299" w:rsidP="003175C2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House#358-E, street #30 Sector I-8/2 Islamabad</w:t>
            </w:r>
          </w:p>
          <w:p w14:paraId="1CF9A432" w14:textId="77777777" w:rsidR="000B2299" w:rsidRPr="00257E6B" w:rsidRDefault="000B2299" w:rsidP="003175C2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890" w:type="dxa"/>
          </w:tcPr>
          <w:p w14:paraId="301CE0B1" w14:textId="77777777" w:rsidR="000B2299" w:rsidRPr="00257E6B" w:rsidRDefault="000B2299" w:rsidP="003175C2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0300-5184961</w:t>
            </w:r>
          </w:p>
          <w:p w14:paraId="5EE4A790" w14:textId="77777777" w:rsidR="000B2299" w:rsidRPr="00257E6B" w:rsidRDefault="000B2299" w:rsidP="003175C2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330" w:type="dxa"/>
          </w:tcPr>
          <w:p w14:paraId="04FD212C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A52636">
              <w:rPr>
                <w:rFonts w:asciiTheme="majorBidi" w:hAnsiTheme="majorBidi" w:cstheme="majorBidi"/>
                <w:sz w:val="24"/>
                <w:szCs w:val="24"/>
              </w:rPr>
              <w:t>capitalghazala@hotmail.com</w:t>
            </w:r>
          </w:p>
        </w:tc>
      </w:tr>
      <w:tr w:rsidR="000B2299" w:rsidRPr="00257E6B" w14:paraId="59F0D47D" w14:textId="77777777" w:rsidTr="00061A1D">
        <w:tc>
          <w:tcPr>
            <w:tcW w:w="990" w:type="dxa"/>
          </w:tcPr>
          <w:p w14:paraId="3AA659CC" w14:textId="77777777" w:rsidR="000B2299" w:rsidRPr="00257E6B" w:rsidRDefault="000B2299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1ACFB70F" w14:textId="77777777" w:rsidR="000B2299" w:rsidRPr="00257E6B" w:rsidRDefault="000B2299" w:rsidP="003175C2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Prof. </w:t>
            </w: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Gul Hussain</w:t>
            </w:r>
          </w:p>
          <w:p w14:paraId="2DAE8D06" w14:textId="77777777" w:rsidR="000B2299" w:rsidRPr="00257E6B" w:rsidRDefault="000B2299" w:rsidP="003175C2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14:paraId="1C64D91A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2225 -</w:t>
            </w:r>
            <w:r w:rsidRPr="00257E6B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3690" w:type="dxa"/>
          </w:tcPr>
          <w:p w14:paraId="63E97D94" w14:textId="77777777" w:rsidR="000B2299" w:rsidRPr="00257E6B" w:rsidRDefault="000B2299" w:rsidP="003175C2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H No 3,  St No. 3-A,  Sector D, DHA -2  Islamabad</w:t>
            </w:r>
          </w:p>
        </w:tc>
        <w:tc>
          <w:tcPr>
            <w:tcW w:w="1890" w:type="dxa"/>
          </w:tcPr>
          <w:p w14:paraId="0F838D61" w14:textId="77777777" w:rsidR="000B2299" w:rsidRDefault="000B2299" w:rsidP="00606F6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0321-5108987</w:t>
            </w:r>
          </w:p>
          <w:p w14:paraId="44D38A52" w14:textId="77777777" w:rsidR="000B2299" w:rsidRPr="00257E6B" w:rsidRDefault="000B2299" w:rsidP="00606F6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051-4252014-292</w:t>
            </w:r>
          </w:p>
        </w:tc>
        <w:tc>
          <w:tcPr>
            <w:tcW w:w="3330" w:type="dxa"/>
          </w:tcPr>
          <w:p w14:paraId="026E3B97" w14:textId="77777777" w:rsidR="000B2299" w:rsidRPr="00257E6B" w:rsidRDefault="00B6103A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19" w:history="1">
              <w:r w:rsidR="000B2299" w:rsidRPr="00C903DF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drgul786@yahoo.com</w:t>
              </w:r>
            </w:hyperlink>
          </w:p>
        </w:tc>
      </w:tr>
      <w:tr w:rsidR="000B2299" w:rsidRPr="00257E6B" w14:paraId="773141A7" w14:textId="77777777" w:rsidTr="00061A1D">
        <w:tc>
          <w:tcPr>
            <w:tcW w:w="990" w:type="dxa"/>
          </w:tcPr>
          <w:p w14:paraId="0714A7F1" w14:textId="77777777" w:rsidR="000B2299" w:rsidRPr="00257E6B" w:rsidRDefault="000B2299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3E7B7B94" w14:textId="77777777" w:rsidR="000B2299" w:rsidRPr="00257E6B" w:rsidRDefault="000B2299" w:rsidP="003175C2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Dr Gulbin Shahid </w:t>
            </w:r>
          </w:p>
          <w:p w14:paraId="2240AAFE" w14:textId="77777777" w:rsidR="000B2299" w:rsidRPr="00257E6B" w:rsidRDefault="000B2299" w:rsidP="003175C2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14:paraId="25EC9E07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01773E86" w14:textId="77777777" w:rsidR="000B2299" w:rsidRPr="00257E6B" w:rsidRDefault="000B2299" w:rsidP="003175C2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H 9B, Park Road, F/8-1, Islamabad</w:t>
            </w:r>
          </w:p>
          <w:p w14:paraId="56A65533" w14:textId="77777777" w:rsidR="000B2299" w:rsidRPr="00257E6B" w:rsidRDefault="000B2299" w:rsidP="003175C2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890" w:type="dxa"/>
          </w:tcPr>
          <w:p w14:paraId="461F5A0C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30" w:type="dxa"/>
          </w:tcPr>
          <w:p w14:paraId="3BCE5F78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47F5DCB3" w14:textId="77777777" w:rsidTr="00061A1D">
        <w:tc>
          <w:tcPr>
            <w:tcW w:w="990" w:type="dxa"/>
          </w:tcPr>
          <w:p w14:paraId="37B09350" w14:textId="77777777" w:rsidR="000B2299" w:rsidRPr="00257E6B" w:rsidRDefault="000B2299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0C10306B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Dr. General Shahida Badsha</w:t>
            </w:r>
          </w:p>
        </w:tc>
        <w:tc>
          <w:tcPr>
            <w:tcW w:w="1260" w:type="dxa"/>
          </w:tcPr>
          <w:p w14:paraId="641E2FDE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751F3DEC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Head of Paeds Army Medical College, CMH, Rawalpindi</w:t>
            </w:r>
          </w:p>
        </w:tc>
        <w:tc>
          <w:tcPr>
            <w:tcW w:w="1890" w:type="dxa"/>
          </w:tcPr>
          <w:p w14:paraId="4A97849D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0321-5350337</w:t>
            </w:r>
          </w:p>
        </w:tc>
        <w:tc>
          <w:tcPr>
            <w:tcW w:w="3330" w:type="dxa"/>
          </w:tcPr>
          <w:p w14:paraId="31C75ADF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2AEBF521" w14:textId="77777777" w:rsidTr="00061A1D">
        <w:tc>
          <w:tcPr>
            <w:tcW w:w="990" w:type="dxa"/>
          </w:tcPr>
          <w:p w14:paraId="3E20A801" w14:textId="77777777" w:rsidR="000B2299" w:rsidRPr="00257E6B" w:rsidRDefault="000B2299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05D9F433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Prof. Haider Sherazi</w:t>
            </w:r>
          </w:p>
        </w:tc>
        <w:tc>
          <w:tcPr>
            <w:tcW w:w="1260" w:type="dxa"/>
          </w:tcPr>
          <w:p w14:paraId="157A0718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15110-P</w:t>
            </w:r>
          </w:p>
        </w:tc>
        <w:tc>
          <w:tcPr>
            <w:tcW w:w="3690" w:type="dxa"/>
          </w:tcPr>
          <w:p w14:paraId="056EF0E6" w14:textId="77777777" w:rsidR="000B2299" w:rsidRPr="006F217C" w:rsidRDefault="006F217C" w:rsidP="006F217C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F217C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Ali Enclave, Banigalla Hills (west) Banigalla Islamabad </w:t>
            </w:r>
          </w:p>
        </w:tc>
        <w:tc>
          <w:tcPr>
            <w:tcW w:w="1890" w:type="dxa"/>
          </w:tcPr>
          <w:p w14:paraId="0C1C5E7B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0313-5222222</w:t>
            </w:r>
          </w:p>
        </w:tc>
        <w:tc>
          <w:tcPr>
            <w:tcW w:w="3330" w:type="dxa"/>
          </w:tcPr>
          <w:p w14:paraId="37614DA1" w14:textId="77777777" w:rsidR="000B2299" w:rsidRPr="00257E6B" w:rsidRDefault="00B6103A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20" w:history="1">
              <w:r w:rsidR="000B2299" w:rsidRPr="00C903DF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docshirazi@gmail.com</w:t>
              </w:r>
            </w:hyperlink>
          </w:p>
        </w:tc>
      </w:tr>
      <w:tr w:rsidR="000B2299" w:rsidRPr="00257E6B" w14:paraId="56DA4573" w14:textId="77777777" w:rsidTr="00061A1D">
        <w:tc>
          <w:tcPr>
            <w:tcW w:w="990" w:type="dxa"/>
          </w:tcPr>
          <w:p w14:paraId="3927AC16" w14:textId="77777777" w:rsidR="000B2299" w:rsidRPr="00257E6B" w:rsidRDefault="000B2299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42018B34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Dr. Hina Sattar</w:t>
            </w:r>
          </w:p>
        </w:tc>
        <w:tc>
          <w:tcPr>
            <w:tcW w:w="1260" w:type="dxa"/>
          </w:tcPr>
          <w:p w14:paraId="5046211B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44215-P</w:t>
            </w:r>
          </w:p>
        </w:tc>
        <w:tc>
          <w:tcPr>
            <w:tcW w:w="3690" w:type="dxa"/>
          </w:tcPr>
          <w:p w14:paraId="2D70F322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House No. B-1, RMC Staff Colony Rawal Road Rawalpindi</w:t>
            </w:r>
          </w:p>
        </w:tc>
        <w:tc>
          <w:tcPr>
            <w:tcW w:w="1890" w:type="dxa"/>
          </w:tcPr>
          <w:p w14:paraId="612C2F86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0333-4275797</w:t>
            </w:r>
          </w:p>
        </w:tc>
        <w:tc>
          <w:tcPr>
            <w:tcW w:w="3330" w:type="dxa"/>
          </w:tcPr>
          <w:p w14:paraId="77280F27" w14:textId="77777777" w:rsidR="000B2299" w:rsidRPr="00257E6B" w:rsidRDefault="000B2299" w:rsidP="003175C2">
            <w:pPr>
              <w:rPr>
                <w:rFonts w:asciiTheme="majorBidi" w:hAnsiTheme="majorBidi" w:cstheme="majorBidi"/>
                <w:color w:val="0000CC"/>
                <w:sz w:val="24"/>
                <w:szCs w:val="24"/>
                <w:u w:val="single"/>
              </w:rPr>
            </w:pPr>
            <w:r w:rsidRPr="00257E6B">
              <w:rPr>
                <w:rFonts w:asciiTheme="majorBidi" w:hAnsiTheme="majorBidi" w:cstheme="majorBidi"/>
                <w:color w:val="0000CC"/>
                <w:sz w:val="24"/>
                <w:szCs w:val="24"/>
                <w:u w:val="single"/>
              </w:rPr>
              <w:t>drhinasattar@hotmail.com</w:t>
            </w:r>
          </w:p>
        </w:tc>
      </w:tr>
      <w:tr w:rsidR="000B2299" w:rsidRPr="00257E6B" w14:paraId="13C45047" w14:textId="77777777" w:rsidTr="00061A1D">
        <w:tc>
          <w:tcPr>
            <w:tcW w:w="990" w:type="dxa"/>
          </w:tcPr>
          <w:p w14:paraId="0EA73767" w14:textId="77777777" w:rsidR="000B2299" w:rsidRPr="00257E6B" w:rsidRDefault="000B2299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4005301A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Dr. Harem Khurshid</w:t>
            </w:r>
          </w:p>
        </w:tc>
        <w:tc>
          <w:tcPr>
            <w:tcW w:w="1260" w:type="dxa"/>
          </w:tcPr>
          <w:p w14:paraId="22132C70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549C9A1B" w14:textId="77777777" w:rsidR="000B2299" w:rsidRPr="00257E6B" w:rsidRDefault="000B2299" w:rsidP="003175C2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H. No. 756, St 11, Chaklala Scheme III, RWP.</w:t>
            </w:r>
          </w:p>
        </w:tc>
        <w:tc>
          <w:tcPr>
            <w:tcW w:w="1890" w:type="dxa"/>
          </w:tcPr>
          <w:p w14:paraId="16D0DA59" w14:textId="77777777" w:rsidR="000B2299" w:rsidRPr="00257E6B" w:rsidRDefault="000B2299" w:rsidP="003175C2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0301-5483424</w:t>
            </w:r>
          </w:p>
        </w:tc>
        <w:tc>
          <w:tcPr>
            <w:tcW w:w="3330" w:type="dxa"/>
          </w:tcPr>
          <w:p w14:paraId="65554852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5A4DC937" w14:textId="77777777" w:rsidTr="00061A1D">
        <w:tc>
          <w:tcPr>
            <w:tcW w:w="990" w:type="dxa"/>
          </w:tcPr>
          <w:p w14:paraId="6D486924" w14:textId="77777777" w:rsidR="000B2299" w:rsidRPr="00257E6B" w:rsidRDefault="000B2299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0DF67082" w14:textId="1D2ABBD8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Dr</w:t>
            </w:r>
            <w:r w:rsidR="00F26EE8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Hina</w:t>
            </w:r>
          </w:p>
        </w:tc>
        <w:tc>
          <w:tcPr>
            <w:tcW w:w="1260" w:type="dxa"/>
          </w:tcPr>
          <w:p w14:paraId="4246EA64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359ADCE3" w14:textId="77777777" w:rsidR="000B2299" w:rsidRPr="00257E6B" w:rsidRDefault="000B2299" w:rsidP="00606F6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H No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273-A Street /3 , Sector F10/3, </w:t>
            </w: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Islamabad</w:t>
            </w:r>
          </w:p>
        </w:tc>
        <w:tc>
          <w:tcPr>
            <w:tcW w:w="1890" w:type="dxa"/>
          </w:tcPr>
          <w:p w14:paraId="1118D326" w14:textId="77777777" w:rsidR="000B2299" w:rsidRPr="00257E6B" w:rsidRDefault="000B2299" w:rsidP="003175C2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330" w:type="dxa"/>
          </w:tcPr>
          <w:p w14:paraId="006914C0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63D4B244" w14:textId="77777777" w:rsidTr="00B34E2F">
        <w:trPr>
          <w:trHeight w:val="530"/>
        </w:trPr>
        <w:tc>
          <w:tcPr>
            <w:tcW w:w="990" w:type="dxa"/>
          </w:tcPr>
          <w:p w14:paraId="752D170C" w14:textId="77777777" w:rsidR="000B2299" w:rsidRPr="00257E6B" w:rsidRDefault="000B2299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5DDA2E4E" w14:textId="56AFDD6F" w:rsidR="000B2299" w:rsidRPr="00257E6B" w:rsidRDefault="00F26EE8" w:rsidP="003175C2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Dr. </w:t>
            </w:r>
            <w:r w:rsidRPr="00F26E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Huma Saleem</w:t>
            </w:r>
          </w:p>
        </w:tc>
        <w:tc>
          <w:tcPr>
            <w:tcW w:w="1260" w:type="dxa"/>
          </w:tcPr>
          <w:p w14:paraId="162F456C" w14:textId="28F0BBD4" w:rsidR="000B2299" w:rsidRPr="00257E6B" w:rsidRDefault="00F26EE8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26EE8">
              <w:rPr>
                <w:rFonts w:asciiTheme="majorBidi" w:hAnsiTheme="majorBidi" w:cstheme="majorBidi"/>
                <w:sz w:val="24"/>
                <w:szCs w:val="24"/>
              </w:rPr>
              <w:t>36592-P</w:t>
            </w:r>
          </w:p>
        </w:tc>
        <w:tc>
          <w:tcPr>
            <w:tcW w:w="3690" w:type="dxa"/>
          </w:tcPr>
          <w:p w14:paraId="2E8706F8" w14:textId="77777777" w:rsidR="000B2299" w:rsidRPr="00257E6B" w:rsidRDefault="000B2299" w:rsidP="00606F6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H</w:t>
            </w: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ouse no 17 National park road Army officers colony, Rawalpindi</w:t>
            </w:r>
          </w:p>
        </w:tc>
        <w:tc>
          <w:tcPr>
            <w:tcW w:w="1890" w:type="dxa"/>
          </w:tcPr>
          <w:p w14:paraId="0D231D8E" w14:textId="641767FA" w:rsidR="000B2299" w:rsidRPr="00257E6B" w:rsidRDefault="000B2299" w:rsidP="003175C2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0323</w:t>
            </w:r>
            <w:r w:rsidR="00452609">
              <w:rPr>
                <w:rFonts w:asciiTheme="majorBidi" w:eastAsia="Times New Roman" w:hAnsiTheme="majorBidi" w:cstheme="majorBidi"/>
                <w:sz w:val="24"/>
                <w:szCs w:val="24"/>
              </w:rPr>
              <w:t>-</w:t>
            </w: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5152867</w:t>
            </w:r>
          </w:p>
        </w:tc>
        <w:tc>
          <w:tcPr>
            <w:tcW w:w="3330" w:type="dxa"/>
          </w:tcPr>
          <w:p w14:paraId="173192AD" w14:textId="77777777" w:rsidR="000B2299" w:rsidRPr="00257E6B" w:rsidRDefault="00B6103A" w:rsidP="00606F64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21" w:history="1">
              <w:r w:rsidR="000B2299" w:rsidRPr="00257E6B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humasalim@gmail.com</w:t>
              </w:r>
            </w:hyperlink>
          </w:p>
        </w:tc>
      </w:tr>
      <w:tr w:rsidR="000B2299" w:rsidRPr="00257E6B" w14:paraId="49385419" w14:textId="77777777" w:rsidTr="00061A1D">
        <w:tc>
          <w:tcPr>
            <w:tcW w:w="990" w:type="dxa"/>
          </w:tcPr>
          <w:p w14:paraId="71C7B61D" w14:textId="77777777" w:rsidR="000B2299" w:rsidRPr="00257E6B" w:rsidRDefault="000B2299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15A26774" w14:textId="47803980" w:rsidR="000B2299" w:rsidRPr="00257E6B" w:rsidRDefault="000B2299" w:rsidP="003175C2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Dr</w:t>
            </w:r>
            <w:r w:rsidR="00F26EE8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Isfandyar Khan </w:t>
            </w:r>
          </w:p>
        </w:tc>
        <w:tc>
          <w:tcPr>
            <w:tcW w:w="1260" w:type="dxa"/>
          </w:tcPr>
          <w:p w14:paraId="12679CCB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2BF6CE72" w14:textId="77777777" w:rsidR="000B2299" w:rsidRPr="00257E6B" w:rsidRDefault="000B2299" w:rsidP="003175C2">
            <w:pPr>
              <w:ind w:left="36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890" w:type="dxa"/>
          </w:tcPr>
          <w:p w14:paraId="365AB5D2" w14:textId="77777777" w:rsidR="000B2299" w:rsidRPr="00257E6B" w:rsidRDefault="000B2299" w:rsidP="003175C2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0300-5573664</w:t>
            </w:r>
          </w:p>
          <w:p w14:paraId="50FDFAED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30" w:type="dxa"/>
          </w:tcPr>
          <w:p w14:paraId="3A90346F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32AF33AF" w14:textId="77777777" w:rsidTr="00061A1D">
        <w:tc>
          <w:tcPr>
            <w:tcW w:w="990" w:type="dxa"/>
          </w:tcPr>
          <w:p w14:paraId="10FF31C1" w14:textId="77777777" w:rsidR="000B2299" w:rsidRPr="00257E6B" w:rsidRDefault="000B2299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29247775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Dr. Imrana Salahuddin</w:t>
            </w:r>
          </w:p>
        </w:tc>
        <w:tc>
          <w:tcPr>
            <w:tcW w:w="1260" w:type="dxa"/>
          </w:tcPr>
          <w:p w14:paraId="77077BC6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10472-P</w:t>
            </w:r>
          </w:p>
        </w:tc>
        <w:tc>
          <w:tcPr>
            <w:tcW w:w="3690" w:type="dxa"/>
          </w:tcPr>
          <w:p w14:paraId="75244493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House No. 26 Mian Park Road F-8/2 Islamabad</w:t>
            </w:r>
          </w:p>
        </w:tc>
        <w:tc>
          <w:tcPr>
            <w:tcW w:w="1890" w:type="dxa"/>
          </w:tcPr>
          <w:p w14:paraId="0B67C01B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03365564477</w:t>
            </w:r>
          </w:p>
        </w:tc>
        <w:tc>
          <w:tcPr>
            <w:tcW w:w="3330" w:type="dxa"/>
          </w:tcPr>
          <w:p w14:paraId="2641734C" w14:textId="77777777" w:rsidR="000B2299" w:rsidRPr="00257E6B" w:rsidRDefault="00B6103A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22" w:history="1">
              <w:r w:rsidR="000B2299" w:rsidRPr="00257E6B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doc.imrana28@gmail.com</w:t>
              </w:r>
            </w:hyperlink>
          </w:p>
          <w:p w14:paraId="37F0F9E2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0CCE6768" w14:textId="77777777" w:rsidTr="00061A1D">
        <w:tc>
          <w:tcPr>
            <w:tcW w:w="990" w:type="dxa"/>
          </w:tcPr>
          <w:p w14:paraId="065E9F96" w14:textId="77777777" w:rsidR="000B2299" w:rsidRPr="00257E6B" w:rsidRDefault="000B2299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771CFD41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Dr. Imtiaz Ali Khan</w:t>
            </w:r>
          </w:p>
        </w:tc>
        <w:tc>
          <w:tcPr>
            <w:tcW w:w="1260" w:type="dxa"/>
          </w:tcPr>
          <w:p w14:paraId="2E2C968F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7F98ADCF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90" w:type="dxa"/>
          </w:tcPr>
          <w:p w14:paraId="1F50D171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0300-5151332</w:t>
            </w:r>
          </w:p>
        </w:tc>
        <w:tc>
          <w:tcPr>
            <w:tcW w:w="3330" w:type="dxa"/>
          </w:tcPr>
          <w:p w14:paraId="7A7F9D9C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35FB82D5" w14:textId="77777777" w:rsidTr="00061A1D">
        <w:tc>
          <w:tcPr>
            <w:tcW w:w="990" w:type="dxa"/>
          </w:tcPr>
          <w:p w14:paraId="6561AC76" w14:textId="77777777" w:rsidR="000B2299" w:rsidRPr="00257E6B" w:rsidRDefault="000B2299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6F222719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Dr. Israr Liaquat</w:t>
            </w:r>
          </w:p>
        </w:tc>
        <w:tc>
          <w:tcPr>
            <w:tcW w:w="1260" w:type="dxa"/>
          </w:tcPr>
          <w:p w14:paraId="0C42CA12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44648-P</w:t>
            </w:r>
          </w:p>
        </w:tc>
        <w:tc>
          <w:tcPr>
            <w:tcW w:w="3690" w:type="dxa"/>
          </w:tcPr>
          <w:p w14:paraId="794EBBE0" w14:textId="77777777" w:rsidR="000B2299" w:rsidRPr="00257E6B" w:rsidRDefault="000B2299" w:rsidP="00E501D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House No. 24 B, Street No. 4, Chaklala Scheme II Tipu Road Rawalpindi</w:t>
            </w:r>
          </w:p>
        </w:tc>
        <w:tc>
          <w:tcPr>
            <w:tcW w:w="1890" w:type="dxa"/>
          </w:tcPr>
          <w:p w14:paraId="5C8A6813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03215554495</w:t>
            </w:r>
          </w:p>
        </w:tc>
        <w:tc>
          <w:tcPr>
            <w:tcW w:w="3330" w:type="dxa"/>
          </w:tcPr>
          <w:p w14:paraId="44C789BA" w14:textId="77777777" w:rsidR="000B2299" w:rsidRPr="00257E6B" w:rsidRDefault="00B6103A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23" w:history="1">
              <w:r w:rsidR="000B2299" w:rsidRPr="00C903DF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fmc414@hotmail.com</w:t>
              </w:r>
            </w:hyperlink>
          </w:p>
        </w:tc>
      </w:tr>
      <w:tr w:rsidR="000B2299" w:rsidRPr="00257E6B" w14:paraId="35B0CD7C" w14:textId="77777777" w:rsidTr="00061A1D">
        <w:tc>
          <w:tcPr>
            <w:tcW w:w="990" w:type="dxa"/>
          </w:tcPr>
          <w:p w14:paraId="0CD6EC31" w14:textId="77777777" w:rsidR="000B2299" w:rsidRPr="00257E6B" w:rsidRDefault="000B2299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2C2FB9DE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Dr. Imran Mahmood Khan</w:t>
            </w:r>
          </w:p>
        </w:tc>
        <w:tc>
          <w:tcPr>
            <w:tcW w:w="1260" w:type="dxa"/>
          </w:tcPr>
          <w:p w14:paraId="3DFA379D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48566-P</w:t>
            </w:r>
          </w:p>
        </w:tc>
        <w:tc>
          <w:tcPr>
            <w:tcW w:w="3690" w:type="dxa"/>
          </w:tcPr>
          <w:p w14:paraId="43346431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House No. 30, Street 148, G-13/4, Islamabad</w:t>
            </w:r>
          </w:p>
        </w:tc>
        <w:tc>
          <w:tcPr>
            <w:tcW w:w="1890" w:type="dxa"/>
          </w:tcPr>
          <w:p w14:paraId="4BF483B1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0345-5908577</w:t>
            </w:r>
          </w:p>
        </w:tc>
        <w:tc>
          <w:tcPr>
            <w:tcW w:w="3330" w:type="dxa"/>
          </w:tcPr>
          <w:p w14:paraId="7E6CF99C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47AAF18C" w14:textId="77777777" w:rsidTr="00061A1D">
        <w:tc>
          <w:tcPr>
            <w:tcW w:w="990" w:type="dxa"/>
          </w:tcPr>
          <w:p w14:paraId="5AC7D29B" w14:textId="77777777" w:rsidR="000B2299" w:rsidRPr="00257E6B" w:rsidRDefault="000B2299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3EE765DE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Dr. Iqbal Mahmood</w:t>
            </w:r>
          </w:p>
        </w:tc>
        <w:tc>
          <w:tcPr>
            <w:tcW w:w="1260" w:type="dxa"/>
          </w:tcPr>
          <w:p w14:paraId="4E3BBC28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64AE2172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H. No 68, St #3, Shezad</w:t>
            </w:r>
            <w:r w:rsidRPr="00257E6B">
              <w:rPr>
                <w:rFonts w:asciiTheme="majorBidi" w:hAnsiTheme="majorBidi" w:cstheme="majorBidi"/>
                <w:sz w:val="24"/>
                <w:szCs w:val="24"/>
              </w:rPr>
              <w:t xml:space="preserve"> Town, Islamabad</w:t>
            </w:r>
          </w:p>
        </w:tc>
        <w:tc>
          <w:tcPr>
            <w:tcW w:w="1890" w:type="dxa"/>
          </w:tcPr>
          <w:p w14:paraId="0746073B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0301-5479839</w:t>
            </w:r>
          </w:p>
        </w:tc>
        <w:tc>
          <w:tcPr>
            <w:tcW w:w="3330" w:type="dxa"/>
          </w:tcPr>
          <w:p w14:paraId="24901CBB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15600EB6" w14:textId="77777777" w:rsidTr="00061A1D">
        <w:tc>
          <w:tcPr>
            <w:tcW w:w="990" w:type="dxa"/>
          </w:tcPr>
          <w:p w14:paraId="040169DF" w14:textId="77777777" w:rsidR="000B2299" w:rsidRPr="00257E6B" w:rsidRDefault="000B2299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4547339A" w14:textId="77777777" w:rsidR="000B2299" w:rsidRPr="00257E6B" w:rsidRDefault="00D47839" w:rsidP="003175C2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Prof.</w:t>
            </w:r>
            <w:r w:rsidR="000B2299"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Jai Krishin </w:t>
            </w:r>
          </w:p>
        </w:tc>
        <w:tc>
          <w:tcPr>
            <w:tcW w:w="1260" w:type="dxa"/>
          </w:tcPr>
          <w:p w14:paraId="57937F7F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12719-S</w:t>
            </w:r>
          </w:p>
        </w:tc>
        <w:tc>
          <w:tcPr>
            <w:tcW w:w="3690" w:type="dxa"/>
          </w:tcPr>
          <w:p w14:paraId="508F2232" w14:textId="77777777" w:rsidR="000B2299" w:rsidRPr="00257E6B" w:rsidRDefault="000B2299" w:rsidP="003175C2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H.No 875, Street No 27,G 9/1 Islamabad</w:t>
            </w:r>
          </w:p>
        </w:tc>
        <w:tc>
          <w:tcPr>
            <w:tcW w:w="1890" w:type="dxa"/>
          </w:tcPr>
          <w:p w14:paraId="1E1FCA0F" w14:textId="77777777" w:rsidR="000B2299" w:rsidRPr="00257E6B" w:rsidRDefault="000B2299" w:rsidP="003175C2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03455094933</w:t>
            </w:r>
          </w:p>
          <w:p w14:paraId="44975886" w14:textId="77777777" w:rsidR="000B2299" w:rsidRPr="00257E6B" w:rsidRDefault="000B2299" w:rsidP="003175C2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330" w:type="dxa"/>
          </w:tcPr>
          <w:p w14:paraId="7D2BD38F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57A99B5F" w14:textId="77777777" w:rsidTr="00061A1D">
        <w:tc>
          <w:tcPr>
            <w:tcW w:w="990" w:type="dxa"/>
          </w:tcPr>
          <w:p w14:paraId="2121160A" w14:textId="77777777" w:rsidR="000B2299" w:rsidRPr="00257E6B" w:rsidRDefault="000B2299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0D5740C6" w14:textId="77777777" w:rsidR="000B2299" w:rsidRPr="00257E6B" w:rsidRDefault="000B2299" w:rsidP="003175C2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Dr Javed Iqbal Sheikh</w:t>
            </w:r>
          </w:p>
        </w:tc>
        <w:tc>
          <w:tcPr>
            <w:tcW w:w="1260" w:type="dxa"/>
          </w:tcPr>
          <w:p w14:paraId="675C95D0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65EC3B01" w14:textId="77777777" w:rsidR="000B2299" w:rsidRPr="00257E6B" w:rsidRDefault="000B2299" w:rsidP="003175C2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House # 157, Street # 47, F-10/4, Islamabad</w:t>
            </w:r>
          </w:p>
        </w:tc>
        <w:tc>
          <w:tcPr>
            <w:tcW w:w="1890" w:type="dxa"/>
          </w:tcPr>
          <w:p w14:paraId="32A08B87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0333-5200551</w:t>
            </w:r>
          </w:p>
        </w:tc>
        <w:tc>
          <w:tcPr>
            <w:tcW w:w="3330" w:type="dxa"/>
          </w:tcPr>
          <w:p w14:paraId="54157EAD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5D436CC5" w14:textId="77777777" w:rsidTr="00061A1D">
        <w:tc>
          <w:tcPr>
            <w:tcW w:w="990" w:type="dxa"/>
          </w:tcPr>
          <w:p w14:paraId="20BA7444" w14:textId="77777777" w:rsidR="000B2299" w:rsidRPr="00257E6B" w:rsidRDefault="000B2299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2C0B05A2" w14:textId="77777777" w:rsidR="000B2299" w:rsidRPr="00257E6B" w:rsidRDefault="000B2299" w:rsidP="00C31716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Dr.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Junaid Jahangir Abbasi </w:t>
            </w:r>
          </w:p>
        </w:tc>
        <w:tc>
          <w:tcPr>
            <w:tcW w:w="1260" w:type="dxa"/>
          </w:tcPr>
          <w:p w14:paraId="3DE3E2C8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6A7FDEB5" w14:textId="77777777" w:rsidR="000B2299" w:rsidRPr="00C31716" w:rsidRDefault="000B2299" w:rsidP="00C31716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House 20, St no. 38 Margalla Town phase 2 Islamabad</w:t>
            </w:r>
          </w:p>
        </w:tc>
        <w:tc>
          <w:tcPr>
            <w:tcW w:w="1890" w:type="dxa"/>
          </w:tcPr>
          <w:p w14:paraId="468FAD9B" w14:textId="77777777" w:rsidR="000B2299" w:rsidRPr="00C31716" w:rsidRDefault="000B2299" w:rsidP="00C31716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0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332-5152725</w:t>
            </w:r>
          </w:p>
        </w:tc>
        <w:tc>
          <w:tcPr>
            <w:tcW w:w="3330" w:type="dxa"/>
          </w:tcPr>
          <w:p w14:paraId="1103E3B6" w14:textId="77777777" w:rsidR="000B2299" w:rsidRPr="00257E6B" w:rsidRDefault="00B6103A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24" w:history="1">
              <w:r w:rsidR="009F55E9" w:rsidRPr="00155076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j.serene86@gmail.com</w:t>
              </w:r>
            </w:hyperlink>
            <w:r w:rsidR="009F55E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0B2299" w:rsidRPr="00257E6B" w14:paraId="3F979224" w14:textId="77777777" w:rsidTr="00061A1D">
        <w:tc>
          <w:tcPr>
            <w:tcW w:w="990" w:type="dxa"/>
          </w:tcPr>
          <w:p w14:paraId="7EB0AF7C" w14:textId="77777777" w:rsidR="000B2299" w:rsidRPr="00257E6B" w:rsidRDefault="000B2299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5B4913CB" w14:textId="77777777" w:rsidR="000B2299" w:rsidRPr="00257E6B" w:rsidRDefault="000B2299" w:rsidP="003175C2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Dr Jawaria Zain </w:t>
            </w:r>
          </w:p>
          <w:p w14:paraId="1D893461" w14:textId="77777777" w:rsidR="000B2299" w:rsidRPr="00257E6B" w:rsidRDefault="000B2299" w:rsidP="003175C2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14:paraId="33AB3AB7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4AF85147" w14:textId="77777777" w:rsidR="000B2299" w:rsidRPr="00257E6B" w:rsidRDefault="000B2299" w:rsidP="00C31716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House #557, St 21 AGOCH housing society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near thana lohi bhear Islamabad</w:t>
            </w:r>
          </w:p>
        </w:tc>
        <w:tc>
          <w:tcPr>
            <w:tcW w:w="1890" w:type="dxa"/>
          </w:tcPr>
          <w:p w14:paraId="3352DF9E" w14:textId="77777777" w:rsidR="000B2299" w:rsidRPr="00257E6B" w:rsidRDefault="000B2299" w:rsidP="003175C2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0334-9553428</w:t>
            </w:r>
          </w:p>
        </w:tc>
        <w:tc>
          <w:tcPr>
            <w:tcW w:w="3330" w:type="dxa"/>
          </w:tcPr>
          <w:p w14:paraId="0D598D8A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022AABE5" w14:textId="77777777" w:rsidTr="00061A1D">
        <w:tc>
          <w:tcPr>
            <w:tcW w:w="990" w:type="dxa"/>
          </w:tcPr>
          <w:p w14:paraId="34CE52F5" w14:textId="77777777" w:rsidR="000B2299" w:rsidRPr="00257E6B" w:rsidRDefault="000B2299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6A515FB6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Dr. Taimur Khalil</w:t>
            </w:r>
          </w:p>
        </w:tc>
        <w:tc>
          <w:tcPr>
            <w:tcW w:w="1260" w:type="dxa"/>
          </w:tcPr>
          <w:p w14:paraId="4ED1B9BC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53075</w:t>
            </w:r>
            <w:r w:rsidRPr="00257E6B">
              <w:rPr>
                <w:rFonts w:asciiTheme="majorBidi" w:hAnsiTheme="majorBidi" w:cstheme="majorBidi"/>
                <w:sz w:val="24"/>
                <w:szCs w:val="24"/>
              </w:rPr>
              <w:t>-P</w:t>
            </w:r>
          </w:p>
        </w:tc>
        <w:tc>
          <w:tcPr>
            <w:tcW w:w="3690" w:type="dxa"/>
          </w:tcPr>
          <w:p w14:paraId="5ECF3B5C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House 7, sunset street, greens Avenue,  park road, Islamabad</w:t>
            </w:r>
          </w:p>
        </w:tc>
        <w:tc>
          <w:tcPr>
            <w:tcW w:w="1890" w:type="dxa"/>
          </w:tcPr>
          <w:p w14:paraId="4F251F00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03324170265</w:t>
            </w:r>
          </w:p>
        </w:tc>
        <w:tc>
          <w:tcPr>
            <w:tcW w:w="3330" w:type="dxa"/>
          </w:tcPr>
          <w:p w14:paraId="5E231006" w14:textId="77777777" w:rsidR="000B2299" w:rsidRPr="00257E6B" w:rsidRDefault="00B6103A" w:rsidP="000C4C2A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25" w:history="1">
              <w:r w:rsidR="000B2299" w:rsidRPr="00257E6B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sheikh.taimursheikh@gmail.com</w:t>
              </w:r>
            </w:hyperlink>
          </w:p>
        </w:tc>
      </w:tr>
      <w:tr w:rsidR="000B2299" w:rsidRPr="00257E6B" w14:paraId="3734914F" w14:textId="77777777" w:rsidTr="00061A1D">
        <w:tc>
          <w:tcPr>
            <w:tcW w:w="990" w:type="dxa"/>
          </w:tcPr>
          <w:p w14:paraId="3A113161" w14:textId="77777777" w:rsidR="000B2299" w:rsidRPr="00257E6B" w:rsidRDefault="000B2299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40A03121" w14:textId="77777777" w:rsidR="000B2299" w:rsidRPr="00257E6B" w:rsidRDefault="000B2299" w:rsidP="003175C2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Dr Khushdil Khan </w:t>
            </w:r>
          </w:p>
          <w:p w14:paraId="5C899621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14:paraId="25515358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18503-P</w:t>
            </w:r>
          </w:p>
        </w:tc>
        <w:tc>
          <w:tcPr>
            <w:tcW w:w="3690" w:type="dxa"/>
          </w:tcPr>
          <w:p w14:paraId="3BF72B43" w14:textId="77777777" w:rsidR="000B2299" w:rsidRPr="00257E6B" w:rsidRDefault="000B2299" w:rsidP="001528D8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House No 31 St no 2 Block 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A</w:t>
            </w: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Faisal Margalla City B-17 Islamabad</w:t>
            </w:r>
          </w:p>
        </w:tc>
        <w:tc>
          <w:tcPr>
            <w:tcW w:w="1890" w:type="dxa"/>
          </w:tcPr>
          <w:p w14:paraId="14439072" w14:textId="77777777" w:rsidR="000B2299" w:rsidRPr="00257E6B" w:rsidRDefault="000B2299" w:rsidP="003175C2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0300-5314873</w:t>
            </w:r>
          </w:p>
          <w:p w14:paraId="7F09167D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30" w:type="dxa"/>
          </w:tcPr>
          <w:p w14:paraId="1AB0B8A4" w14:textId="77777777" w:rsidR="000B2299" w:rsidRPr="00257E6B" w:rsidRDefault="00B6103A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26" w:history="1">
              <w:r w:rsidR="000B2299" w:rsidRPr="00C903DF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khushdil1963@gmail.com</w:t>
              </w:r>
            </w:hyperlink>
          </w:p>
          <w:p w14:paraId="08A82F8B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2AF9E7F5" w14:textId="77777777" w:rsidTr="00061A1D">
        <w:tc>
          <w:tcPr>
            <w:tcW w:w="990" w:type="dxa"/>
          </w:tcPr>
          <w:p w14:paraId="76B744CF" w14:textId="77777777" w:rsidR="000B2299" w:rsidRPr="00257E6B" w:rsidRDefault="000B2299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6FD7B37B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Dr. Khawaja Tahir Aziz</w:t>
            </w:r>
          </w:p>
        </w:tc>
        <w:tc>
          <w:tcPr>
            <w:tcW w:w="1260" w:type="dxa"/>
          </w:tcPr>
          <w:p w14:paraId="410D604F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39347C75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90" w:type="dxa"/>
          </w:tcPr>
          <w:p w14:paraId="2D977277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0300-5382441, 0300-9652465</w:t>
            </w:r>
          </w:p>
        </w:tc>
        <w:tc>
          <w:tcPr>
            <w:tcW w:w="3330" w:type="dxa"/>
          </w:tcPr>
          <w:p w14:paraId="260F1088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25C53445" w14:textId="77777777" w:rsidTr="00061A1D">
        <w:tc>
          <w:tcPr>
            <w:tcW w:w="990" w:type="dxa"/>
          </w:tcPr>
          <w:p w14:paraId="50445E78" w14:textId="77777777" w:rsidR="000B2299" w:rsidRPr="00257E6B" w:rsidRDefault="000B2299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69E911D6" w14:textId="77777777" w:rsidR="000B2299" w:rsidRPr="00257E6B" w:rsidRDefault="000B2299" w:rsidP="003175C2">
            <w:pPr>
              <w:tabs>
                <w:tab w:val="left" w:pos="360"/>
              </w:tabs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Dr Kiran Mushtaq Toor</w:t>
            </w:r>
          </w:p>
          <w:p w14:paraId="2D5E1C54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14:paraId="0E719756" w14:textId="2D923338" w:rsidR="000B2299" w:rsidRPr="00257E6B" w:rsidRDefault="006F217C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47025</w:t>
            </w:r>
            <w:r w:rsidR="00452609">
              <w:rPr>
                <w:rFonts w:asciiTheme="majorBidi" w:hAnsiTheme="majorBidi" w:cstheme="majorBidi"/>
                <w:sz w:val="24"/>
                <w:szCs w:val="24"/>
              </w:rPr>
              <w:t>-P</w:t>
            </w:r>
          </w:p>
        </w:tc>
        <w:tc>
          <w:tcPr>
            <w:tcW w:w="3690" w:type="dxa"/>
          </w:tcPr>
          <w:p w14:paraId="36C78965" w14:textId="5FB45FAB" w:rsidR="000B2299" w:rsidRPr="00257E6B" w:rsidRDefault="00011B8C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House No 13 B, Attock oil refinery, Morgah, </w:t>
            </w:r>
            <w:r w:rsidR="006F217C" w:rsidRPr="006F217C">
              <w:rPr>
                <w:rFonts w:asciiTheme="majorBidi" w:hAnsiTheme="majorBidi" w:cstheme="majorBidi"/>
                <w:sz w:val="24"/>
                <w:szCs w:val="24"/>
              </w:rPr>
              <w:t>Rawalpindi</w:t>
            </w:r>
          </w:p>
        </w:tc>
        <w:tc>
          <w:tcPr>
            <w:tcW w:w="1890" w:type="dxa"/>
          </w:tcPr>
          <w:p w14:paraId="1FEEC8A7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0300-9652465</w:t>
            </w:r>
          </w:p>
        </w:tc>
        <w:tc>
          <w:tcPr>
            <w:tcW w:w="3330" w:type="dxa"/>
          </w:tcPr>
          <w:p w14:paraId="269463CB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1950C574" w14:textId="77777777" w:rsidTr="00061A1D">
        <w:tc>
          <w:tcPr>
            <w:tcW w:w="990" w:type="dxa"/>
          </w:tcPr>
          <w:p w14:paraId="19730686" w14:textId="77777777" w:rsidR="000B2299" w:rsidRPr="00257E6B" w:rsidRDefault="000B2299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6CCDF2C8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Dr. Khalid Saeed Akhtar</w:t>
            </w:r>
          </w:p>
        </w:tc>
        <w:tc>
          <w:tcPr>
            <w:tcW w:w="1260" w:type="dxa"/>
          </w:tcPr>
          <w:p w14:paraId="33E7D406" w14:textId="16B9A286" w:rsidR="000B2299" w:rsidRPr="00257E6B" w:rsidRDefault="001A543D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12684-P</w:t>
            </w:r>
          </w:p>
        </w:tc>
        <w:tc>
          <w:tcPr>
            <w:tcW w:w="3690" w:type="dxa"/>
          </w:tcPr>
          <w:p w14:paraId="5FBDBD46" w14:textId="3482C357" w:rsidR="000B2299" w:rsidRPr="00257E6B" w:rsidRDefault="00625C36" w:rsidP="00F26EE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H no 438 st 56 sector D-12/2 I</w:t>
            </w:r>
            <w:r w:rsidR="00F26EE8" w:rsidRPr="00F26EE8">
              <w:rPr>
                <w:rFonts w:asciiTheme="majorBidi" w:hAnsiTheme="majorBidi" w:cstheme="majorBidi"/>
                <w:sz w:val="24"/>
                <w:szCs w:val="24"/>
              </w:rPr>
              <w:t>slamabad</w:t>
            </w:r>
          </w:p>
        </w:tc>
        <w:tc>
          <w:tcPr>
            <w:tcW w:w="1890" w:type="dxa"/>
          </w:tcPr>
          <w:p w14:paraId="5A9D9B4E" w14:textId="463AD01C" w:rsidR="00F26EE8" w:rsidRPr="00F26EE8" w:rsidRDefault="00F26EE8" w:rsidP="00F26EE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0332-</w:t>
            </w:r>
            <w:r w:rsidRPr="00F26EE8">
              <w:rPr>
                <w:rFonts w:asciiTheme="majorBidi" w:hAnsiTheme="majorBidi" w:cstheme="majorBidi"/>
                <w:sz w:val="24"/>
                <w:szCs w:val="24"/>
              </w:rPr>
              <w:t xml:space="preserve">5514857 </w:t>
            </w:r>
          </w:p>
          <w:p w14:paraId="0D131122" w14:textId="6D61AD74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30" w:type="dxa"/>
          </w:tcPr>
          <w:p w14:paraId="2F84EBA4" w14:textId="1D436E1D" w:rsidR="000B2299" w:rsidRPr="00257E6B" w:rsidRDefault="00F26EE8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F26EE8">
              <w:rPr>
                <w:rFonts w:asciiTheme="majorBidi" w:hAnsiTheme="majorBidi" w:cstheme="majorBidi"/>
                <w:sz w:val="24"/>
                <w:szCs w:val="24"/>
              </w:rPr>
              <w:t>khalidakhtar68@gmail.com</w:t>
            </w:r>
          </w:p>
        </w:tc>
      </w:tr>
      <w:tr w:rsidR="000B2299" w:rsidRPr="00257E6B" w14:paraId="70742555" w14:textId="77777777" w:rsidTr="00061A1D">
        <w:tc>
          <w:tcPr>
            <w:tcW w:w="990" w:type="dxa"/>
          </w:tcPr>
          <w:p w14:paraId="4AB3A292" w14:textId="77777777" w:rsidR="000B2299" w:rsidRPr="00257E6B" w:rsidRDefault="000B2299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6870940D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Prof. Dr. Khawaja Ahmed Abbas</w:t>
            </w:r>
          </w:p>
        </w:tc>
        <w:tc>
          <w:tcPr>
            <w:tcW w:w="1260" w:type="dxa"/>
          </w:tcPr>
          <w:p w14:paraId="41ECAED5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2FFC01BD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90" w:type="dxa"/>
          </w:tcPr>
          <w:p w14:paraId="71DB79C3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0300-5283320</w:t>
            </w:r>
          </w:p>
        </w:tc>
        <w:tc>
          <w:tcPr>
            <w:tcW w:w="3330" w:type="dxa"/>
          </w:tcPr>
          <w:p w14:paraId="0BDB2055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4EF34227" w14:textId="77777777" w:rsidTr="00061A1D">
        <w:tc>
          <w:tcPr>
            <w:tcW w:w="990" w:type="dxa"/>
          </w:tcPr>
          <w:p w14:paraId="32C92085" w14:textId="77777777" w:rsidR="000B2299" w:rsidRPr="00257E6B" w:rsidRDefault="000B2299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68F164DB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Dr. Khalid Mehmood</w:t>
            </w:r>
          </w:p>
        </w:tc>
        <w:tc>
          <w:tcPr>
            <w:tcW w:w="1260" w:type="dxa"/>
          </w:tcPr>
          <w:p w14:paraId="0FB71DE6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7F02A916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90" w:type="dxa"/>
          </w:tcPr>
          <w:p w14:paraId="241DBB76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30" w:type="dxa"/>
          </w:tcPr>
          <w:p w14:paraId="23AD6B1F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23A6CB01" w14:textId="77777777" w:rsidTr="00061A1D">
        <w:tc>
          <w:tcPr>
            <w:tcW w:w="990" w:type="dxa"/>
          </w:tcPr>
          <w:p w14:paraId="653DAD5B" w14:textId="77777777" w:rsidR="000B2299" w:rsidRPr="00257E6B" w:rsidRDefault="000B2299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0A305813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Dr. Kashif Awan</w:t>
            </w:r>
          </w:p>
        </w:tc>
        <w:tc>
          <w:tcPr>
            <w:tcW w:w="1260" w:type="dxa"/>
          </w:tcPr>
          <w:p w14:paraId="7BAF8679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17C6CB4B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Hakeem Memorial Hospital, Mohan Pura, Rawalpindi</w:t>
            </w:r>
          </w:p>
        </w:tc>
        <w:tc>
          <w:tcPr>
            <w:tcW w:w="1890" w:type="dxa"/>
          </w:tcPr>
          <w:p w14:paraId="4071AF1F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0300-8546979</w:t>
            </w:r>
          </w:p>
        </w:tc>
        <w:tc>
          <w:tcPr>
            <w:tcW w:w="3330" w:type="dxa"/>
          </w:tcPr>
          <w:p w14:paraId="64581EE9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1664369D" w14:textId="77777777" w:rsidTr="00061A1D">
        <w:tc>
          <w:tcPr>
            <w:tcW w:w="990" w:type="dxa"/>
          </w:tcPr>
          <w:p w14:paraId="50C6B097" w14:textId="77777777" w:rsidR="000B2299" w:rsidRPr="00257E6B" w:rsidRDefault="000B2299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717178C7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Dr. Kanwal Qasir</w:t>
            </w:r>
          </w:p>
        </w:tc>
        <w:tc>
          <w:tcPr>
            <w:tcW w:w="1260" w:type="dxa"/>
          </w:tcPr>
          <w:p w14:paraId="29336806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26309-P</w:t>
            </w:r>
          </w:p>
        </w:tc>
        <w:tc>
          <w:tcPr>
            <w:tcW w:w="3690" w:type="dxa"/>
          </w:tcPr>
          <w:p w14:paraId="342A803A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90" w:type="dxa"/>
          </w:tcPr>
          <w:p w14:paraId="5D8606F0" w14:textId="3E48CC4B" w:rsidR="000B2299" w:rsidRPr="00257E6B" w:rsidRDefault="00FC0B05" w:rsidP="000C4C2A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03005056998</w:t>
            </w:r>
          </w:p>
        </w:tc>
        <w:tc>
          <w:tcPr>
            <w:tcW w:w="3330" w:type="dxa"/>
          </w:tcPr>
          <w:p w14:paraId="79C5052B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0A4DAB41" w14:textId="77777777" w:rsidTr="00061A1D">
        <w:tc>
          <w:tcPr>
            <w:tcW w:w="990" w:type="dxa"/>
          </w:tcPr>
          <w:p w14:paraId="1D8FDF68" w14:textId="77777777" w:rsidR="000B2299" w:rsidRPr="00257E6B" w:rsidRDefault="000B2299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337A5F5D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Dr Khalid Saheel</w:t>
            </w:r>
          </w:p>
        </w:tc>
        <w:tc>
          <w:tcPr>
            <w:tcW w:w="1260" w:type="dxa"/>
          </w:tcPr>
          <w:p w14:paraId="78A950AB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1288A0D1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House No. 218/1-A, Firdousi Road Rawalpindi Cantt</w:t>
            </w:r>
          </w:p>
        </w:tc>
        <w:tc>
          <w:tcPr>
            <w:tcW w:w="1890" w:type="dxa"/>
          </w:tcPr>
          <w:p w14:paraId="1E8E2C99" w14:textId="77777777" w:rsidR="000B2299" w:rsidRPr="00257E6B" w:rsidRDefault="000B2299" w:rsidP="003175C2">
            <w:pPr>
              <w:tabs>
                <w:tab w:val="left" w:pos="1080"/>
              </w:tabs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03005056998</w:t>
            </w:r>
          </w:p>
        </w:tc>
        <w:tc>
          <w:tcPr>
            <w:tcW w:w="3330" w:type="dxa"/>
          </w:tcPr>
          <w:p w14:paraId="4F51A5AD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5BDAC7AC" w14:textId="77777777" w:rsidTr="00061A1D">
        <w:tc>
          <w:tcPr>
            <w:tcW w:w="990" w:type="dxa"/>
          </w:tcPr>
          <w:p w14:paraId="60AF8213" w14:textId="77777777" w:rsidR="000B2299" w:rsidRPr="00257E6B" w:rsidRDefault="000B2299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481E0C36" w14:textId="77777777" w:rsidR="000B2299" w:rsidRPr="00257E6B" w:rsidRDefault="000B2299" w:rsidP="003175C2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Dr Kiran Azeem</w:t>
            </w:r>
          </w:p>
        </w:tc>
        <w:tc>
          <w:tcPr>
            <w:tcW w:w="1260" w:type="dxa"/>
          </w:tcPr>
          <w:p w14:paraId="43C75061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48748-P</w:t>
            </w:r>
          </w:p>
        </w:tc>
        <w:tc>
          <w:tcPr>
            <w:tcW w:w="3690" w:type="dxa"/>
          </w:tcPr>
          <w:p w14:paraId="50636E22" w14:textId="77777777" w:rsidR="000B2299" w:rsidRPr="00257E6B" w:rsidRDefault="000B2299" w:rsidP="003175C2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House No. 6, Street No. 12 New Mumtaz Market Sadiq town Adyala road Rawalpindi </w:t>
            </w:r>
          </w:p>
        </w:tc>
        <w:tc>
          <w:tcPr>
            <w:tcW w:w="1890" w:type="dxa"/>
          </w:tcPr>
          <w:p w14:paraId="1184E07A" w14:textId="77777777" w:rsidR="000B2299" w:rsidRPr="00257E6B" w:rsidRDefault="000B2299" w:rsidP="003175C2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03340066544</w:t>
            </w:r>
          </w:p>
          <w:p w14:paraId="31A45ECB" w14:textId="77777777" w:rsidR="000B2299" w:rsidRPr="00257E6B" w:rsidRDefault="000B2299" w:rsidP="003175C2">
            <w:pPr>
              <w:tabs>
                <w:tab w:val="left" w:pos="1080"/>
              </w:tabs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330" w:type="dxa"/>
          </w:tcPr>
          <w:p w14:paraId="09D56D9D" w14:textId="77777777" w:rsidR="000B2299" w:rsidRPr="00257E6B" w:rsidRDefault="00B6103A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27" w:history="1">
              <w:r w:rsidR="000B2299" w:rsidRPr="00C903DF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drka086@gmail.com</w:t>
              </w:r>
            </w:hyperlink>
          </w:p>
        </w:tc>
      </w:tr>
      <w:tr w:rsidR="000B2299" w:rsidRPr="00257E6B" w14:paraId="79BBC0A8" w14:textId="77777777" w:rsidTr="00061A1D">
        <w:tc>
          <w:tcPr>
            <w:tcW w:w="990" w:type="dxa"/>
          </w:tcPr>
          <w:p w14:paraId="732AEEB1" w14:textId="77777777" w:rsidR="000B2299" w:rsidRPr="00257E6B" w:rsidRDefault="000B2299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5113FB01" w14:textId="77777777" w:rsidR="000B2299" w:rsidRPr="00257E6B" w:rsidRDefault="000B2299" w:rsidP="003175C2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Prof Najaf Masood</w:t>
            </w:r>
          </w:p>
        </w:tc>
        <w:tc>
          <w:tcPr>
            <w:tcW w:w="1260" w:type="dxa"/>
          </w:tcPr>
          <w:p w14:paraId="06913533" w14:textId="77777777" w:rsidR="000B2299" w:rsidRPr="00257E6B" w:rsidRDefault="000B2299" w:rsidP="003175C2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26309-p</w:t>
            </w:r>
          </w:p>
          <w:p w14:paraId="0BB2A538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5F7917F4" w14:textId="77777777" w:rsidR="000B2299" w:rsidRPr="00257E6B" w:rsidRDefault="000B2299" w:rsidP="0007668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SDH 521, Street 26 PAF F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alcon complex gulberg 3 Lahore </w:t>
            </w:r>
          </w:p>
        </w:tc>
        <w:tc>
          <w:tcPr>
            <w:tcW w:w="1890" w:type="dxa"/>
          </w:tcPr>
          <w:p w14:paraId="4398D7D6" w14:textId="77777777" w:rsidR="000B2299" w:rsidRPr="00257E6B" w:rsidRDefault="000B2299" w:rsidP="003175C2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330" w:type="dxa"/>
          </w:tcPr>
          <w:p w14:paraId="599D11AB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7A41BD1D" w14:textId="77777777" w:rsidTr="00061A1D">
        <w:tc>
          <w:tcPr>
            <w:tcW w:w="990" w:type="dxa"/>
          </w:tcPr>
          <w:p w14:paraId="32DAF0AE" w14:textId="77777777" w:rsidR="000B2299" w:rsidRPr="00257E6B" w:rsidRDefault="000B2299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14502299" w14:textId="77777777" w:rsidR="000B2299" w:rsidRPr="00257E6B" w:rsidRDefault="000B2299" w:rsidP="003175C2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Maj Gen Prof Salman Ali</w:t>
            </w:r>
          </w:p>
        </w:tc>
        <w:tc>
          <w:tcPr>
            <w:tcW w:w="1260" w:type="dxa"/>
          </w:tcPr>
          <w:p w14:paraId="614C03D3" w14:textId="77777777" w:rsidR="000B2299" w:rsidRPr="00257E6B" w:rsidRDefault="000B2299" w:rsidP="003175C2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728-N</w:t>
            </w:r>
          </w:p>
        </w:tc>
        <w:tc>
          <w:tcPr>
            <w:tcW w:w="3690" w:type="dxa"/>
          </w:tcPr>
          <w:p w14:paraId="3C3B90FE" w14:textId="77777777" w:rsidR="000B2299" w:rsidRPr="00257E6B" w:rsidRDefault="000B2299" w:rsidP="003175C2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House 35 lane no 3 Askari-12 Chaklala Rawalpindi</w:t>
            </w:r>
          </w:p>
        </w:tc>
        <w:tc>
          <w:tcPr>
            <w:tcW w:w="1890" w:type="dxa"/>
          </w:tcPr>
          <w:p w14:paraId="543623DC" w14:textId="77777777" w:rsidR="000B2299" w:rsidRPr="00257E6B" w:rsidRDefault="000B2299" w:rsidP="003175C2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 xml:space="preserve">0321 5367376 </w:t>
            </w:r>
          </w:p>
        </w:tc>
        <w:tc>
          <w:tcPr>
            <w:tcW w:w="3330" w:type="dxa"/>
          </w:tcPr>
          <w:p w14:paraId="3C0A829E" w14:textId="77777777" w:rsidR="000B2299" w:rsidRPr="00257E6B" w:rsidRDefault="00B6103A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28" w:history="1">
              <w:r w:rsidR="000B2299" w:rsidRPr="00C903DF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salmanali55@hotmail.com</w:t>
              </w:r>
            </w:hyperlink>
          </w:p>
        </w:tc>
      </w:tr>
      <w:tr w:rsidR="000B2299" w:rsidRPr="00257E6B" w14:paraId="377EF68C" w14:textId="77777777" w:rsidTr="00061A1D">
        <w:tc>
          <w:tcPr>
            <w:tcW w:w="990" w:type="dxa"/>
          </w:tcPr>
          <w:p w14:paraId="4700F9F2" w14:textId="77777777" w:rsidR="000B2299" w:rsidRPr="00257E6B" w:rsidRDefault="000B2299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0B818EDC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Maj. Sultan Mahmood Ahmed</w:t>
            </w:r>
          </w:p>
        </w:tc>
        <w:tc>
          <w:tcPr>
            <w:tcW w:w="1260" w:type="dxa"/>
          </w:tcPr>
          <w:p w14:paraId="04524E84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649AC118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90" w:type="dxa"/>
          </w:tcPr>
          <w:p w14:paraId="1FEE96D4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03335124883</w:t>
            </w:r>
          </w:p>
        </w:tc>
        <w:tc>
          <w:tcPr>
            <w:tcW w:w="3330" w:type="dxa"/>
          </w:tcPr>
          <w:p w14:paraId="1F1D0614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0B11A366" w14:textId="77777777" w:rsidTr="00061A1D">
        <w:tc>
          <w:tcPr>
            <w:tcW w:w="990" w:type="dxa"/>
          </w:tcPr>
          <w:p w14:paraId="1CC52510" w14:textId="77777777" w:rsidR="000B2299" w:rsidRPr="00257E6B" w:rsidRDefault="000B2299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522BA63C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Maj. Dr. Shehnaz Shams</w:t>
            </w:r>
          </w:p>
        </w:tc>
        <w:tc>
          <w:tcPr>
            <w:tcW w:w="1260" w:type="dxa"/>
          </w:tcPr>
          <w:p w14:paraId="6F953A50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4AEB0C31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90" w:type="dxa"/>
          </w:tcPr>
          <w:p w14:paraId="363F9AD4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30" w:type="dxa"/>
          </w:tcPr>
          <w:p w14:paraId="4123877D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584A5B98" w14:textId="77777777" w:rsidTr="00061A1D">
        <w:tc>
          <w:tcPr>
            <w:tcW w:w="990" w:type="dxa"/>
          </w:tcPr>
          <w:p w14:paraId="3EB6437E" w14:textId="77777777" w:rsidR="000B2299" w:rsidRPr="00257E6B" w:rsidRDefault="000B2299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7147FE87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Dr. Muhammad Hamid</w:t>
            </w:r>
          </w:p>
        </w:tc>
        <w:tc>
          <w:tcPr>
            <w:tcW w:w="1260" w:type="dxa"/>
          </w:tcPr>
          <w:p w14:paraId="71FC855D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7F953898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90" w:type="dxa"/>
          </w:tcPr>
          <w:p w14:paraId="1AA90A25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30" w:type="dxa"/>
          </w:tcPr>
          <w:p w14:paraId="61F6E8B5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6484DB31" w14:textId="77777777" w:rsidTr="00061A1D">
        <w:tc>
          <w:tcPr>
            <w:tcW w:w="990" w:type="dxa"/>
          </w:tcPr>
          <w:p w14:paraId="37A8A904" w14:textId="77777777" w:rsidR="000B2299" w:rsidRPr="00257E6B" w:rsidRDefault="000B2299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5C68CD47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Dr. Muhammad Almas Hashmi</w:t>
            </w:r>
          </w:p>
        </w:tc>
        <w:tc>
          <w:tcPr>
            <w:tcW w:w="1260" w:type="dxa"/>
          </w:tcPr>
          <w:p w14:paraId="3B97F9EE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505BF0D5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90" w:type="dxa"/>
          </w:tcPr>
          <w:p w14:paraId="7232FF41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30" w:type="dxa"/>
          </w:tcPr>
          <w:p w14:paraId="297765B0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630E58B9" w14:textId="77777777" w:rsidTr="00061A1D">
        <w:tc>
          <w:tcPr>
            <w:tcW w:w="990" w:type="dxa"/>
          </w:tcPr>
          <w:p w14:paraId="57D9C0DD" w14:textId="77777777" w:rsidR="000B2299" w:rsidRPr="00257E6B" w:rsidRDefault="000B2299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57C8C4DC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Prof. Mahmood Jamal</w:t>
            </w:r>
          </w:p>
        </w:tc>
        <w:tc>
          <w:tcPr>
            <w:tcW w:w="1260" w:type="dxa"/>
          </w:tcPr>
          <w:p w14:paraId="4C351F50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337-P</w:t>
            </w:r>
          </w:p>
        </w:tc>
        <w:tc>
          <w:tcPr>
            <w:tcW w:w="3690" w:type="dxa"/>
          </w:tcPr>
          <w:p w14:paraId="2CFF0F6A" w14:textId="77777777" w:rsidR="000B2299" w:rsidRPr="0007668E" w:rsidRDefault="000B2299" w:rsidP="0007668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House 66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, Street 16 F - 11/2, Islamabad</w:t>
            </w:r>
          </w:p>
        </w:tc>
        <w:tc>
          <w:tcPr>
            <w:tcW w:w="1890" w:type="dxa"/>
          </w:tcPr>
          <w:p w14:paraId="4FFF16B2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0333-5109306</w:t>
            </w:r>
          </w:p>
        </w:tc>
        <w:tc>
          <w:tcPr>
            <w:tcW w:w="3330" w:type="dxa"/>
          </w:tcPr>
          <w:p w14:paraId="0816858E" w14:textId="77777777" w:rsidR="000B2299" w:rsidRPr="00257E6B" w:rsidRDefault="00B6103A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29" w:history="1">
              <w:r w:rsidR="000B2299" w:rsidRPr="00C903DF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mahmood@childspecialist.org</w:t>
              </w:r>
            </w:hyperlink>
          </w:p>
        </w:tc>
      </w:tr>
      <w:tr w:rsidR="000B2299" w:rsidRPr="00257E6B" w14:paraId="4119CE65" w14:textId="77777777" w:rsidTr="00061A1D">
        <w:tc>
          <w:tcPr>
            <w:tcW w:w="990" w:type="dxa"/>
          </w:tcPr>
          <w:p w14:paraId="386E9DA1" w14:textId="77777777" w:rsidR="000B2299" w:rsidRPr="00257E6B" w:rsidRDefault="000B2299" w:rsidP="003175C2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06A1FCF6" w14:textId="77777777" w:rsidR="000B2299" w:rsidRPr="00257E6B" w:rsidRDefault="000B2299" w:rsidP="003175C2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Dr Muhammad Amir </w:t>
            </w:r>
          </w:p>
          <w:p w14:paraId="0F722A2F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260" w:type="dxa"/>
          </w:tcPr>
          <w:p w14:paraId="29C9051F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1FD64B02" w14:textId="77777777" w:rsidR="000B2299" w:rsidRPr="00257E6B" w:rsidRDefault="000B2299" w:rsidP="003175C2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Street 46 House no 762 Phase 2 Bahria Town Islamabad</w:t>
            </w:r>
          </w:p>
        </w:tc>
        <w:tc>
          <w:tcPr>
            <w:tcW w:w="1890" w:type="dxa"/>
          </w:tcPr>
          <w:p w14:paraId="7B084FE8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30" w:type="dxa"/>
          </w:tcPr>
          <w:p w14:paraId="08EE82BA" w14:textId="77777777" w:rsidR="000B2299" w:rsidRPr="00257E6B" w:rsidRDefault="000B2299" w:rsidP="003175C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67077C69" w14:textId="77777777" w:rsidTr="00061A1D">
        <w:tc>
          <w:tcPr>
            <w:tcW w:w="990" w:type="dxa"/>
          </w:tcPr>
          <w:p w14:paraId="160FD4B5" w14:textId="77777777" w:rsidR="000B2299" w:rsidRPr="00257E6B" w:rsidRDefault="000B2299" w:rsidP="0007668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785FD953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7668E">
              <w:rPr>
                <w:rFonts w:asciiTheme="majorBidi" w:eastAsia="Times New Roman" w:hAnsiTheme="majorBidi" w:cstheme="majorBidi"/>
                <w:sz w:val="24"/>
                <w:szCs w:val="24"/>
              </w:rPr>
              <w:t>Dr Syed Mazhar Abbas Rizvi</w:t>
            </w:r>
          </w:p>
        </w:tc>
        <w:tc>
          <w:tcPr>
            <w:tcW w:w="1260" w:type="dxa"/>
          </w:tcPr>
          <w:p w14:paraId="1021407D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16136-P</w:t>
            </w:r>
          </w:p>
        </w:tc>
        <w:tc>
          <w:tcPr>
            <w:tcW w:w="3690" w:type="dxa"/>
          </w:tcPr>
          <w:p w14:paraId="66B3AE49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23BFE">
              <w:rPr>
                <w:rFonts w:asciiTheme="majorBidi" w:hAnsiTheme="majorBidi" w:cstheme="majorBidi"/>
                <w:sz w:val="24"/>
                <w:szCs w:val="24"/>
              </w:rPr>
              <w:t>HNo 178 st 33 Sector I-8\2 Islamabad</w:t>
            </w:r>
          </w:p>
        </w:tc>
        <w:tc>
          <w:tcPr>
            <w:tcW w:w="1890" w:type="dxa"/>
          </w:tcPr>
          <w:p w14:paraId="16320D2D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0335-5394450</w:t>
            </w:r>
          </w:p>
        </w:tc>
        <w:tc>
          <w:tcPr>
            <w:tcW w:w="3330" w:type="dxa"/>
          </w:tcPr>
          <w:p w14:paraId="193024FB" w14:textId="77777777" w:rsidR="000B2299" w:rsidRPr="00257E6B" w:rsidRDefault="00B6103A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30" w:history="1">
              <w:r w:rsidR="000B2299" w:rsidRPr="00C903DF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drsyedmazharabbasrizvi@gmail.com</w:t>
              </w:r>
            </w:hyperlink>
          </w:p>
        </w:tc>
      </w:tr>
      <w:tr w:rsidR="000B2299" w:rsidRPr="00257E6B" w14:paraId="6D84B6E4" w14:textId="77777777" w:rsidTr="00061A1D">
        <w:tc>
          <w:tcPr>
            <w:tcW w:w="990" w:type="dxa"/>
          </w:tcPr>
          <w:p w14:paraId="253CB012" w14:textId="77777777" w:rsidR="000B2299" w:rsidRPr="00257E6B" w:rsidRDefault="000B2299" w:rsidP="0007668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243B79E8" w14:textId="77777777" w:rsidR="000B2299" w:rsidRPr="00257E6B" w:rsidRDefault="000B2299" w:rsidP="0007668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Dr Musarrat Hussain</w:t>
            </w:r>
          </w:p>
        </w:tc>
        <w:tc>
          <w:tcPr>
            <w:tcW w:w="1260" w:type="dxa"/>
          </w:tcPr>
          <w:p w14:paraId="18C08B2E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11543 P</w:t>
            </w:r>
          </w:p>
        </w:tc>
        <w:tc>
          <w:tcPr>
            <w:tcW w:w="3690" w:type="dxa"/>
          </w:tcPr>
          <w:p w14:paraId="2DA82BA5" w14:textId="77777777" w:rsidR="000B2299" w:rsidRPr="00257E6B" w:rsidRDefault="000B2299" w:rsidP="0007668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House 400 ,St 39 Sector F-11-3</w:t>
            </w: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,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Islamabad</w:t>
            </w:r>
          </w:p>
        </w:tc>
        <w:tc>
          <w:tcPr>
            <w:tcW w:w="1890" w:type="dxa"/>
          </w:tcPr>
          <w:p w14:paraId="279F1ACE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03005146755</w:t>
            </w:r>
          </w:p>
        </w:tc>
        <w:tc>
          <w:tcPr>
            <w:tcW w:w="3330" w:type="dxa"/>
          </w:tcPr>
          <w:p w14:paraId="1DD41DB7" w14:textId="77777777" w:rsidR="000B2299" w:rsidRPr="00257E6B" w:rsidRDefault="00B6103A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31" w:history="1">
              <w:r w:rsidR="000B2299" w:rsidRPr="00C903DF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musarratsh@yahoo.com</w:t>
              </w:r>
            </w:hyperlink>
          </w:p>
        </w:tc>
      </w:tr>
      <w:tr w:rsidR="000B2299" w:rsidRPr="00257E6B" w14:paraId="58B3B4E7" w14:textId="77777777" w:rsidTr="00061A1D">
        <w:tc>
          <w:tcPr>
            <w:tcW w:w="990" w:type="dxa"/>
          </w:tcPr>
          <w:p w14:paraId="176938A0" w14:textId="77777777" w:rsidR="000B2299" w:rsidRPr="00257E6B" w:rsidRDefault="000B2299" w:rsidP="0007668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3AAE05E7" w14:textId="77777777" w:rsidR="000B2299" w:rsidRPr="00257E6B" w:rsidRDefault="000B2299" w:rsidP="0007668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P</w:t>
            </w: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r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of</w:t>
            </w: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Maqbool Hussain </w:t>
            </w:r>
          </w:p>
        </w:tc>
        <w:tc>
          <w:tcPr>
            <w:tcW w:w="1260" w:type="dxa"/>
          </w:tcPr>
          <w:p w14:paraId="4125361A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844-AJK</w:t>
            </w:r>
          </w:p>
        </w:tc>
        <w:tc>
          <w:tcPr>
            <w:tcW w:w="3690" w:type="dxa"/>
          </w:tcPr>
          <w:p w14:paraId="4B994C5A" w14:textId="77777777" w:rsidR="000B2299" w:rsidRPr="00257E6B" w:rsidRDefault="000B2299" w:rsidP="0007668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House No. 1, Margalla Road, Capital enclave, Lohi Beer, Islamabad. </w:t>
            </w:r>
          </w:p>
        </w:tc>
        <w:tc>
          <w:tcPr>
            <w:tcW w:w="1890" w:type="dxa"/>
          </w:tcPr>
          <w:p w14:paraId="5312E86B" w14:textId="77777777" w:rsidR="000B2299" w:rsidRPr="00257E6B" w:rsidRDefault="000B2299" w:rsidP="0007668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0333-5342233</w:t>
            </w:r>
          </w:p>
          <w:p w14:paraId="176B34E7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30" w:type="dxa"/>
          </w:tcPr>
          <w:p w14:paraId="06D94834" w14:textId="77777777" w:rsidR="000B2299" w:rsidRPr="00257E6B" w:rsidRDefault="00B6103A" w:rsidP="00776218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32" w:history="1">
              <w:r w:rsidR="000B2299" w:rsidRPr="004D516F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drmaqboolhussain@gmail.com</w:t>
              </w:r>
            </w:hyperlink>
            <w:r w:rsidR="000B229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0B2299" w:rsidRPr="00257E6B" w14:paraId="0F90962A" w14:textId="77777777" w:rsidTr="00061A1D">
        <w:tc>
          <w:tcPr>
            <w:tcW w:w="990" w:type="dxa"/>
          </w:tcPr>
          <w:p w14:paraId="012FDCBC" w14:textId="77777777" w:rsidR="000B2299" w:rsidRPr="00257E6B" w:rsidRDefault="000B2299" w:rsidP="0007668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2433D178" w14:textId="77777777" w:rsidR="000B2299" w:rsidRPr="00257E6B" w:rsidRDefault="000B2299" w:rsidP="0007668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Prof. Dr. Muhammad Tahir</w:t>
            </w:r>
          </w:p>
        </w:tc>
        <w:tc>
          <w:tcPr>
            <w:tcW w:w="1260" w:type="dxa"/>
          </w:tcPr>
          <w:p w14:paraId="72F7B2C5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23923487" w14:textId="77777777" w:rsidR="000B2299" w:rsidRPr="00257E6B" w:rsidRDefault="000B2299" w:rsidP="0007668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Maryam Memorial Hospital, Peshawar Road, Rawalpindi</w:t>
            </w:r>
          </w:p>
        </w:tc>
        <w:tc>
          <w:tcPr>
            <w:tcW w:w="1890" w:type="dxa"/>
          </w:tcPr>
          <w:p w14:paraId="3AF5F224" w14:textId="77777777" w:rsidR="000B2299" w:rsidRPr="00257E6B" w:rsidRDefault="000B2299" w:rsidP="0007668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0314-5119479, 051-5595892</w:t>
            </w:r>
          </w:p>
        </w:tc>
        <w:tc>
          <w:tcPr>
            <w:tcW w:w="3330" w:type="dxa"/>
          </w:tcPr>
          <w:p w14:paraId="0857136B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15EF283E" w14:textId="77777777" w:rsidTr="00061A1D">
        <w:tc>
          <w:tcPr>
            <w:tcW w:w="990" w:type="dxa"/>
          </w:tcPr>
          <w:p w14:paraId="38DD75C4" w14:textId="77777777" w:rsidR="000B2299" w:rsidRPr="00257E6B" w:rsidRDefault="000B2299" w:rsidP="0007668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22FBB600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Prof. Muhammad Zafarullah Kundi</w:t>
            </w:r>
          </w:p>
        </w:tc>
        <w:tc>
          <w:tcPr>
            <w:tcW w:w="1260" w:type="dxa"/>
          </w:tcPr>
          <w:p w14:paraId="2D81D0A7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682E686A" w14:textId="77777777" w:rsidR="000B2299" w:rsidRPr="00257E6B" w:rsidRDefault="000B2299" w:rsidP="00B50B9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H# 25, Ayub Colony Khaban Tanveer, Chaklala Scheme III, Rawalpindi</w:t>
            </w:r>
          </w:p>
        </w:tc>
        <w:tc>
          <w:tcPr>
            <w:tcW w:w="1890" w:type="dxa"/>
          </w:tcPr>
          <w:p w14:paraId="57688ADD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0303-7779887</w:t>
            </w:r>
          </w:p>
        </w:tc>
        <w:tc>
          <w:tcPr>
            <w:tcW w:w="3330" w:type="dxa"/>
          </w:tcPr>
          <w:p w14:paraId="60A430C0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5E01497E" w14:textId="77777777" w:rsidTr="00061A1D">
        <w:tc>
          <w:tcPr>
            <w:tcW w:w="990" w:type="dxa"/>
          </w:tcPr>
          <w:p w14:paraId="12E79AFB" w14:textId="77777777" w:rsidR="000B2299" w:rsidRPr="00257E6B" w:rsidRDefault="000B2299" w:rsidP="0007668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5A315B76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Dr. Malik Arif Hussain</w:t>
            </w:r>
          </w:p>
        </w:tc>
        <w:tc>
          <w:tcPr>
            <w:tcW w:w="1260" w:type="dxa"/>
          </w:tcPr>
          <w:p w14:paraId="328E9443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22DA9260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90" w:type="dxa"/>
          </w:tcPr>
          <w:p w14:paraId="362E4404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0300-5280567</w:t>
            </w:r>
          </w:p>
        </w:tc>
        <w:tc>
          <w:tcPr>
            <w:tcW w:w="3330" w:type="dxa"/>
          </w:tcPr>
          <w:p w14:paraId="27F430CF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6A889A49" w14:textId="77777777" w:rsidTr="00061A1D">
        <w:tc>
          <w:tcPr>
            <w:tcW w:w="990" w:type="dxa"/>
          </w:tcPr>
          <w:p w14:paraId="726D4DDF" w14:textId="77777777" w:rsidR="000B2299" w:rsidRPr="00257E6B" w:rsidRDefault="000B2299" w:rsidP="0007668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665161D0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Prof. Matloob Azam</w:t>
            </w:r>
          </w:p>
        </w:tc>
        <w:tc>
          <w:tcPr>
            <w:tcW w:w="1260" w:type="dxa"/>
          </w:tcPr>
          <w:p w14:paraId="5B2267DD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51F77A6D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H.744,St 23, G-9/1, Islamabad</w:t>
            </w:r>
          </w:p>
        </w:tc>
        <w:tc>
          <w:tcPr>
            <w:tcW w:w="1890" w:type="dxa"/>
          </w:tcPr>
          <w:p w14:paraId="1E208C14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0321-5122566</w:t>
            </w:r>
          </w:p>
        </w:tc>
        <w:tc>
          <w:tcPr>
            <w:tcW w:w="3330" w:type="dxa"/>
          </w:tcPr>
          <w:p w14:paraId="61AAA4FE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289373E0" w14:textId="77777777" w:rsidTr="00061A1D">
        <w:tc>
          <w:tcPr>
            <w:tcW w:w="990" w:type="dxa"/>
          </w:tcPr>
          <w:p w14:paraId="1593BF95" w14:textId="77777777" w:rsidR="000B2299" w:rsidRPr="00257E6B" w:rsidRDefault="000B2299" w:rsidP="0007668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60298188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Dr. Muddasar Sharif</w:t>
            </w:r>
          </w:p>
        </w:tc>
        <w:tc>
          <w:tcPr>
            <w:tcW w:w="1260" w:type="dxa"/>
          </w:tcPr>
          <w:p w14:paraId="335B2668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16138-P</w:t>
            </w:r>
          </w:p>
        </w:tc>
        <w:tc>
          <w:tcPr>
            <w:tcW w:w="3690" w:type="dxa"/>
          </w:tcPr>
          <w:p w14:paraId="4ADD421E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H# 17, St No 35, Sector, I-9/4, Islamabad</w:t>
            </w:r>
          </w:p>
        </w:tc>
        <w:tc>
          <w:tcPr>
            <w:tcW w:w="1890" w:type="dxa"/>
          </w:tcPr>
          <w:p w14:paraId="253E46AD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0321-5250468</w:t>
            </w:r>
          </w:p>
        </w:tc>
        <w:tc>
          <w:tcPr>
            <w:tcW w:w="3330" w:type="dxa"/>
          </w:tcPr>
          <w:p w14:paraId="612A2327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  <w:r w:rsidRPr="00257E6B">
              <w:rPr>
                <w:rFonts w:asciiTheme="majorBidi" w:hAnsiTheme="majorBidi" w:cstheme="majorBidi"/>
                <w:color w:val="0000CC"/>
                <w:sz w:val="24"/>
                <w:szCs w:val="24"/>
                <w:u w:val="single"/>
              </w:rPr>
              <w:t>mudd.sharif@gmail.com</w:t>
            </w:r>
          </w:p>
        </w:tc>
      </w:tr>
      <w:tr w:rsidR="000B2299" w:rsidRPr="00257E6B" w14:paraId="02505A6D" w14:textId="77777777" w:rsidTr="00061A1D">
        <w:tc>
          <w:tcPr>
            <w:tcW w:w="990" w:type="dxa"/>
          </w:tcPr>
          <w:p w14:paraId="3BD110A6" w14:textId="77777777" w:rsidR="000B2299" w:rsidRPr="00257E6B" w:rsidRDefault="000B2299" w:rsidP="0007668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5E787397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Dr. Muhammad Zahoor ul Haq</w:t>
            </w:r>
          </w:p>
        </w:tc>
        <w:tc>
          <w:tcPr>
            <w:tcW w:w="1260" w:type="dxa"/>
          </w:tcPr>
          <w:p w14:paraId="4DF7460A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2246D3D6" w14:textId="77777777" w:rsidR="000B2299" w:rsidRPr="00257E6B" w:rsidRDefault="000B2299" w:rsidP="0007668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House No. 255, Street C/A. Usman D Block, Safari Valley, Behria Town Phase 8 Rawalpindi</w:t>
            </w:r>
          </w:p>
        </w:tc>
        <w:tc>
          <w:tcPr>
            <w:tcW w:w="1890" w:type="dxa"/>
          </w:tcPr>
          <w:p w14:paraId="1239894B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0333-5186149</w:t>
            </w:r>
          </w:p>
        </w:tc>
        <w:tc>
          <w:tcPr>
            <w:tcW w:w="3330" w:type="dxa"/>
          </w:tcPr>
          <w:p w14:paraId="4454BFD6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40D59AC3" w14:textId="77777777" w:rsidTr="00061A1D">
        <w:tc>
          <w:tcPr>
            <w:tcW w:w="990" w:type="dxa"/>
          </w:tcPr>
          <w:p w14:paraId="5FA9A75E" w14:textId="77777777" w:rsidR="000B2299" w:rsidRPr="00257E6B" w:rsidRDefault="000B2299" w:rsidP="0007668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0A869B98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Dr. Muzammil Kausar</w:t>
            </w:r>
          </w:p>
        </w:tc>
        <w:tc>
          <w:tcPr>
            <w:tcW w:w="1260" w:type="dxa"/>
          </w:tcPr>
          <w:p w14:paraId="690BC38C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0359CDF2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House No 37, Street No35, Sector, F-6/1, Islamabad</w:t>
            </w:r>
          </w:p>
        </w:tc>
        <w:tc>
          <w:tcPr>
            <w:tcW w:w="1890" w:type="dxa"/>
          </w:tcPr>
          <w:p w14:paraId="273E6899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0300-5324821</w:t>
            </w:r>
          </w:p>
        </w:tc>
        <w:tc>
          <w:tcPr>
            <w:tcW w:w="3330" w:type="dxa"/>
          </w:tcPr>
          <w:p w14:paraId="203F8B74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2A9DEDF4" w14:textId="77777777" w:rsidTr="00061A1D">
        <w:tc>
          <w:tcPr>
            <w:tcW w:w="990" w:type="dxa"/>
          </w:tcPr>
          <w:p w14:paraId="5D9EF877" w14:textId="77777777" w:rsidR="000B2299" w:rsidRPr="00257E6B" w:rsidRDefault="000B2299" w:rsidP="0007668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36AECDF7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Dr. Muhammad Asim</w:t>
            </w:r>
          </w:p>
        </w:tc>
        <w:tc>
          <w:tcPr>
            <w:tcW w:w="1260" w:type="dxa"/>
          </w:tcPr>
          <w:p w14:paraId="6B204350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4FC331F2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House No. 2197 Street 34 Sector I-10/2 Islamabad</w:t>
            </w:r>
          </w:p>
        </w:tc>
        <w:tc>
          <w:tcPr>
            <w:tcW w:w="1890" w:type="dxa"/>
          </w:tcPr>
          <w:p w14:paraId="0E6001AF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30" w:type="dxa"/>
          </w:tcPr>
          <w:p w14:paraId="142D5837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231BF664" w14:textId="77777777" w:rsidTr="00061A1D">
        <w:tc>
          <w:tcPr>
            <w:tcW w:w="990" w:type="dxa"/>
          </w:tcPr>
          <w:p w14:paraId="07BE776C" w14:textId="77777777" w:rsidR="000B2299" w:rsidRPr="00257E6B" w:rsidRDefault="000B2299" w:rsidP="0007668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30F80C2E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Dr. Munir Malik</w:t>
            </w:r>
          </w:p>
        </w:tc>
        <w:tc>
          <w:tcPr>
            <w:tcW w:w="1260" w:type="dxa"/>
          </w:tcPr>
          <w:p w14:paraId="36F7FF0D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6300745B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Shifa International Hospital Islamabad</w:t>
            </w:r>
          </w:p>
        </w:tc>
        <w:tc>
          <w:tcPr>
            <w:tcW w:w="1890" w:type="dxa"/>
          </w:tcPr>
          <w:p w14:paraId="237CB0B6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0300-8569857</w:t>
            </w:r>
          </w:p>
        </w:tc>
        <w:tc>
          <w:tcPr>
            <w:tcW w:w="3330" w:type="dxa"/>
          </w:tcPr>
          <w:p w14:paraId="0193EDF1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783C2193" w14:textId="77777777" w:rsidTr="00061A1D">
        <w:tc>
          <w:tcPr>
            <w:tcW w:w="990" w:type="dxa"/>
          </w:tcPr>
          <w:p w14:paraId="02C82AE2" w14:textId="77777777" w:rsidR="000B2299" w:rsidRPr="00257E6B" w:rsidRDefault="000B2299" w:rsidP="0007668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5421C2D4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Dr. Mehwish Rabia</w:t>
            </w:r>
          </w:p>
        </w:tc>
        <w:tc>
          <w:tcPr>
            <w:tcW w:w="1260" w:type="dxa"/>
          </w:tcPr>
          <w:p w14:paraId="2E3C3358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568A947A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90" w:type="dxa"/>
          </w:tcPr>
          <w:p w14:paraId="1D6F0089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0334-9867001</w:t>
            </w:r>
          </w:p>
        </w:tc>
        <w:tc>
          <w:tcPr>
            <w:tcW w:w="3330" w:type="dxa"/>
          </w:tcPr>
          <w:p w14:paraId="4674570B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06369ED5" w14:textId="77777777" w:rsidTr="00061A1D">
        <w:tc>
          <w:tcPr>
            <w:tcW w:w="990" w:type="dxa"/>
          </w:tcPr>
          <w:p w14:paraId="14D74F18" w14:textId="77777777" w:rsidR="000B2299" w:rsidRPr="00257E6B" w:rsidRDefault="000B2299" w:rsidP="0007668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23021932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Dr. Munazza Saleem</w:t>
            </w:r>
          </w:p>
        </w:tc>
        <w:tc>
          <w:tcPr>
            <w:tcW w:w="1260" w:type="dxa"/>
          </w:tcPr>
          <w:p w14:paraId="228D65F6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258D5D32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House No. A-4 Indus Road East Park Wah Cantt</w:t>
            </w:r>
          </w:p>
        </w:tc>
        <w:tc>
          <w:tcPr>
            <w:tcW w:w="1890" w:type="dxa"/>
          </w:tcPr>
          <w:p w14:paraId="3B3CFDF0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0301-5432556</w:t>
            </w:r>
          </w:p>
        </w:tc>
        <w:tc>
          <w:tcPr>
            <w:tcW w:w="3330" w:type="dxa"/>
          </w:tcPr>
          <w:p w14:paraId="2DE6B190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7F48FDA0" w14:textId="77777777" w:rsidTr="00061A1D">
        <w:trPr>
          <w:trHeight w:val="845"/>
        </w:trPr>
        <w:tc>
          <w:tcPr>
            <w:tcW w:w="990" w:type="dxa"/>
          </w:tcPr>
          <w:p w14:paraId="23C7B36E" w14:textId="77777777" w:rsidR="000B2299" w:rsidRPr="00257E6B" w:rsidRDefault="000B2299" w:rsidP="0007668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3F3B35B0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Dr. Muhammad Akbar Nawaz</w:t>
            </w:r>
          </w:p>
        </w:tc>
        <w:tc>
          <w:tcPr>
            <w:tcW w:w="1260" w:type="dxa"/>
          </w:tcPr>
          <w:p w14:paraId="5D8779A7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3152D7E8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ab/>
            </w:r>
          </w:p>
        </w:tc>
        <w:tc>
          <w:tcPr>
            <w:tcW w:w="1890" w:type="dxa"/>
          </w:tcPr>
          <w:p w14:paraId="5231A9C2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03365898899, 03326840601</w:t>
            </w:r>
          </w:p>
        </w:tc>
        <w:tc>
          <w:tcPr>
            <w:tcW w:w="3330" w:type="dxa"/>
          </w:tcPr>
          <w:p w14:paraId="564A6672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1A48A643" w14:textId="77777777" w:rsidTr="00061A1D">
        <w:tc>
          <w:tcPr>
            <w:tcW w:w="990" w:type="dxa"/>
          </w:tcPr>
          <w:p w14:paraId="2E36D7A4" w14:textId="77777777" w:rsidR="000B2299" w:rsidRPr="00257E6B" w:rsidRDefault="000B2299" w:rsidP="0007668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08FB7371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 Mian Mansoor Afzal</w:t>
            </w:r>
          </w:p>
        </w:tc>
        <w:tc>
          <w:tcPr>
            <w:tcW w:w="1260" w:type="dxa"/>
          </w:tcPr>
          <w:p w14:paraId="318866C1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47956-P</w:t>
            </w:r>
          </w:p>
        </w:tc>
        <w:tc>
          <w:tcPr>
            <w:tcW w:w="3690" w:type="dxa"/>
          </w:tcPr>
          <w:p w14:paraId="58DAD680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Street No. 9, House No. 173, AGHOCHS 1 Islamabad</w:t>
            </w:r>
          </w:p>
        </w:tc>
        <w:tc>
          <w:tcPr>
            <w:tcW w:w="1890" w:type="dxa"/>
          </w:tcPr>
          <w:p w14:paraId="5E63C4EA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0336-5898899</w:t>
            </w:r>
          </w:p>
        </w:tc>
        <w:tc>
          <w:tcPr>
            <w:tcW w:w="3330" w:type="dxa"/>
          </w:tcPr>
          <w:p w14:paraId="34862BBC" w14:textId="77777777" w:rsidR="000B2299" w:rsidRPr="00257E6B" w:rsidRDefault="00B6103A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33" w:history="1">
              <w:r w:rsidR="000B2299" w:rsidRPr="00C903DF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mansoor1947@yahoo.com</w:t>
              </w:r>
            </w:hyperlink>
          </w:p>
        </w:tc>
      </w:tr>
      <w:tr w:rsidR="000B2299" w:rsidRPr="00257E6B" w14:paraId="0292F855" w14:textId="77777777" w:rsidTr="00061A1D">
        <w:tc>
          <w:tcPr>
            <w:tcW w:w="990" w:type="dxa"/>
          </w:tcPr>
          <w:p w14:paraId="701F1F72" w14:textId="77777777" w:rsidR="000B2299" w:rsidRPr="00257E6B" w:rsidRDefault="000B2299" w:rsidP="0007668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750640B6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 Maryam Amjad</w:t>
            </w:r>
          </w:p>
        </w:tc>
        <w:tc>
          <w:tcPr>
            <w:tcW w:w="1260" w:type="dxa"/>
          </w:tcPr>
          <w:p w14:paraId="0BED8054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49837-P</w:t>
            </w:r>
          </w:p>
        </w:tc>
        <w:tc>
          <w:tcPr>
            <w:tcW w:w="3690" w:type="dxa"/>
          </w:tcPr>
          <w:p w14:paraId="3160D3E2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House No. 395 street 65 A main road Pakistan town Islamabad</w:t>
            </w:r>
          </w:p>
        </w:tc>
        <w:tc>
          <w:tcPr>
            <w:tcW w:w="1890" w:type="dxa"/>
          </w:tcPr>
          <w:p w14:paraId="6AAD55DF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0322-4230268</w:t>
            </w:r>
          </w:p>
        </w:tc>
        <w:tc>
          <w:tcPr>
            <w:tcW w:w="3330" w:type="dxa"/>
          </w:tcPr>
          <w:p w14:paraId="16C444E0" w14:textId="77777777" w:rsidR="000B2299" w:rsidRPr="00257E6B" w:rsidRDefault="00B6103A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34" w:history="1">
              <w:r w:rsidR="000B2299" w:rsidRPr="00C903DF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dr.maryam_salman@yahoo.com</w:t>
              </w:r>
            </w:hyperlink>
          </w:p>
        </w:tc>
      </w:tr>
      <w:tr w:rsidR="000B2299" w:rsidRPr="00257E6B" w14:paraId="1584D327" w14:textId="77777777" w:rsidTr="00061A1D">
        <w:tc>
          <w:tcPr>
            <w:tcW w:w="990" w:type="dxa"/>
          </w:tcPr>
          <w:p w14:paraId="5B4D75C5" w14:textId="77777777" w:rsidR="000B2299" w:rsidRPr="00257E6B" w:rsidRDefault="000B2299" w:rsidP="0007668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45ABFCCE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 Mobeen Tabassum</w:t>
            </w:r>
          </w:p>
        </w:tc>
        <w:tc>
          <w:tcPr>
            <w:tcW w:w="1260" w:type="dxa"/>
          </w:tcPr>
          <w:p w14:paraId="720E4D70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58860-P</w:t>
            </w:r>
          </w:p>
        </w:tc>
        <w:tc>
          <w:tcPr>
            <w:tcW w:w="3690" w:type="dxa"/>
          </w:tcPr>
          <w:p w14:paraId="29BDC364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House No. 32, B-1, Opposite Makkram Town Misryal Road Rawalpindi Contt</w:t>
            </w:r>
          </w:p>
        </w:tc>
        <w:tc>
          <w:tcPr>
            <w:tcW w:w="1890" w:type="dxa"/>
          </w:tcPr>
          <w:p w14:paraId="6FFD96FC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0332-6840601</w:t>
            </w:r>
          </w:p>
        </w:tc>
        <w:tc>
          <w:tcPr>
            <w:tcW w:w="3330" w:type="dxa"/>
          </w:tcPr>
          <w:p w14:paraId="6E964292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mobepk@hotmail.com</w:t>
            </w:r>
          </w:p>
        </w:tc>
      </w:tr>
      <w:tr w:rsidR="000B2299" w:rsidRPr="00257E6B" w14:paraId="7AF617F3" w14:textId="77777777" w:rsidTr="00061A1D">
        <w:tc>
          <w:tcPr>
            <w:tcW w:w="990" w:type="dxa"/>
          </w:tcPr>
          <w:p w14:paraId="23A5393D" w14:textId="77777777" w:rsidR="000B2299" w:rsidRPr="00257E6B" w:rsidRDefault="000B2299" w:rsidP="0007668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1491AA3C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Dr. Maria Shamsher</w:t>
            </w:r>
          </w:p>
        </w:tc>
        <w:tc>
          <w:tcPr>
            <w:tcW w:w="1260" w:type="dxa"/>
          </w:tcPr>
          <w:p w14:paraId="333C87CE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53687-P</w:t>
            </w:r>
          </w:p>
        </w:tc>
        <w:tc>
          <w:tcPr>
            <w:tcW w:w="3690" w:type="dxa"/>
          </w:tcPr>
          <w:p w14:paraId="3432B2AB" w14:textId="77777777" w:rsidR="000B2299" w:rsidRPr="00257E6B" w:rsidRDefault="000B2299" w:rsidP="00D950F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 xml:space="preserve">H No 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11, Street No. 11 G-13/1 Islamabad</w:t>
            </w:r>
          </w:p>
        </w:tc>
        <w:tc>
          <w:tcPr>
            <w:tcW w:w="1890" w:type="dxa"/>
          </w:tcPr>
          <w:p w14:paraId="17FD12E1" w14:textId="77777777" w:rsidR="000B2299" w:rsidRPr="00257E6B" w:rsidRDefault="000B2299" w:rsidP="00D950F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 xml:space="preserve">0333-5437579, </w:t>
            </w:r>
          </w:p>
        </w:tc>
        <w:tc>
          <w:tcPr>
            <w:tcW w:w="3330" w:type="dxa"/>
          </w:tcPr>
          <w:p w14:paraId="62CA0386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mariashamsher5@gmail.com</w:t>
            </w:r>
          </w:p>
        </w:tc>
      </w:tr>
      <w:tr w:rsidR="000B2299" w:rsidRPr="00257E6B" w14:paraId="0C62D77A" w14:textId="77777777" w:rsidTr="00061A1D">
        <w:tc>
          <w:tcPr>
            <w:tcW w:w="990" w:type="dxa"/>
          </w:tcPr>
          <w:p w14:paraId="4E01B12C" w14:textId="77777777" w:rsidR="000B2299" w:rsidRPr="00257E6B" w:rsidRDefault="000B2299" w:rsidP="0007668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31F6D467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Dr Mohsin Butt</w:t>
            </w:r>
          </w:p>
        </w:tc>
        <w:tc>
          <w:tcPr>
            <w:tcW w:w="1260" w:type="dxa"/>
          </w:tcPr>
          <w:p w14:paraId="653F5114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4916480D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90" w:type="dxa"/>
          </w:tcPr>
          <w:p w14:paraId="76D7081D" w14:textId="77777777" w:rsidR="000B2299" w:rsidRPr="00257E6B" w:rsidRDefault="000B2299" w:rsidP="0007668E">
            <w:pPr>
              <w:tabs>
                <w:tab w:val="left" w:pos="1080"/>
              </w:tabs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03005221549</w:t>
            </w:r>
          </w:p>
        </w:tc>
        <w:tc>
          <w:tcPr>
            <w:tcW w:w="3330" w:type="dxa"/>
          </w:tcPr>
          <w:p w14:paraId="325F483B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2EA063FF" w14:textId="77777777" w:rsidTr="00061A1D">
        <w:tc>
          <w:tcPr>
            <w:tcW w:w="990" w:type="dxa"/>
          </w:tcPr>
          <w:p w14:paraId="46F12735" w14:textId="77777777" w:rsidR="000B2299" w:rsidRPr="00257E6B" w:rsidRDefault="000B2299" w:rsidP="0007668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2C79E576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Prof. Nasira Bhatti Retd</w:t>
            </w:r>
          </w:p>
        </w:tc>
        <w:tc>
          <w:tcPr>
            <w:tcW w:w="1260" w:type="dxa"/>
          </w:tcPr>
          <w:p w14:paraId="5B64A519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3F1EA9FE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H.#7, St. 53, G-9/1, Islamabad</w:t>
            </w:r>
          </w:p>
        </w:tc>
        <w:tc>
          <w:tcPr>
            <w:tcW w:w="1890" w:type="dxa"/>
          </w:tcPr>
          <w:p w14:paraId="166C3D0F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0333-5195390</w:t>
            </w:r>
          </w:p>
        </w:tc>
        <w:tc>
          <w:tcPr>
            <w:tcW w:w="3330" w:type="dxa"/>
          </w:tcPr>
          <w:p w14:paraId="516F1C60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68BD657A" w14:textId="77777777" w:rsidTr="00061A1D">
        <w:tc>
          <w:tcPr>
            <w:tcW w:w="990" w:type="dxa"/>
          </w:tcPr>
          <w:p w14:paraId="31AA51C5" w14:textId="77777777" w:rsidR="000B2299" w:rsidRPr="00257E6B" w:rsidRDefault="000B2299" w:rsidP="0007668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6E0FCEBA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Dr. Nazia Mushtaq</w:t>
            </w:r>
          </w:p>
        </w:tc>
        <w:tc>
          <w:tcPr>
            <w:tcW w:w="1260" w:type="dxa"/>
          </w:tcPr>
          <w:p w14:paraId="6F7A9F71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38337-P</w:t>
            </w:r>
          </w:p>
        </w:tc>
        <w:tc>
          <w:tcPr>
            <w:tcW w:w="3690" w:type="dxa"/>
          </w:tcPr>
          <w:p w14:paraId="4E43A537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House No. 25, Street No. 161, G-13/3 Islamabad</w:t>
            </w:r>
          </w:p>
        </w:tc>
        <w:tc>
          <w:tcPr>
            <w:tcW w:w="1890" w:type="dxa"/>
          </w:tcPr>
          <w:p w14:paraId="14260FDE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0321-5171155</w:t>
            </w:r>
          </w:p>
        </w:tc>
        <w:tc>
          <w:tcPr>
            <w:tcW w:w="3330" w:type="dxa"/>
          </w:tcPr>
          <w:p w14:paraId="133B65CF" w14:textId="77777777" w:rsidR="000B2299" w:rsidRPr="001B600A" w:rsidRDefault="000B2299" w:rsidP="0007668E">
            <w:pPr>
              <w:rPr>
                <w:rFonts w:asciiTheme="majorBidi" w:hAnsiTheme="majorBidi" w:cstheme="majorBidi"/>
                <w:color w:val="0033CC"/>
                <w:sz w:val="24"/>
                <w:szCs w:val="24"/>
              </w:rPr>
            </w:pPr>
            <w:r w:rsidRPr="001B600A">
              <w:rPr>
                <w:rFonts w:asciiTheme="majorBidi" w:hAnsiTheme="majorBidi" w:cstheme="majorBidi"/>
                <w:color w:val="0033CC"/>
                <w:sz w:val="24"/>
                <w:szCs w:val="24"/>
              </w:rPr>
              <w:t>dr.n.mushtaq@gmail.com</w:t>
            </w:r>
          </w:p>
        </w:tc>
      </w:tr>
      <w:tr w:rsidR="000B2299" w:rsidRPr="00257E6B" w14:paraId="43996456" w14:textId="77777777" w:rsidTr="00061A1D">
        <w:tc>
          <w:tcPr>
            <w:tcW w:w="990" w:type="dxa"/>
          </w:tcPr>
          <w:p w14:paraId="44EAEAC3" w14:textId="77777777" w:rsidR="000B2299" w:rsidRPr="00257E6B" w:rsidRDefault="000B2299" w:rsidP="0007668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033D14D5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Dr. Naveed Butt</w:t>
            </w:r>
          </w:p>
        </w:tc>
        <w:tc>
          <w:tcPr>
            <w:tcW w:w="1260" w:type="dxa"/>
          </w:tcPr>
          <w:p w14:paraId="5954E89F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296D1347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House No 758, St. 71, Sector, I-8/3, Islamabad</w:t>
            </w:r>
          </w:p>
        </w:tc>
        <w:tc>
          <w:tcPr>
            <w:tcW w:w="1890" w:type="dxa"/>
          </w:tcPr>
          <w:p w14:paraId="58894A68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0333-5192813</w:t>
            </w:r>
          </w:p>
        </w:tc>
        <w:tc>
          <w:tcPr>
            <w:tcW w:w="3330" w:type="dxa"/>
          </w:tcPr>
          <w:p w14:paraId="25F859CA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5B89F0C0" w14:textId="77777777" w:rsidTr="00061A1D">
        <w:tc>
          <w:tcPr>
            <w:tcW w:w="990" w:type="dxa"/>
          </w:tcPr>
          <w:p w14:paraId="6EAB1BCB" w14:textId="77777777" w:rsidR="000B2299" w:rsidRPr="00257E6B" w:rsidRDefault="000B2299" w:rsidP="0007668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355631CF" w14:textId="77B95D21" w:rsidR="000B2299" w:rsidRPr="00257E6B" w:rsidRDefault="00E62AE6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Dr. Naheed Shahab</w:t>
            </w:r>
          </w:p>
        </w:tc>
        <w:tc>
          <w:tcPr>
            <w:tcW w:w="1260" w:type="dxa"/>
          </w:tcPr>
          <w:p w14:paraId="46C19DCD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0CCFA5E1" w14:textId="00198B92" w:rsidR="000B2299" w:rsidRPr="00257E6B" w:rsidRDefault="000B2299" w:rsidP="0007668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H. No. 30-E. Str</w:t>
            </w:r>
            <w:r w:rsidR="00E62AE6">
              <w:rPr>
                <w:rFonts w:asciiTheme="majorBidi" w:eastAsia="Times New Roman" w:hAnsiTheme="majorBidi" w:cstheme="majorBidi"/>
                <w:sz w:val="24"/>
                <w:szCs w:val="24"/>
              </w:rPr>
              <w:t>e</w:t>
            </w: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et 57, G-6/4, Islamabad</w:t>
            </w:r>
          </w:p>
        </w:tc>
        <w:tc>
          <w:tcPr>
            <w:tcW w:w="1890" w:type="dxa"/>
          </w:tcPr>
          <w:p w14:paraId="151B6B81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 xml:space="preserve">0300-9801886, </w:t>
            </w:r>
          </w:p>
        </w:tc>
        <w:tc>
          <w:tcPr>
            <w:tcW w:w="3330" w:type="dxa"/>
          </w:tcPr>
          <w:p w14:paraId="57F7E145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339794EC" w14:textId="77777777" w:rsidTr="00061A1D">
        <w:tc>
          <w:tcPr>
            <w:tcW w:w="990" w:type="dxa"/>
          </w:tcPr>
          <w:p w14:paraId="55E5EA0A" w14:textId="77777777" w:rsidR="000B2299" w:rsidRPr="00257E6B" w:rsidRDefault="000B2299" w:rsidP="0007668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705057DF" w14:textId="77777777" w:rsidR="000B2299" w:rsidRPr="00257E6B" w:rsidRDefault="000B2299" w:rsidP="0007668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Prof Dr Naheem Ahmed </w:t>
            </w:r>
          </w:p>
        </w:tc>
        <w:tc>
          <w:tcPr>
            <w:tcW w:w="1260" w:type="dxa"/>
          </w:tcPr>
          <w:p w14:paraId="554808D6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1921 AJK</w:t>
            </w:r>
          </w:p>
        </w:tc>
        <w:tc>
          <w:tcPr>
            <w:tcW w:w="3690" w:type="dxa"/>
          </w:tcPr>
          <w:p w14:paraId="4787D947" w14:textId="77777777" w:rsidR="000B2299" w:rsidRPr="00257E6B" w:rsidRDefault="000B2299" w:rsidP="0007668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House No 07 Bismillah street upper Chatter  Muzaffarabad AJK</w:t>
            </w:r>
          </w:p>
        </w:tc>
        <w:tc>
          <w:tcPr>
            <w:tcW w:w="1890" w:type="dxa"/>
          </w:tcPr>
          <w:p w14:paraId="41A742F9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0333 5039362</w:t>
            </w:r>
          </w:p>
        </w:tc>
        <w:tc>
          <w:tcPr>
            <w:tcW w:w="3330" w:type="dxa"/>
          </w:tcPr>
          <w:p w14:paraId="48C11D8D" w14:textId="77777777" w:rsidR="000B2299" w:rsidRPr="00257E6B" w:rsidRDefault="00B6103A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35" w:history="1">
              <w:r w:rsidR="000B2299" w:rsidRPr="00C903DF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n_awan885@hotmail.com</w:t>
              </w:r>
            </w:hyperlink>
          </w:p>
        </w:tc>
      </w:tr>
      <w:tr w:rsidR="000B2299" w:rsidRPr="00257E6B" w14:paraId="0199225F" w14:textId="77777777" w:rsidTr="00061A1D">
        <w:tc>
          <w:tcPr>
            <w:tcW w:w="990" w:type="dxa"/>
          </w:tcPr>
          <w:p w14:paraId="5938EE63" w14:textId="77777777" w:rsidR="000B2299" w:rsidRPr="00257E6B" w:rsidRDefault="000B2299" w:rsidP="0007668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781E1ED5" w14:textId="77777777" w:rsidR="000B2299" w:rsidRPr="00257E6B" w:rsidRDefault="000B2299" w:rsidP="0007668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Dr. Nuzhat Yasmeen</w:t>
            </w:r>
          </w:p>
        </w:tc>
        <w:tc>
          <w:tcPr>
            <w:tcW w:w="1260" w:type="dxa"/>
          </w:tcPr>
          <w:p w14:paraId="3691CD89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N-5678</w:t>
            </w:r>
          </w:p>
        </w:tc>
        <w:tc>
          <w:tcPr>
            <w:tcW w:w="3690" w:type="dxa"/>
          </w:tcPr>
          <w:p w14:paraId="1286D9DD" w14:textId="77777777" w:rsidR="000B2299" w:rsidRPr="00257E6B" w:rsidRDefault="000B2299" w:rsidP="0007668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Address  House # 32-H, school road, sector F / 3.Islamabad</w:t>
            </w:r>
          </w:p>
        </w:tc>
        <w:tc>
          <w:tcPr>
            <w:tcW w:w="1890" w:type="dxa"/>
          </w:tcPr>
          <w:p w14:paraId="5A60A5A3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03332135791 </w:t>
            </w:r>
          </w:p>
        </w:tc>
        <w:tc>
          <w:tcPr>
            <w:tcW w:w="3330" w:type="dxa"/>
          </w:tcPr>
          <w:p w14:paraId="48BF3A74" w14:textId="77777777" w:rsidR="000B2299" w:rsidRPr="00257E6B" w:rsidRDefault="00B6103A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36" w:history="1">
              <w:r w:rsidR="000B2299" w:rsidRPr="00257E6B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drnuzhatyasmeen@yahoo.com</w:t>
              </w:r>
            </w:hyperlink>
          </w:p>
          <w:p w14:paraId="6B323E9E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412EE1B4" w14:textId="77777777" w:rsidTr="00061A1D">
        <w:tc>
          <w:tcPr>
            <w:tcW w:w="990" w:type="dxa"/>
          </w:tcPr>
          <w:p w14:paraId="6AC84A6F" w14:textId="77777777" w:rsidR="000B2299" w:rsidRPr="00257E6B" w:rsidRDefault="000B2299" w:rsidP="0007668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20DC7FCF" w14:textId="77777777" w:rsidR="000B2299" w:rsidRPr="00257E6B" w:rsidRDefault="000B2299" w:rsidP="0007668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Dr Nadeem Haider</w:t>
            </w:r>
          </w:p>
        </w:tc>
        <w:tc>
          <w:tcPr>
            <w:tcW w:w="1260" w:type="dxa"/>
          </w:tcPr>
          <w:p w14:paraId="461FF467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52EFE2D7" w14:textId="77777777" w:rsidR="000B2299" w:rsidRPr="00257E6B" w:rsidRDefault="000B2299" w:rsidP="0007668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H. No 13, St No 9, Sector F-7/3, Islamabad</w:t>
            </w:r>
          </w:p>
        </w:tc>
        <w:tc>
          <w:tcPr>
            <w:tcW w:w="1890" w:type="dxa"/>
          </w:tcPr>
          <w:p w14:paraId="57DE40A0" w14:textId="77777777" w:rsidR="000B2299" w:rsidRPr="00257E6B" w:rsidRDefault="000B2299" w:rsidP="0007668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0300-5117494</w:t>
            </w:r>
          </w:p>
        </w:tc>
        <w:tc>
          <w:tcPr>
            <w:tcW w:w="3330" w:type="dxa"/>
          </w:tcPr>
          <w:p w14:paraId="046210E5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638FED0D" w14:textId="77777777" w:rsidTr="00061A1D">
        <w:tc>
          <w:tcPr>
            <w:tcW w:w="990" w:type="dxa"/>
          </w:tcPr>
          <w:p w14:paraId="3E959F4A" w14:textId="77777777" w:rsidR="000B2299" w:rsidRPr="00257E6B" w:rsidRDefault="000B2299" w:rsidP="0007668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0D0CBF1D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Dr. Naveed Shah</w:t>
            </w:r>
          </w:p>
        </w:tc>
        <w:tc>
          <w:tcPr>
            <w:tcW w:w="1260" w:type="dxa"/>
          </w:tcPr>
          <w:p w14:paraId="3D0C7E39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23531D83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90" w:type="dxa"/>
          </w:tcPr>
          <w:p w14:paraId="469FE509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0333-5374943</w:t>
            </w:r>
          </w:p>
        </w:tc>
        <w:tc>
          <w:tcPr>
            <w:tcW w:w="3330" w:type="dxa"/>
          </w:tcPr>
          <w:p w14:paraId="7F2257D1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7385A37F" w14:textId="77777777" w:rsidTr="00061A1D">
        <w:tc>
          <w:tcPr>
            <w:tcW w:w="990" w:type="dxa"/>
          </w:tcPr>
          <w:p w14:paraId="2385FCF1" w14:textId="77777777" w:rsidR="000B2299" w:rsidRPr="00257E6B" w:rsidRDefault="000B2299" w:rsidP="0007668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66456EA2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Dr. Neelam Masood</w:t>
            </w:r>
          </w:p>
        </w:tc>
        <w:tc>
          <w:tcPr>
            <w:tcW w:w="1260" w:type="dxa"/>
          </w:tcPr>
          <w:p w14:paraId="10B228D4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1DD4F6AE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90" w:type="dxa"/>
          </w:tcPr>
          <w:p w14:paraId="0E082464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30" w:type="dxa"/>
          </w:tcPr>
          <w:p w14:paraId="6968C620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16018CB7" w14:textId="77777777" w:rsidTr="00061A1D">
        <w:tc>
          <w:tcPr>
            <w:tcW w:w="990" w:type="dxa"/>
          </w:tcPr>
          <w:p w14:paraId="68DE3239" w14:textId="77777777" w:rsidR="000B2299" w:rsidRPr="00257E6B" w:rsidRDefault="000B2299" w:rsidP="0007668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2F39B4E9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Dr. Naurin Ali</w:t>
            </w:r>
          </w:p>
        </w:tc>
        <w:tc>
          <w:tcPr>
            <w:tcW w:w="1260" w:type="dxa"/>
          </w:tcPr>
          <w:p w14:paraId="53DE2051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0B8A9CD2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Chaklala Scheme 3, Rawalpindi</w:t>
            </w:r>
          </w:p>
        </w:tc>
        <w:tc>
          <w:tcPr>
            <w:tcW w:w="1890" w:type="dxa"/>
          </w:tcPr>
          <w:p w14:paraId="5FAECC26" w14:textId="77777777" w:rsidR="000B2299" w:rsidRPr="00257E6B" w:rsidRDefault="000B2299" w:rsidP="0007668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051-5788150</w:t>
            </w:r>
          </w:p>
        </w:tc>
        <w:tc>
          <w:tcPr>
            <w:tcW w:w="3330" w:type="dxa"/>
          </w:tcPr>
          <w:p w14:paraId="4FDABFEB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197E15A0" w14:textId="77777777" w:rsidTr="00061A1D">
        <w:tc>
          <w:tcPr>
            <w:tcW w:w="990" w:type="dxa"/>
          </w:tcPr>
          <w:p w14:paraId="54800300" w14:textId="77777777" w:rsidR="000B2299" w:rsidRPr="00257E6B" w:rsidRDefault="000B2299" w:rsidP="0007668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4DFFEB85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Dr. Naveed Ashraf</w:t>
            </w:r>
          </w:p>
        </w:tc>
        <w:tc>
          <w:tcPr>
            <w:tcW w:w="1260" w:type="dxa"/>
          </w:tcPr>
          <w:p w14:paraId="6DFB22F5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56790272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House No.1, St. 58, Sector-G6/4, Islamabad</w:t>
            </w:r>
          </w:p>
        </w:tc>
        <w:tc>
          <w:tcPr>
            <w:tcW w:w="1890" w:type="dxa"/>
          </w:tcPr>
          <w:p w14:paraId="7B5FA98D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0333-5252801</w:t>
            </w:r>
          </w:p>
        </w:tc>
        <w:tc>
          <w:tcPr>
            <w:tcW w:w="3330" w:type="dxa"/>
          </w:tcPr>
          <w:p w14:paraId="1FF873C5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0D6C1D2A" w14:textId="77777777" w:rsidTr="00061A1D">
        <w:tc>
          <w:tcPr>
            <w:tcW w:w="990" w:type="dxa"/>
          </w:tcPr>
          <w:p w14:paraId="1510526D" w14:textId="77777777" w:rsidR="000B2299" w:rsidRPr="00257E6B" w:rsidRDefault="000B2299" w:rsidP="0007668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2E36D506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Prof.  Parveen Akhtar</w:t>
            </w:r>
          </w:p>
        </w:tc>
        <w:tc>
          <w:tcPr>
            <w:tcW w:w="1260" w:type="dxa"/>
          </w:tcPr>
          <w:p w14:paraId="08970E37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1113-P</w:t>
            </w:r>
          </w:p>
        </w:tc>
        <w:tc>
          <w:tcPr>
            <w:tcW w:w="3690" w:type="dxa"/>
          </w:tcPr>
          <w:p w14:paraId="26090EF3" w14:textId="77777777" w:rsidR="000B2299" w:rsidRPr="00257E6B" w:rsidRDefault="000B2299" w:rsidP="0007668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House#49street#6, sector A DHA -2 Islamabad</w:t>
            </w:r>
          </w:p>
        </w:tc>
        <w:tc>
          <w:tcPr>
            <w:tcW w:w="1890" w:type="dxa"/>
          </w:tcPr>
          <w:p w14:paraId="448F583E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0300-5294533</w:t>
            </w:r>
          </w:p>
        </w:tc>
        <w:tc>
          <w:tcPr>
            <w:tcW w:w="3330" w:type="dxa"/>
          </w:tcPr>
          <w:p w14:paraId="4A3925CE" w14:textId="77777777" w:rsidR="000B2299" w:rsidRPr="00257E6B" w:rsidRDefault="00B6103A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37" w:history="1">
              <w:r w:rsidR="000B2299" w:rsidRPr="00C903DF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pervtariq@hotmail.com</w:t>
              </w:r>
            </w:hyperlink>
          </w:p>
        </w:tc>
      </w:tr>
      <w:tr w:rsidR="000B2299" w:rsidRPr="00257E6B" w14:paraId="68F22D70" w14:textId="77777777" w:rsidTr="00061A1D">
        <w:trPr>
          <w:trHeight w:val="638"/>
        </w:trPr>
        <w:tc>
          <w:tcPr>
            <w:tcW w:w="990" w:type="dxa"/>
          </w:tcPr>
          <w:p w14:paraId="07A7991F" w14:textId="77777777" w:rsidR="000B2299" w:rsidRPr="00257E6B" w:rsidRDefault="000B2299" w:rsidP="0007668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43A9EAF7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Dr. Qaiser Shehzad</w:t>
            </w:r>
          </w:p>
        </w:tc>
        <w:tc>
          <w:tcPr>
            <w:tcW w:w="1260" w:type="dxa"/>
          </w:tcPr>
          <w:p w14:paraId="68A7E21D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0B9A7151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H. No 2B, RMC Staff Colony, Rawal Road, Rawalpindi</w:t>
            </w:r>
          </w:p>
        </w:tc>
        <w:tc>
          <w:tcPr>
            <w:tcW w:w="1890" w:type="dxa"/>
          </w:tcPr>
          <w:p w14:paraId="3EF9F0CA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0332-9747674, 03315190188</w:t>
            </w:r>
          </w:p>
        </w:tc>
        <w:tc>
          <w:tcPr>
            <w:tcW w:w="3330" w:type="dxa"/>
          </w:tcPr>
          <w:p w14:paraId="15975059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0C4E263F" w14:textId="77777777" w:rsidTr="00061A1D">
        <w:tc>
          <w:tcPr>
            <w:tcW w:w="990" w:type="dxa"/>
          </w:tcPr>
          <w:p w14:paraId="2DC609FD" w14:textId="77777777" w:rsidR="000B2299" w:rsidRPr="00257E6B" w:rsidRDefault="000B2299" w:rsidP="0007668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217A02C2" w14:textId="77777777" w:rsidR="000B2299" w:rsidRPr="00257E6B" w:rsidRDefault="000B2299" w:rsidP="0007668E">
            <w:pPr>
              <w:tabs>
                <w:tab w:val="left" w:pos="900"/>
              </w:tabs>
              <w:spacing w:after="16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Dr Qurat-ul-Ain Aslam</w:t>
            </w:r>
          </w:p>
        </w:tc>
        <w:tc>
          <w:tcPr>
            <w:tcW w:w="1260" w:type="dxa"/>
          </w:tcPr>
          <w:p w14:paraId="60C889C4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085A1460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House No: B-1 419 street no:1 Sadiqabad Kuri Road Rawalpind</w:t>
            </w:r>
          </w:p>
        </w:tc>
        <w:tc>
          <w:tcPr>
            <w:tcW w:w="1890" w:type="dxa"/>
          </w:tcPr>
          <w:p w14:paraId="02CC5722" w14:textId="77777777" w:rsidR="000B2299" w:rsidRPr="00257E6B" w:rsidRDefault="000B2299" w:rsidP="0007668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03315190188</w:t>
            </w:r>
          </w:p>
        </w:tc>
        <w:tc>
          <w:tcPr>
            <w:tcW w:w="3330" w:type="dxa"/>
          </w:tcPr>
          <w:p w14:paraId="743765ED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0A9E9E57" w14:textId="77777777" w:rsidTr="00061A1D">
        <w:tc>
          <w:tcPr>
            <w:tcW w:w="990" w:type="dxa"/>
          </w:tcPr>
          <w:p w14:paraId="2D1DEDB8" w14:textId="77777777" w:rsidR="000B2299" w:rsidRPr="00257E6B" w:rsidRDefault="000B2299" w:rsidP="0007668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70357379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Prof. Rai Muhammad Asghar</w:t>
            </w:r>
          </w:p>
        </w:tc>
        <w:tc>
          <w:tcPr>
            <w:tcW w:w="1260" w:type="dxa"/>
          </w:tcPr>
          <w:p w14:paraId="4D9BDBAC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8932-P</w:t>
            </w:r>
          </w:p>
        </w:tc>
        <w:tc>
          <w:tcPr>
            <w:tcW w:w="3690" w:type="dxa"/>
          </w:tcPr>
          <w:p w14:paraId="6F4732EB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 xml:space="preserve">House no 366 </w:t>
            </w:r>
          </w:p>
          <w:p w14:paraId="19794E9F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 xml:space="preserve">Park avenue </w:t>
            </w:r>
          </w:p>
          <w:p w14:paraId="5DC9D6F1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 xml:space="preserve">Block A </w:t>
            </w:r>
          </w:p>
          <w:p w14:paraId="2347C9B3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 xml:space="preserve">Gulberg Greens </w:t>
            </w:r>
          </w:p>
          <w:p w14:paraId="14118BF5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Islamabad</w:t>
            </w:r>
          </w:p>
        </w:tc>
        <w:tc>
          <w:tcPr>
            <w:tcW w:w="1890" w:type="dxa"/>
          </w:tcPr>
          <w:p w14:paraId="0032E4C3" w14:textId="77777777" w:rsidR="000B2299" w:rsidRPr="00257E6B" w:rsidRDefault="000B2299" w:rsidP="0007668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0336-5553030</w:t>
            </w:r>
          </w:p>
        </w:tc>
        <w:tc>
          <w:tcPr>
            <w:tcW w:w="3330" w:type="dxa"/>
          </w:tcPr>
          <w:p w14:paraId="3B7ECD81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  <w:u w:val="single"/>
              </w:rPr>
            </w:pPr>
            <w:r w:rsidRPr="00257E6B">
              <w:rPr>
                <w:rFonts w:asciiTheme="majorBidi" w:hAnsiTheme="majorBidi" w:cstheme="majorBidi"/>
                <w:color w:val="0000CC"/>
                <w:sz w:val="24"/>
                <w:szCs w:val="24"/>
                <w:u w:val="single"/>
              </w:rPr>
              <w:t>raiasghar@hotmail.com</w:t>
            </w:r>
          </w:p>
        </w:tc>
      </w:tr>
      <w:tr w:rsidR="000B2299" w:rsidRPr="00257E6B" w14:paraId="7A2157AF" w14:textId="77777777" w:rsidTr="00061A1D">
        <w:tc>
          <w:tcPr>
            <w:tcW w:w="990" w:type="dxa"/>
          </w:tcPr>
          <w:p w14:paraId="022D349E" w14:textId="77777777" w:rsidR="000B2299" w:rsidRPr="00257E6B" w:rsidRDefault="000B2299" w:rsidP="0007668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1B48500B" w14:textId="77777777" w:rsidR="000B2299" w:rsidRPr="00257E6B" w:rsidRDefault="000B2299" w:rsidP="0007668E">
            <w:pPr>
              <w:tabs>
                <w:tab w:val="left" w:pos="900"/>
              </w:tabs>
              <w:spacing w:after="16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Prof.</w:t>
            </w: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Rubina Zulfqar </w:t>
            </w:r>
          </w:p>
        </w:tc>
        <w:tc>
          <w:tcPr>
            <w:tcW w:w="1260" w:type="dxa"/>
          </w:tcPr>
          <w:p w14:paraId="403363C8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3669-P</w:t>
            </w:r>
          </w:p>
        </w:tc>
        <w:tc>
          <w:tcPr>
            <w:tcW w:w="3690" w:type="dxa"/>
          </w:tcPr>
          <w:p w14:paraId="0E87B977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House no:199,Block-D,Satellite town, Rawalpindi</w:t>
            </w:r>
          </w:p>
        </w:tc>
        <w:tc>
          <w:tcPr>
            <w:tcW w:w="1890" w:type="dxa"/>
          </w:tcPr>
          <w:p w14:paraId="07E2BA7D" w14:textId="77777777" w:rsidR="000B2299" w:rsidRPr="00257E6B" w:rsidRDefault="000B2299" w:rsidP="0007668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0333-5123382</w:t>
            </w:r>
          </w:p>
        </w:tc>
        <w:tc>
          <w:tcPr>
            <w:tcW w:w="3330" w:type="dxa"/>
          </w:tcPr>
          <w:p w14:paraId="2018FFFD" w14:textId="77777777" w:rsidR="000B2299" w:rsidRPr="00257E6B" w:rsidRDefault="00B6103A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38" w:history="1">
              <w:r w:rsidR="000B2299" w:rsidRPr="00C903DF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rzulfqar57@gmail.com</w:t>
              </w:r>
            </w:hyperlink>
          </w:p>
        </w:tc>
      </w:tr>
      <w:tr w:rsidR="000B2299" w:rsidRPr="00257E6B" w14:paraId="2D1B2FE4" w14:textId="77777777" w:rsidTr="00061A1D">
        <w:tc>
          <w:tcPr>
            <w:tcW w:w="990" w:type="dxa"/>
          </w:tcPr>
          <w:p w14:paraId="6C2DDF6A" w14:textId="77777777" w:rsidR="000B2299" w:rsidRPr="00257E6B" w:rsidRDefault="000B2299" w:rsidP="0007668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36E0D5AD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 xml:space="preserve">Dr. Rubina Shoukat </w:t>
            </w:r>
          </w:p>
        </w:tc>
        <w:tc>
          <w:tcPr>
            <w:tcW w:w="1260" w:type="dxa"/>
          </w:tcPr>
          <w:p w14:paraId="6A72248A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37F0A20B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90" w:type="dxa"/>
          </w:tcPr>
          <w:p w14:paraId="258546A8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0333-5191482</w:t>
            </w:r>
          </w:p>
        </w:tc>
        <w:tc>
          <w:tcPr>
            <w:tcW w:w="3330" w:type="dxa"/>
          </w:tcPr>
          <w:p w14:paraId="04F45986" w14:textId="3F8B52FC" w:rsidR="000B2299" w:rsidRPr="00257E6B" w:rsidRDefault="00D54A07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drrahela@</w:t>
            </w:r>
            <w:r w:rsidR="00F26EE8" w:rsidRPr="00F26EE8">
              <w:rPr>
                <w:rFonts w:asciiTheme="majorBidi" w:hAnsiTheme="majorBidi" w:cstheme="majorBidi"/>
                <w:sz w:val="24"/>
                <w:szCs w:val="24"/>
              </w:rPr>
              <w:t>live.com</w:t>
            </w:r>
          </w:p>
        </w:tc>
      </w:tr>
      <w:tr w:rsidR="000B2299" w:rsidRPr="00257E6B" w14:paraId="3B1068DE" w14:textId="77777777" w:rsidTr="00061A1D">
        <w:tc>
          <w:tcPr>
            <w:tcW w:w="990" w:type="dxa"/>
          </w:tcPr>
          <w:p w14:paraId="0708F8E0" w14:textId="77777777" w:rsidR="000B2299" w:rsidRPr="00257E6B" w:rsidRDefault="000B2299" w:rsidP="0007668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7E4061F1" w14:textId="08E49F0E" w:rsidR="000B2299" w:rsidRPr="00257E6B" w:rsidRDefault="00F26EE8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Dr. Rahe</w:t>
            </w:r>
            <w:r w:rsidR="000B2299" w:rsidRPr="00257E6B">
              <w:rPr>
                <w:rFonts w:asciiTheme="majorBidi" w:hAnsiTheme="majorBidi" w:cstheme="majorBidi"/>
                <w:sz w:val="24"/>
                <w:szCs w:val="24"/>
              </w:rPr>
              <w:t>la Nasir</w:t>
            </w:r>
          </w:p>
        </w:tc>
        <w:tc>
          <w:tcPr>
            <w:tcW w:w="1260" w:type="dxa"/>
          </w:tcPr>
          <w:p w14:paraId="06FA6014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4E4486C1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House # 15, Street # 48, Sector, F-7/4, Islamabad</w:t>
            </w:r>
          </w:p>
        </w:tc>
        <w:tc>
          <w:tcPr>
            <w:tcW w:w="1890" w:type="dxa"/>
          </w:tcPr>
          <w:p w14:paraId="35F26963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0300-8563309</w:t>
            </w:r>
          </w:p>
        </w:tc>
        <w:tc>
          <w:tcPr>
            <w:tcW w:w="3330" w:type="dxa"/>
          </w:tcPr>
          <w:p w14:paraId="2FC1DB8C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0E07E286" w14:textId="77777777" w:rsidTr="00061A1D">
        <w:tc>
          <w:tcPr>
            <w:tcW w:w="990" w:type="dxa"/>
          </w:tcPr>
          <w:p w14:paraId="7F93F2C6" w14:textId="77777777" w:rsidR="000B2299" w:rsidRPr="00257E6B" w:rsidRDefault="000B2299" w:rsidP="0007668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69D585DF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Prof. Samiya Naeemullah</w:t>
            </w:r>
          </w:p>
        </w:tc>
        <w:tc>
          <w:tcPr>
            <w:tcW w:w="1260" w:type="dxa"/>
          </w:tcPr>
          <w:p w14:paraId="3F7DA43D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17725-P</w:t>
            </w:r>
          </w:p>
        </w:tc>
        <w:tc>
          <w:tcPr>
            <w:tcW w:w="3690" w:type="dxa"/>
          </w:tcPr>
          <w:p w14:paraId="52128509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785-F, 6th Road Sattellite Town, Rawalpindi</w:t>
            </w:r>
          </w:p>
        </w:tc>
        <w:tc>
          <w:tcPr>
            <w:tcW w:w="1890" w:type="dxa"/>
          </w:tcPr>
          <w:p w14:paraId="2B86920C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03215180704</w:t>
            </w:r>
          </w:p>
        </w:tc>
        <w:tc>
          <w:tcPr>
            <w:tcW w:w="3330" w:type="dxa"/>
          </w:tcPr>
          <w:p w14:paraId="649D9FCA" w14:textId="77777777" w:rsidR="000B2299" w:rsidRPr="00257E6B" w:rsidRDefault="00B6103A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39" w:history="1">
              <w:r w:rsidR="000B2299" w:rsidRPr="00C903DF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drsamiya.naeem@gmail.com</w:t>
              </w:r>
            </w:hyperlink>
          </w:p>
        </w:tc>
      </w:tr>
      <w:tr w:rsidR="000B2299" w:rsidRPr="00257E6B" w14:paraId="476A70AB" w14:textId="77777777" w:rsidTr="00061A1D">
        <w:tc>
          <w:tcPr>
            <w:tcW w:w="990" w:type="dxa"/>
          </w:tcPr>
          <w:p w14:paraId="5F89F5DC" w14:textId="77777777" w:rsidR="000B2299" w:rsidRPr="00257E6B" w:rsidRDefault="000B2299" w:rsidP="0007668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4AA9E831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Prof. Shahzad Munir</w:t>
            </w:r>
          </w:p>
        </w:tc>
        <w:tc>
          <w:tcPr>
            <w:tcW w:w="1260" w:type="dxa"/>
          </w:tcPr>
          <w:p w14:paraId="733D6F86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21798-P</w:t>
            </w:r>
          </w:p>
        </w:tc>
        <w:tc>
          <w:tcPr>
            <w:tcW w:w="3690" w:type="dxa"/>
          </w:tcPr>
          <w:p w14:paraId="16EC4BB6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House 57 St 1. F-6/3 Islamabad</w:t>
            </w:r>
          </w:p>
        </w:tc>
        <w:tc>
          <w:tcPr>
            <w:tcW w:w="1890" w:type="dxa"/>
          </w:tcPr>
          <w:p w14:paraId="02214B7B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0300-5184709</w:t>
            </w:r>
            <w:r w:rsidRPr="00257E6B">
              <w:rPr>
                <w:rFonts w:asciiTheme="majorBidi" w:hAnsiTheme="majorBidi" w:cstheme="majorBidi"/>
                <w:sz w:val="24"/>
                <w:szCs w:val="24"/>
              </w:rPr>
              <w:br/>
            </w:r>
          </w:p>
        </w:tc>
        <w:tc>
          <w:tcPr>
            <w:tcW w:w="3330" w:type="dxa"/>
          </w:tcPr>
          <w:p w14:paraId="5259504D" w14:textId="77777777" w:rsidR="000B2299" w:rsidRPr="00257E6B" w:rsidRDefault="00B6103A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40" w:history="1">
              <w:r w:rsidR="000B2299" w:rsidRPr="00C903DF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doctor.shahzadmunir@gmail.com</w:t>
              </w:r>
            </w:hyperlink>
          </w:p>
        </w:tc>
      </w:tr>
      <w:tr w:rsidR="000B2299" w:rsidRPr="00257E6B" w14:paraId="10B9051F" w14:textId="77777777" w:rsidTr="00061A1D">
        <w:tc>
          <w:tcPr>
            <w:tcW w:w="990" w:type="dxa"/>
          </w:tcPr>
          <w:p w14:paraId="597120AB" w14:textId="77777777" w:rsidR="000B2299" w:rsidRPr="00257E6B" w:rsidRDefault="000B2299" w:rsidP="0007668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63FF2413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 Sughra Wahid </w:t>
            </w:r>
          </w:p>
        </w:tc>
        <w:tc>
          <w:tcPr>
            <w:tcW w:w="1260" w:type="dxa"/>
          </w:tcPr>
          <w:p w14:paraId="4E17D294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16385-</w:t>
            </w:r>
            <w:r w:rsidRPr="00257E6B">
              <w:rPr>
                <w:rFonts w:asciiTheme="majorBidi" w:hAnsiTheme="majorBidi" w:cstheme="majorBidi"/>
                <w:sz w:val="24"/>
                <w:szCs w:val="24"/>
              </w:rPr>
              <w:t>P</w:t>
            </w:r>
          </w:p>
        </w:tc>
        <w:tc>
          <w:tcPr>
            <w:tcW w:w="3690" w:type="dxa"/>
          </w:tcPr>
          <w:p w14:paraId="02F66444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House 47,street 48,G 13/2,Islamabad</w:t>
            </w:r>
          </w:p>
        </w:tc>
        <w:tc>
          <w:tcPr>
            <w:tcW w:w="1890" w:type="dxa"/>
          </w:tcPr>
          <w:p w14:paraId="417138C7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0333-5409170</w:t>
            </w:r>
          </w:p>
        </w:tc>
        <w:tc>
          <w:tcPr>
            <w:tcW w:w="3330" w:type="dxa"/>
          </w:tcPr>
          <w:p w14:paraId="2F9C0D5A" w14:textId="77777777" w:rsidR="000B2299" w:rsidRPr="00257E6B" w:rsidRDefault="00B6103A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41" w:history="1">
              <w:r w:rsidR="000B2299" w:rsidRPr="00C903DF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sughra9@hotmail.com</w:t>
              </w:r>
            </w:hyperlink>
          </w:p>
        </w:tc>
      </w:tr>
      <w:tr w:rsidR="000B2299" w:rsidRPr="00257E6B" w14:paraId="4C332689" w14:textId="77777777" w:rsidTr="00061A1D">
        <w:tc>
          <w:tcPr>
            <w:tcW w:w="990" w:type="dxa"/>
          </w:tcPr>
          <w:p w14:paraId="25063E6B" w14:textId="77777777" w:rsidR="000B2299" w:rsidRPr="00257E6B" w:rsidRDefault="000B2299" w:rsidP="0007668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7B9565A2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 Sidra tul Muntaha</w:t>
            </w:r>
          </w:p>
        </w:tc>
        <w:tc>
          <w:tcPr>
            <w:tcW w:w="1260" w:type="dxa"/>
          </w:tcPr>
          <w:p w14:paraId="2D690518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52573-P</w:t>
            </w:r>
          </w:p>
        </w:tc>
        <w:tc>
          <w:tcPr>
            <w:tcW w:w="3690" w:type="dxa"/>
          </w:tcPr>
          <w:p w14:paraId="30F52C55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Street 9, House no 173 AGOCHS 1 Islamabad</w:t>
            </w:r>
          </w:p>
        </w:tc>
        <w:tc>
          <w:tcPr>
            <w:tcW w:w="1890" w:type="dxa"/>
          </w:tcPr>
          <w:p w14:paraId="48B27EB6" w14:textId="77777777" w:rsidR="000B2299" w:rsidRPr="00257E6B" w:rsidRDefault="000B2299" w:rsidP="001E4CCC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0331-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5254099</w:t>
            </w:r>
          </w:p>
        </w:tc>
        <w:tc>
          <w:tcPr>
            <w:tcW w:w="3330" w:type="dxa"/>
          </w:tcPr>
          <w:p w14:paraId="02B3F10D" w14:textId="77777777" w:rsidR="000B2299" w:rsidRPr="00257E6B" w:rsidRDefault="00B6103A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42" w:history="1">
              <w:r w:rsidR="000B2299" w:rsidRPr="00C903DF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sidratulmuntaha1985@yahoo.com</w:t>
              </w:r>
            </w:hyperlink>
          </w:p>
        </w:tc>
      </w:tr>
      <w:tr w:rsidR="000B2299" w:rsidRPr="00257E6B" w14:paraId="70B931EF" w14:textId="77777777" w:rsidTr="00061A1D">
        <w:tc>
          <w:tcPr>
            <w:tcW w:w="990" w:type="dxa"/>
          </w:tcPr>
          <w:p w14:paraId="615A330E" w14:textId="77777777" w:rsidR="000B2299" w:rsidRPr="00257E6B" w:rsidRDefault="000B2299" w:rsidP="0007668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5C659665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Dr. Sohail Aslam</w:t>
            </w:r>
          </w:p>
        </w:tc>
        <w:tc>
          <w:tcPr>
            <w:tcW w:w="1260" w:type="dxa"/>
          </w:tcPr>
          <w:p w14:paraId="404799A0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22270-P</w:t>
            </w:r>
          </w:p>
        </w:tc>
        <w:tc>
          <w:tcPr>
            <w:tcW w:w="3690" w:type="dxa"/>
          </w:tcPr>
          <w:p w14:paraId="15DD6F69" w14:textId="77777777" w:rsidR="000B2299" w:rsidRPr="00257E6B" w:rsidRDefault="000B2299" w:rsidP="00ED097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303, Safari Villas-3, Bahria Town Phase-II, Islamabad.</w:t>
            </w:r>
          </w:p>
        </w:tc>
        <w:tc>
          <w:tcPr>
            <w:tcW w:w="1890" w:type="dxa"/>
          </w:tcPr>
          <w:p w14:paraId="6B07D247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0321-2102252</w:t>
            </w:r>
          </w:p>
        </w:tc>
        <w:tc>
          <w:tcPr>
            <w:tcW w:w="3330" w:type="dxa"/>
          </w:tcPr>
          <w:p w14:paraId="261AE468" w14:textId="77777777" w:rsidR="000B2299" w:rsidRPr="00257E6B" w:rsidRDefault="00B6103A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43" w:history="1">
              <w:r w:rsidR="00852E8B" w:rsidRPr="00D22FBA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drsohail67@gmail.com</w:t>
              </w:r>
            </w:hyperlink>
            <w:r w:rsidR="000B2299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</w:tr>
      <w:tr w:rsidR="000B2299" w:rsidRPr="00257E6B" w14:paraId="5820504C" w14:textId="77777777" w:rsidTr="00061A1D">
        <w:tc>
          <w:tcPr>
            <w:tcW w:w="990" w:type="dxa"/>
          </w:tcPr>
          <w:p w14:paraId="0BBD9AF5" w14:textId="77777777" w:rsidR="000B2299" w:rsidRPr="00257E6B" w:rsidRDefault="000B2299" w:rsidP="0007668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03EE69AC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 xml:space="preserve">Dr Saima Akhtar </w:t>
            </w:r>
          </w:p>
        </w:tc>
        <w:tc>
          <w:tcPr>
            <w:tcW w:w="1260" w:type="dxa"/>
          </w:tcPr>
          <w:p w14:paraId="6C589597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1D6FC535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House N</w:t>
            </w:r>
            <w:r w:rsidRPr="00257E6B">
              <w:rPr>
                <w:rFonts w:asciiTheme="majorBidi" w:hAnsiTheme="majorBidi" w:cstheme="majorBidi"/>
                <w:sz w:val="24"/>
                <w:szCs w:val="24"/>
              </w:rPr>
              <w:t>o. 109/1 street 4 sector 2 Airport em</w:t>
            </w:r>
            <w:r>
              <w:rPr>
                <w:rFonts w:asciiTheme="majorBidi" w:hAnsiTheme="majorBidi" w:cstheme="majorBidi"/>
                <w:sz w:val="24"/>
                <w:szCs w:val="24"/>
              </w:rPr>
              <w:t xml:space="preserve">ployees corporate housing  </w:t>
            </w:r>
            <w:r w:rsidRPr="00257E6B">
              <w:rPr>
                <w:rFonts w:asciiTheme="majorBidi" w:hAnsiTheme="majorBidi" w:cstheme="majorBidi"/>
                <w:sz w:val="24"/>
                <w:szCs w:val="24"/>
              </w:rPr>
              <w:t>society Rawalpindi</w:t>
            </w:r>
          </w:p>
        </w:tc>
        <w:tc>
          <w:tcPr>
            <w:tcW w:w="1890" w:type="dxa"/>
          </w:tcPr>
          <w:p w14:paraId="63ED45C3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30" w:type="dxa"/>
          </w:tcPr>
          <w:p w14:paraId="209A3CEF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387010A2" w14:textId="77777777" w:rsidTr="00061A1D">
        <w:tc>
          <w:tcPr>
            <w:tcW w:w="990" w:type="dxa"/>
          </w:tcPr>
          <w:p w14:paraId="6AB56BA4" w14:textId="77777777" w:rsidR="000B2299" w:rsidRPr="00257E6B" w:rsidRDefault="000B2299" w:rsidP="0007668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4CEF7255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Dr. Saba Afzal Shaikh</w:t>
            </w:r>
          </w:p>
        </w:tc>
        <w:tc>
          <w:tcPr>
            <w:tcW w:w="1260" w:type="dxa"/>
          </w:tcPr>
          <w:p w14:paraId="1901F51B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35331-p</w:t>
            </w:r>
          </w:p>
        </w:tc>
        <w:tc>
          <w:tcPr>
            <w:tcW w:w="3690" w:type="dxa"/>
          </w:tcPr>
          <w:p w14:paraId="7B24D88F" w14:textId="77777777" w:rsidR="000B2299" w:rsidRPr="00257E6B" w:rsidRDefault="00B6103A" w:rsidP="0007668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hyperlink r:id="rId44" w:tgtFrame="_blank" w:history="1">
              <w:r w:rsidR="000B2299" w:rsidRPr="00257E6B">
                <w:rPr>
                  <w:rFonts w:asciiTheme="majorBidi" w:eastAsia="Times New Roman" w:hAnsiTheme="majorBidi" w:cstheme="majorBidi"/>
                  <w:sz w:val="24"/>
                  <w:szCs w:val="24"/>
                </w:rPr>
                <w:t>H. No</w:t>
              </w:r>
            </w:hyperlink>
            <w:r w:rsidR="000B2299"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 1503 st 38 sector I/10-2 Islamabad</w:t>
            </w:r>
          </w:p>
        </w:tc>
        <w:tc>
          <w:tcPr>
            <w:tcW w:w="1890" w:type="dxa"/>
          </w:tcPr>
          <w:p w14:paraId="4F94D84A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0321-9564878</w:t>
            </w:r>
          </w:p>
        </w:tc>
        <w:tc>
          <w:tcPr>
            <w:tcW w:w="3330" w:type="dxa"/>
          </w:tcPr>
          <w:p w14:paraId="1C3A6FEB" w14:textId="77777777" w:rsidR="000B2299" w:rsidRPr="00257E6B" w:rsidRDefault="00B6103A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45" w:history="1">
              <w:r w:rsidR="00B35154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irfan.s</w:t>
              </w:r>
              <w:r w:rsidR="000B2299" w:rsidRPr="00257E6B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ba@yahoo.com</w:t>
              </w:r>
            </w:hyperlink>
          </w:p>
          <w:p w14:paraId="08E44678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2DAB255C" w14:textId="77777777" w:rsidTr="00061A1D">
        <w:tc>
          <w:tcPr>
            <w:tcW w:w="990" w:type="dxa"/>
          </w:tcPr>
          <w:p w14:paraId="3E3AE2AE" w14:textId="77777777" w:rsidR="000B2299" w:rsidRPr="00257E6B" w:rsidRDefault="000B2299" w:rsidP="0007668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74170027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Dr. Saba Mushtaq</w:t>
            </w:r>
          </w:p>
        </w:tc>
        <w:tc>
          <w:tcPr>
            <w:tcW w:w="1260" w:type="dxa"/>
          </w:tcPr>
          <w:p w14:paraId="316DDB4B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48569-p</w:t>
            </w:r>
          </w:p>
          <w:p w14:paraId="5E82A14A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547273F1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CB-255, Street No. 4, Jinnah Road Lalazar Wah Cantt.</w:t>
            </w:r>
          </w:p>
        </w:tc>
        <w:tc>
          <w:tcPr>
            <w:tcW w:w="1890" w:type="dxa"/>
          </w:tcPr>
          <w:p w14:paraId="45D6B925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0300-8329993</w:t>
            </w:r>
          </w:p>
        </w:tc>
        <w:tc>
          <w:tcPr>
            <w:tcW w:w="3330" w:type="dxa"/>
          </w:tcPr>
          <w:p w14:paraId="59899D0D" w14:textId="77777777" w:rsidR="000B2299" w:rsidRPr="00257E6B" w:rsidRDefault="00B6103A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46" w:history="1">
              <w:r w:rsidR="000B2299" w:rsidRPr="00257E6B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sabamushtaq74@yahoo.com</w:t>
              </w:r>
            </w:hyperlink>
          </w:p>
          <w:p w14:paraId="0F5AE90C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27C5F76D" w14:textId="77777777" w:rsidTr="00061A1D">
        <w:tc>
          <w:tcPr>
            <w:tcW w:w="990" w:type="dxa"/>
          </w:tcPr>
          <w:p w14:paraId="19C51683" w14:textId="77777777" w:rsidR="000B2299" w:rsidRPr="00257E6B" w:rsidRDefault="000B2299" w:rsidP="0007668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38FD5C22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Dr. Sajjad Haider Gillani</w:t>
            </w:r>
          </w:p>
        </w:tc>
        <w:tc>
          <w:tcPr>
            <w:tcW w:w="1260" w:type="dxa"/>
          </w:tcPr>
          <w:p w14:paraId="6AC45532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09055EFF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90" w:type="dxa"/>
          </w:tcPr>
          <w:p w14:paraId="2E1A0B78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0300-5545936</w:t>
            </w:r>
          </w:p>
        </w:tc>
        <w:tc>
          <w:tcPr>
            <w:tcW w:w="3330" w:type="dxa"/>
          </w:tcPr>
          <w:p w14:paraId="3836C23A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22BB49D5" w14:textId="77777777" w:rsidTr="00061A1D">
        <w:tc>
          <w:tcPr>
            <w:tcW w:w="990" w:type="dxa"/>
          </w:tcPr>
          <w:p w14:paraId="70B1C798" w14:textId="77777777" w:rsidR="000B2299" w:rsidRPr="00257E6B" w:rsidRDefault="000B2299" w:rsidP="0007668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6F42F87E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Dr. Shahzadi Sumbal Ghazi</w:t>
            </w:r>
          </w:p>
        </w:tc>
        <w:tc>
          <w:tcPr>
            <w:tcW w:w="1260" w:type="dxa"/>
          </w:tcPr>
          <w:p w14:paraId="7743F7BA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16180-N</w:t>
            </w:r>
          </w:p>
        </w:tc>
        <w:tc>
          <w:tcPr>
            <w:tcW w:w="3690" w:type="dxa"/>
          </w:tcPr>
          <w:p w14:paraId="05838173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 xml:space="preserve">House no. 461 street 23 F-15/1 Islamabad </w:t>
            </w:r>
          </w:p>
        </w:tc>
        <w:tc>
          <w:tcPr>
            <w:tcW w:w="1890" w:type="dxa"/>
          </w:tcPr>
          <w:p w14:paraId="2109DB64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03365556636</w:t>
            </w:r>
          </w:p>
        </w:tc>
        <w:tc>
          <w:tcPr>
            <w:tcW w:w="3330" w:type="dxa"/>
          </w:tcPr>
          <w:p w14:paraId="1232512A" w14:textId="77777777" w:rsidR="000B2299" w:rsidRPr="00257E6B" w:rsidRDefault="00B6103A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47" w:history="1">
              <w:r w:rsidR="000B2299" w:rsidRPr="00257E6B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dr.sumbal000@gmail.com</w:t>
              </w:r>
            </w:hyperlink>
          </w:p>
          <w:p w14:paraId="2F6076D3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62A5FFBC" w14:textId="77777777" w:rsidTr="00061A1D">
        <w:tc>
          <w:tcPr>
            <w:tcW w:w="990" w:type="dxa"/>
          </w:tcPr>
          <w:p w14:paraId="060C274E" w14:textId="77777777" w:rsidR="000B2299" w:rsidRPr="00257E6B" w:rsidRDefault="000B2299" w:rsidP="0007668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1B4C9449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 Shahzad Haider</w:t>
            </w:r>
          </w:p>
        </w:tc>
        <w:tc>
          <w:tcPr>
            <w:tcW w:w="1260" w:type="dxa"/>
          </w:tcPr>
          <w:p w14:paraId="63E169CB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32825-P</w:t>
            </w:r>
          </w:p>
        </w:tc>
        <w:tc>
          <w:tcPr>
            <w:tcW w:w="3690" w:type="dxa"/>
          </w:tcPr>
          <w:p w14:paraId="59A47034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D-7, Street No 3, Officers Colony Wah Cantt</w:t>
            </w:r>
            <w:r w:rsidRPr="00257E6B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1890" w:type="dxa"/>
          </w:tcPr>
          <w:p w14:paraId="14716478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03335247886</w:t>
            </w:r>
          </w:p>
        </w:tc>
        <w:tc>
          <w:tcPr>
            <w:tcW w:w="3330" w:type="dxa"/>
          </w:tcPr>
          <w:p w14:paraId="5D280072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413249A5" w14:textId="77777777" w:rsidTr="00061A1D">
        <w:tc>
          <w:tcPr>
            <w:tcW w:w="990" w:type="dxa"/>
          </w:tcPr>
          <w:p w14:paraId="1550C5D6" w14:textId="77777777" w:rsidR="000B2299" w:rsidRPr="00257E6B" w:rsidRDefault="000B2299" w:rsidP="0007668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56C263DB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Dr. Sajid Nazir</w:t>
            </w:r>
          </w:p>
        </w:tc>
        <w:tc>
          <w:tcPr>
            <w:tcW w:w="1260" w:type="dxa"/>
          </w:tcPr>
          <w:p w14:paraId="7A7D9C7A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AJK 1460</w:t>
            </w:r>
          </w:p>
        </w:tc>
        <w:tc>
          <w:tcPr>
            <w:tcW w:w="3690" w:type="dxa"/>
          </w:tcPr>
          <w:p w14:paraId="3FE8DEF2" w14:textId="77777777" w:rsidR="000B2299" w:rsidRPr="00257E6B" w:rsidRDefault="000B2299" w:rsidP="0007668E">
            <w:pPr>
              <w:tabs>
                <w:tab w:val="left" w:pos="810"/>
              </w:tabs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House No: 38, Street 31 B    Block B extension </w:t>
            </w:r>
          </w:p>
          <w:p w14:paraId="63BDAFAC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Sector B 17 Islamabad</w:t>
            </w:r>
          </w:p>
        </w:tc>
        <w:tc>
          <w:tcPr>
            <w:tcW w:w="1890" w:type="dxa"/>
          </w:tcPr>
          <w:p w14:paraId="7F093771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0333-5124496</w:t>
            </w:r>
          </w:p>
        </w:tc>
        <w:tc>
          <w:tcPr>
            <w:tcW w:w="3330" w:type="dxa"/>
          </w:tcPr>
          <w:p w14:paraId="1FA0E1B7" w14:textId="77777777" w:rsidR="000B2299" w:rsidRPr="00257E6B" w:rsidRDefault="00B6103A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48" w:history="1">
              <w:r w:rsidR="000B2299" w:rsidRPr="00257E6B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mail2docsaj@yahoo.com</w:t>
              </w:r>
            </w:hyperlink>
          </w:p>
          <w:p w14:paraId="79FFE01A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8452F3E" w14:textId="77777777" w:rsidR="000B2299" w:rsidRPr="00257E6B" w:rsidRDefault="000B2299" w:rsidP="0007668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24615075" w14:textId="77777777" w:rsidTr="00061A1D">
        <w:tc>
          <w:tcPr>
            <w:tcW w:w="990" w:type="dxa"/>
          </w:tcPr>
          <w:p w14:paraId="41401CE7" w14:textId="77777777" w:rsidR="000B2299" w:rsidRPr="00257E6B" w:rsidRDefault="000B2299" w:rsidP="00B23BF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53A19B37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B23BFE">
              <w:rPr>
                <w:rFonts w:asciiTheme="majorBidi" w:eastAsia="Times New Roman" w:hAnsiTheme="majorBidi" w:cstheme="majorBidi"/>
                <w:sz w:val="24"/>
                <w:szCs w:val="24"/>
              </w:rPr>
              <w:t>Dr Sidra Gul</w:t>
            </w:r>
          </w:p>
        </w:tc>
        <w:tc>
          <w:tcPr>
            <w:tcW w:w="1260" w:type="dxa"/>
          </w:tcPr>
          <w:p w14:paraId="79CC69E3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49577-P</w:t>
            </w:r>
          </w:p>
        </w:tc>
        <w:tc>
          <w:tcPr>
            <w:tcW w:w="3690" w:type="dxa"/>
          </w:tcPr>
          <w:p w14:paraId="320732A9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House no 16 street 01 Salahuddin avenue, faisal colony, Rawalpindi</w:t>
            </w:r>
          </w:p>
        </w:tc>
        <w:tc>
          <w:tcPr>
            <w:tcW w:w="1890" w:type="dxa"/>
          </w:tcPr>
          <w:p w14:paraId="592F4759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03335400705</w:t>
            </w:r>
          </w:p>
        </w:tc>
        <w:tc>
          <w:tcPr>
            <w:tcW w:w="3330" w:type="dxa"/>
          </w:tcPr>
          <w:p w14:paraId="05D105E4" w14:textId="77777777" w:rsidR="000B2299" w:rsidRPr="00257E6B" w:rsidRDefault="00B6103A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49" w:history="1">
              <w:r w:rsidR="000B2299" w:rsidRPr="00257E6B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sgul144@gmail.com</w:t>
              </w:r>
            </w:hyperlink>
          </w:p>
          <w:p w14:paraId="3EDBA62A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0B8264CA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1993CBC4" w14:textId="77777777" w:rsidTr="00061A1D">
        <w:tc>
          <w:tcPr>
            <w:tcW w:w="990" w:type="dxa"/>
          </w:tcPr>
          <w:p w14:paraId="44585F63" w14:textId="77777777" w:rsidR="000B2299" w:rsidRPr="00257E6B" w:rsidRDefault="000B2299" w:rsidP="00B23BF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0D502C5D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 Sumaira Khalil</w:t>
            </w:r>
          </w:p>
        </w:tc>
        <w:tc>
          <w:tcPr>
            <w:tcW w:w="1260" w:type="dxa"/>
          </w:tcPr>
          <w:p w14:paraId="57C2A5A1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6158F404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Senior Registrar Paeds</w:t>
            </w:r>
            <w:r w:rsidRPr="00257E6B">
              <w:rPr>
                <w:rFonts w:asciiTheme="majorBidi" w:hAnsiTheme="majorBidi" w:cstheme="majorBidi"/>
                <w:sz w:val="24"/>
                <w:szCs w:val="24"/>
              </w:rPr>
              <w:br/>
              <w:t>Fauji Foundation Hospital, Rawalpindi</w:t>
            </w:r>
          </w:p>
        </w:tc>
        <w:tc>
          <w:tcPr>
            <w:tcW w:w="1890" w:type="dxa"/>
          </w:tcPr>
          <w:p w14:paraId="2C963830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0332-5316301</w:t>
            </w:r>
          </w:p>
        </w:tc>
        <w:tc>
          <w:tcPr>
            <w:tcW w:w="3330" w:type="dxa"/>
          </w:tcPr>
          <w:p w14:paraId="19F65126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3AA0E101" w14:textId="77777777" w:rsidTr="00061A1D">
        <w:tc>
          <w:tcPr>
            <w:tcW w:w="990" w:type="dxa"/>
          </w:tcPr>
          <w:p w14:paraId="55FCD114" w14:textId="77777777" w:rsidR="000B2299" w:rsidRPr="00257E6B" w:rsidRDefault="000B2299" w:rsidP="00B23BF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5EEDD2EA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Dr. Saima Shabbir</w:t>
            </w:r>
          </w:p>
        </w:tc>
        <w:tc>
          <w:tcPr>
            <w:tcW w:w="1260" w:type="dxa"/>
          </w:tcPr>
          <w:p w14:paraId="64C1555D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67F4C260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Senior Registrar Paeds</w:t>
            </w:r>
            <w:r w:rsidRPr="00257E6B">
              <w:rPr>
                <w:rFonts w:asciiTheme="majorBidi" w:hAnsiTheme="majorBidi" w:cstheme="majorBidi"/>
                <w:sz w:val="24"/>
                <w:szCs w:val="24"/>
              </w:rPr>
              <w:br/>
              <w:t>Fauji Foundation Hospital, Rawalpindi</w:t>
            </w:r>
          </w:p>
        </w:tc>
        <w:tc>
          <w:tcPr>
            <w:tcW w:w="1890" w:type="dxa"/>
          </w:tcPr>
          <w:p w14:paraId="33D1C4CD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30" w:type="dxa"/>
          </w:tcPr>
          <w:p w14:paraId="1177C3D8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77885D68" w14:textId="77777777" w:rsidTr="00061A1D">
        <w:tc>
          <w:tcPr>
            <w:tcW w:w="990" w:type="dxa"/>
          </w:tcPr>
          <w:p w14:paraId="48E4AB4B" w14:textId="77777777" w:rsidR="000B2299" w:rsidRPr="00257E6B" w:rsidRDefault="000B2299" w:rsidP="00B23BF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078C447A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Dr. Saima Ahsan</w:t>
            </w:r>
          </w:p>
        </w:tc>
        <w:tc>
          <w:tcPr>
            <w:tcW w:w="1260" w:type="dxa"/>
          </w:tcPr>
          <w:p w14:paraId="2B2BA2D6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34971-P</w:t>
            </w:r>
          </w:p>
        </w:tc>
        <w:tc>
          <w:tcPr>
            <w:tcW w:w="3690" w:type="dxa"/>
          </w:tcPr>
          <w:p w14:paraId="4412AD28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H# 111/1-B, G-7/4, Islamabad</w:t>
            </w:r>
          </w:p>
        </w:tc>
        <w:tc>
          <w:tcPr>
            <w:tcW w:w="1890" w:type="dxa"/>
          </w:tcPr>
          <w:p w14:paraId="1B89A0F7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0345-5157477</w:t>
            </w:r>
          </w:p>
        </w:tc>
        <w:tc>
          <w:tcPr>
            <w:tcW w:w="3330" w:type="dxa"/>
          </w:tcPr>
          <w:p w14:paraId="09F0D782" w14:textId="77777777" w:rsidR="000B2299" w:rsidRPr="00257E6B" w:rsidRDefault="00B6103A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50" w:history="1">
              <w:r w:rsidR="000B2299" w:rsidRPr="00C903DF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drsaima.ahsan@gmail.com</w:t>
              </w:r>
            </w:hyperlink>
          </w:p>
        </w:tc>
      </w:tr>
      <w:tr w:rsidR="000B2299" w:rsidRPr="00257E6B" w14:paraId="0709D39D" w14:textId="77777777" w:rsidTr="00061A1D">
        <w:tc>
          <w:tcPr>
            <w:tcW w:w="990" w:type="dxa"/>
          </w:tcPr>
          <w:p w14:paraId="45744E0D" w14:textId="77777777" w:rsidR="000B2299" w:rsidRPr="00257E6B" w:rsidRDefault="000B2299" w:rsidP="00B23BF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19E31886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Dr. Shehla Chaudhary</w:t>
            </w:r>
          </w:p>
        </w:tc>
        <w:tc>
          <w:tcPr>
            <w:tcW w:w="1260" w:type="dxa"/>
          </w:tcPr>
          <w:p w14:paraId="38309151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41886-P</w:t>
            </w:r>
          </w:p>
        </w:tc>
        <w:tc>
          <w:tcPr>
            <w:tcW w:w="3690" w:type="dxa"/>
          </w:tcPr>
          <w:p w14:paraId="3A439297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House No 1024, Road D, Phase v, Bahria Town, Rawalpindi</w:t>
            </w:r>
          </w:p>
        </w:tc>
        <w:tc>
          <w:tcPr>
            <w:tcW w:w="1890" w:type="dxa"/>
          </w:tcPr>
          <w:p w14:paraId="4D5B6D3E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0300-5101806</w:t>
            </w:r>
          </w:p>
        </w:tc>
        <w:tc>
          <w:tcPr>
            <w:tcW w:w="3330" w:type="dxa"/>
          </w:tcPr>
          <w:p w14:paraId="477ABAD1" w14:textId="77777777" w:rsidR="000B2299" w:rsidRPr="00257E6B" w:rsidRDefault="00B6103A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51" w:history="1">
              <w:r w:rsidR="000B2299" w:rsidRPr="00257E6B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shehla126@yahoo.com</w:t>
              </w:r>
            </w:hyperlink>
          </w:p>
          <w:p w14:paraId="4A5DAEDB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1009DAED" w14:textId="77777777" w:rsidTr="00061A1D">
        <w:tc>
          <w:tcPr>
            <w:tcW w:w="990" w:type="dxa"/>
          </w:tcPr>
          <w:p w14:paraId="1F07EF86" w14:textId="77777777" w:rsidR="000B2299" w:rsidRPr="00257E6B" w:rsidRDefault="000B2299" w:rsidP="00B23BF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0E7CB815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Dr. Sami Akbar</w:t>
            </w:r>
          </w:p>
        </w:tc>
        <w:tc>
          <w:tcPr>
            <w:tcW w:w="1260" w:type="dxa"/>
          </w:tcPr>
          <w:p w14:paraId="61AEAD48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053A9114" w14:textId="77777777" w:rsidR="000B2299" w:rsidRPr="00257E6B" w:rsidRDefault="000B2299" w:rsidP="00B23BFE">
            <w:pPr>
              <w:tabs>
                <w:tab w:val="left" w:pos="810"/>
              </w:tabs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E 24, St. 3, Officers Colony, WAH CANTT</w:t>
            </w:r>
          </w:p>
        </w:tc>
        <w:tc>
          <w:tcPr>
            <w:tcW w:w="1890" w:type="dxa"/>
          </w:tcPr>
          <w:p w14:paraId="32DC71A6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0300-5525345</w:t>
            </w:r>
          </w:p>
        </w:tc>
        <w:tc>
          <w:tcPr>
            <w:tcW w:w="3330" w:type="dxa"/>
          </w:tcPr>
          <w:p w14:paraId="4E00CEC9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2BA8023C" w14:textId="77777777" w:rsidTr="00061A1D">
        <w:tc>
          <w:tcPr>
            <w:tcW w:w="990" w:type="dxa"/>
          </w:tcPr>
          <w:p w14:paraId="65206AC5" w14:textId="77777777" w:rsidR="000B2299" w:rsidRPr="00257E6B" w:rsidRDefault="000B2299" w:rsidP="00B23BF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27ACFC02" w14:textId="77777777" w:rsidR="000B2299" w:rsidRPr="00257E6B" w:rsidRDefault="003F6652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Prof. </w:t>
            </w:r>
            <w:r w:rsidR="000B2299" w:rsidRPr="00A60F95">
              <w:rPr>
                <w:rFonts w:asciiTheme="majorBidi" w:eastAsia="Times New Roman" w:hAnsiTheme="majorBidi" w:cstheme="majorBidi"/>
                <w:sz w:val="24"/>
                <w:szCs w:val="24"/>
              </w:rPr>
              <w:t>Sayeda Shireen Gul</w:t>
            </w:r>
          </w:p>
        </w:tc>
        <w:tc>
          <w:tcPr>
            <w:tcW w:w="1260" w:type="dxa"/>
          </w:tcPr>
          <w:p w14:paraId="324C968B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2811- N</w:t>
            </w:r>
          </w:p>
        </w:tc>
        <w:tc>
          <w:tcPr>
            <w:tcW w:w="3690" w:type="dxa"/>
          </w:tcPr>
          <w:p w14:paraId="3F3826B7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H Number 273-A Street /3 F 10/3, </w:t>
            </w: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Islamabad</w:t>
            </w:r>
          </w:p>
        </w:tc>
        <w:tc>
          <w:tcPr>
            <w:tcW w:w="1890" w:type="dxa"/>
          </w:tcPr>
          <w:p w14:paraId="68321A9D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0300-2263969</w:t>
            </w:r>
          </w:p>
        </w:tc>
        <w:tc>
          <w:tcPr>
            <w:tcW w:w="3330" w:type="dxa"/>
          </w:tcPr>
          <w:p w14:paraId="6533D498" w14:textId="77777777" w:rsidR="000B2299" w:rsidRPr="00A60F95" w:rsidRDefault="00B6103A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52" w:history="1">
              <w:r w:rsidR="003F6652" w:rsidRPr="004D516F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syedashireengul@gmail.com</w:t>
              </w:r>
            </w:hyperlink>
            <w:r w:rsidR="003F6652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</w:p>
          <w:p w14:paraId="106FCA13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314CFB30" w14:textId="77777777" w:rsidTr="00061A1D">
        <w:tc>
          <w:tcPr>
            <w:tcW w:w="990" w:type="dxa"/>
          </w:tcPr>
          <w:p w14:paraId="676A8EA3" w14:textId="77777777" w:rsidR="000B2299" w:rsidRPr="00257E6B" w:rsidRDefault="000B2299" w:rsidP="00B23BF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7DEEF10E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Dr. Saadia Raiz</w:t>
            </w:r>
          </w:p>
        </w:tc>
        <w:tc>
          <w:tcPr>
            <w:tcW w:w="1260" w:type="dxa"/>
          </w:tcPr>
          <w:p w14:paraId="52A2B13A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4675E3BF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Khalil Home, Haider Street new lalazar, Rawalpindi</w:t>
            </w:r>
          </w:p>
        </w:tc>
        <w:tc>
          <w:tcPr>
            <w:tcW w:w="1890" w:type="dxa"/>
          </w:tcPr>
          <w:p w14:paraId="33AF02E2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0333-5130661</w:t>
            </w:r>
          </w:p>
        </w:tc>
        <w:tc>
          <w:tcPr>
            <w:tcW w:w="3330" w:type="dxa"/>
          </w:tcPr>
          <w:p w14:paraId="5C0E728A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73542C69" w14:textId="77777777" w:rsidTr="00061A1D">
        <w:tc>
          <w:tcPr>
            <w:tcW w:w="990" w:type="dxa"/>
          </w:tcPr>
          <w:p w14:paraId="56CC7327" w14:textId="77777777" w:rsidR="000B2299" w:rsidRPr="00257E6B" w:rsidRDefault="000B2299" w:rsidP="00B23BF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7C6A91BB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Prof. Sohail Ashraf</w:t>
            </w:r>
          </w:p>
        </w:tc>
        <w:tc>
          <w:tcPr>
            <w:tcW w:w="1260" w:type="dxa"/>
          </w:tcPr>
          <w:p w14:paraId="1F65A8B9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33070-S</w:t>
            </w:r>
          </w:p>
        </w:tc>
        <w:tc>
          <w:tcPr>
            <w:tcW w:w="3690" w:type="dxa"/>
          </w:tcPr>
          <w:p w14:paraId="1A06895E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House number 6, service road East, block c, Multi garden B 17, Islamabad</w:t>
            </w:r>
          </w:p>
        </w:tc>
        <w:tc>
          <w:tcPr>
            <w:tcW w:w="1890" w:type="dxa"/>
          </w:tcPr>
          <w:p w14:paraId="07D08B8E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0333-2180883</w:t>
            </w:r>
          </w:p>
        </w:tc>
        <w:tc>
          <w:tcPr>
            <w:tcW w:w="3330" w:type="dxa"/>
          </w:tcPr>
          <w:p w14:paraId="66868719" w14:textId="77777777" w:rsidR="000B2299" w:rsidRPr="00257E6B" w:rsidRDefault="00B6103A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53" w:history="1">
              <w:r w:rsidR="000B2299" w:rsidRPr="00257E6B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sohailaa2000@gmail.com</w:t>
              </w:r>
            </w:hyperlink>
          </w:p>
          <w:p w14:paraId="51F9B2FB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7459740F" w14:textId="77777777" w:rsidTr="00061A1D">
        <w:tc>
          <w:tcPr>
            <w:tcW w:w="990" w:type="dxa"/>
          </w:tcPr>
          <w:p w14:paraId="5C9ECDAE" w14:textId="77777777" w:rsidR="000B2299" w:rsidRPr="00257E6B" w:rsidRDefault="000B2299" w:rsidP="00B23BF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534586DE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Dr Shaukat Hussain </w:t>
            </w:r>
          </w:p>
        </w:tc>
        <w:tc>
          <w:tcPr>
            <w:tcW w:w="1260" w:type="dxa"/>
          </w:tcPr>
          <w:p w14:paraId="2D53D9C0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04D57232" w14:textId="77777777" w:rsidR="000B2299" w:rsidRPr="00257E6B" w:rsidRDefault="000B2299" w:rsidP="00B23BFE">
            <w:pPr>
              <w:tabs>
                <w:tab w:val="left" w:pos="810"/>
                <w:tab w:val="left" w:pos="1080"/>
              </w:tabs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House no. 2, st no 8, Azeez Town Bani gala</w:t>
            </w:r>
          </w:p>
        </w:tc>
        <w:tc>
          <w:tcPr>
            <w:tcW w:w="1890" w:type="dxa"/>
          </w:tcPr>
          <w:p w14:paraId="0B8A9AAB" w14:textId="77777777" w:rsidR="000B2299" w:rsidRPr="00257E6B" w:rsidRDefault="000B2299" w:rsidP="00B23BF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03328510366</w:t>
            </w:r>
          </w:p>
        </w:tc>
        <w:tc>
          <w:tcPr>
            <w:tcW w:w="3330" w:type="dxa"/>
          </w:tcPr>
          <w:p w14:paraId="5F5C55EE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027E947C" w14:textId="77777777" w:rsidTr="00061A1D">
        <w:tc>
          <w:tcPr>
            <w:tcW w:w="990" w:type="dxa"/>
          </w:tcPr>
          <w:p w14:paraId="26C6532B" w14:textId="77777777" w:rsidR="000B2299" w:rsidRPr="00257E6B" w:rsidRDefault="000B2299" w:rsidP="00B23BF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21716BDE" w14:textId="77777777" w:rsidR="000B2299" w:rsidRPr="00257E6B" w:rsidRDefault="000B2299" w:rsidP="00B23BF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Dr Shehrzad Farooq</w:t>
            </w:r>
          </w:p>
        </w:tc>
        <w:tc>
          <w:tcPr>
            <w:tcW w:w="1260" w:type="dxa"/>
          </w:tcPr>
          <w:p w14:paraId="1743F5EC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253E2325" w14:textId="77777777" w:rsidR="000B2299" w:rsidRPr="00257E6B" w:rsidRDefault="000B2299" w:rsidP="00B23BFE">
            <w:pPr>
              <w:tabs>
                <w:tab w:val="left" w:pos="810"/>
                <w:tab w:val="left" w:pos="1080"/>
              </w:tabs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890" w:type="dxa"/>
          </w:tcPr>
          <w:p w14:paraId="5BD7160F" w14:textId="77777777" w:rsidR="000B2299" w:rsidRPr="00257E6B" w:rsidRDefault="000B2299" w:rsidP="00B23BF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03009748780</w:t>
            </w:r>
          </w:p>
        </w:tc>
        <w:tc>
          <w:tcPr>
            <w:tcW w:w="3330" w:type="dxa"/>
          </w:tcPr>
          <w:p w14:paraId="6576328F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24B44BE0" w14:textId="77777777" w:rsidTr="00061A1D">
        <w:tc>
          <w:tcPr>
            <w:tcW w:w="990" w:type="dxa"/>
          </w:tcPr>
          <w:p w14:paraId="4D13082D" w14:textId="77777777" w:rsidR="000B2299" w:rsidRPr="00257E6B" w:rsidRDefault="000B2299" w:rsidP="00B23BF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6E2D89DA" w14:textId="77777777" w:rsidR="000B2299" w:rsidRPr="00257E6B" w:rsidRDefault="000B2299" w:rsidP="00B23BF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Dr Sonia Fazal</w:t>
            </w:r>
          </w:p>
        </w:tc>
        <w:tc>
          <w:tcPr>
            <w:tcW w:w="1260" w:type="dxa"/>
          </w:tcPr>
          <w:p w14:paraId="640E696D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17EF76E8" w14:textId="77777777" w:rsidR="000B2299" w:rsidRPr="00257E6B" w:rsidRDefault="000B2299" w:rsidP="00B23BFE">
            <w:pPr>
              <w:tabs>
                <w:tab w:val="left" w:pos="810"/>
                <w:tab w:val="left" w:pos="1080"/>
              </w:tabs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62A28">
              <w:rPr>
                <w:rFonts w:asciiTheme="majorBidi" w:eastAsia="Times New Roman" w:hAnsiTheme="majorBidi" w:cstheme="majorBidi"/>
                <w:sz w:val="24"/>
                <w:szCs w:val="24"/>
              </w:rPr>
              <w:t>House 1267,B block , Satellite town Rawalpindi</w:t>
            </w:r>
          </w:p>
        </w:tc>
        <w:tc>
          <w:tcPr>
            <w:tcW w:w="1890" w:type="dxa"/>
          </w:tcPr>
          <w:p w14:paraId="58B162DE" w14:textId="77777777" w:rsidR="000B2299" w:rsidRPr="00062A28" w:rsidRDefault="000B2299" w:rsidP="00B23BF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62A28">
              <w:rPr>
                <w:rFonts w:asciiTheme="majorBidi" w:eastAsia="Times New Roman" w:hAnsiTheme="majorBidi" w:cstheme="majorBidi"/>
                <w:sz w:val="24"/>
                <w:szCs w:val="24"/>
              </w:rPr>
              <w:t>.</w:t>
            </w:r>
          </w:p>
          <w:p w14:paraId="282ACE85" w14:textId="77777777" w:rsidR="000B2299" w:rsidRPr="00257E6B" w:rsidRDefault="000B2299" w:rsidP="00B23BF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62A28">
              <w:rPr>
                <w:rFonts w:asciiTheme="majorBidi" w:eastAsia="Times New Roman" w:hAnsiTheme="majorBidi" w:cstheme="majorBidi"/>
                <w:sz w:val="24"/>
                <w:szCs w:val="24"/>
              </w:rPr>
              <w:t>03185004749</w:t>
            </w:r>
          </w:p>
        </w:tc>
        <w:tc>
          <w:tcPr>
            <w:tcW w:w="3330" w:type="dxa"/>
          </w:tcPr>
          <w:p w14:paraId="0D417F10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7710757B" w14:textId="77777777" w:rsidTr="00061A1D">
        <w:tc>
          <w:tcPr>
            <w:tcW w:w="990" w:type="dxa"/>
          </w:tcPr>
          <w:p w14:paraId="33CF99A8" w14:textId="77777777" w:rsidR="000B2299" w:rsidRPr="00257E6B" w:rsidRDefault="000B2299" w:rsidP="00B23BF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3E468E3C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Dr. Tariq Mehmood Raja</w:t>
            </w:r>
          </w:p>
        </w:tc>
        <w:tc>
          <w:tcPr>
            <w:tcW w:w="1260" w:type="dxa"/>
          </w:tcPr>
          <w:p w14:paraId="33CB6339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12058-p</w:t>
            </w:r>
          </w:p>
        </w:tc>
        <w:tc>
          <w:tcPr>
            <w:tcW w:w="3690" w:type="dxa"/>
          </w:tcPr>
          <w:p w14:paraId="1CAA49DE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Park view colony st.no.2 house no.6273/B-1 near Morgah mor Rawalpindi</w:t>
            </w:r>
          </w:p>
        </w:tc>
        <w:tc>
          <w:tcPr>
            <w:tcW w:w="1890" w:type="dxa"/>
          </w:tcPr>
          <w:p w14:paraId="4BE07A0D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0322-5257340</w:t>
            </w:r>
          </w:p>
        </w:tc>
        <w:tc>
          <w:tcPr>
            <w:tcW w:w="3330" w:type="dxa"/>
          </w:tcPr>
          <w:p w14:paraId="7DB72B99" w14:textId="77777777" w:rsidR="000B2299" w:rsidRPr="00257E6B" w:rsidRDefault="00B6103A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54" w:history="1">
              <w:r w:rsidR="000B2299" w:rsidRPr="00C903DF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mahmoodrajatariq@gmail.com</w:t>
              </w:r>
            </w:hyperlink>
          </w:p>
        </w:tc>
      </w:tr>
      <w:tr w:rsidR="000B2299" w:rsidRPr="00257E6B" w14:paraId="6798F0B7" w14:textId="77777777" w:rsidTr="00061A1D">
        <w:tc>
          <w:tcPr>
            <w:tcW w:w="990" w:type="dxa"/>
          </w:tcPr>
          <w:p w14:paraId="4D77D4E9" w14:textId="77777777" w:rsidR="000B2299" w:rsidRPr="00257E6B" w:rsidRDefault="000B2299" w:rsidP="00B23BF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092FD7C6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Dr. Tanveer Ahmed Chaudhary</w:t>
            </w:r>
          </w:p>
        </w:tc>
        <w:tc>
          <w:tcPr>
            <w:tcW w:w="1260" w:type="dxa"/>
          </w:tcPr>
          <w:p w14:paraId="0B757457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33FCE3EE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 xml:space="preserve">H. No 294, St.5, G-10/1, </w:t>
            </w:r>
            <w:r w:rsidRPr="00257E6B">
              <w:rPr>
                <w:rFonts w:asciiTheme="majorBidi" w:hAnsiTheme="majorBidi" w:cstheme="majorBidi"/>
                <w:sz w:val="24"/>
                <w:szCs w:val="24"/>
              </w:rPr>
              <w:br/>
              <w:t xml:space="preserve">   Islamabad</w:t>
            </w:r>
          </w:p>
        </w:tc>
        <w:tc>
          <w:tcPr>
            <w:tcW w:w="1890" w:type="dxa"/>
          </w:tcPr>
          <w:p w14:paraId="07C0EF64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0333-5532478</w:t>
            </w:r>
          </w:p>
        </w:tc>
        <w:tc>
          <w:tcPr>
            <w:tcW w:w="3330" w:type="dxa"/>
          </w:tcPr>
          <w:p w14:paraId="0FAC7F36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3219C1AF" w14:textId="77777777" w:rsidTr="00061A1D">
        <w:tc>
          <w:tcPr>
            <w:tcW w:w="990" w:type="dxa"/>
          </w:tcPr>
          <w:p w14:paraId="71577BDD" w14:textId="77777777" w:rsidR="000B2299" w:rsidRPr="00257E6B" w:rsidRDefault="000B2299" w:rsidP="00B23BF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4437AFE4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Dr. Tahira Khalid</w:t>
            </w:r>
          </w:p>
        </w:tc>
        <w:tc>
          <w:tcPr>
            <w:tcW w:w="1260" w:type="dxa"/>
          </w:tcPr>
          <w:p w14:paraId="2763992B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80691-P</w:t>
            </w:r>
          </w:p>
        </w:tc>
        <w:tc>
          <w:tcPr>
            <w:tcW w:w="3690" w:type="dxa"/>
          </w:tcPr>
          <w:p w14:paraId="32F7CA35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473-B, St. 10, F-10/2, Islamabad</w:t>
            </w:r>
          </w:p>
        </w:tc>
        <w:tc>
          <w:tcPr>
            <w:tcW w:w="1890" w:type="dxa"/>
          </w:tcPr>
          <w:p w14:paraId="671526F2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0300-5117593</w:t>
            </w:r>
          </w:p>
        </w:tc>
        <w:tc>
          <w:tcPr>
            <w:tcW w:w="3330" w:type="dxa"/>
          </w:tcPr>
          <w:p w14:paraId="31840DFF" w14:textId="77777777" w:rsidR="000B2299" w:rsidRPr="00257E6B" w:rsidRDefault="00B6103A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55" w:history="1">
              <w:r w:rsidR="000B2299" w:rsidRPr="00C903DF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tahirakhanumji@gmail.com</w:t>
              </w:r>
            </w:hyperlink>
          </w:p>
        </w:tc>
      </w:tr>
      <w:tr w:rsidR="000B2299" w:rsidRPr="00257E6B" w14:paraId="33DC1A69" w14:textId="77777777" w:rsidTr="00061A1D">
        <w:tc>
          <w:tcPr>
            <w:tcW w:w="990" w:type="dxa"/>
          </w:tcPr>
          <w:p w14:paraId="21282C72" w14:textId="77777777" w:rsidR="000B2299" w:rsidRPr="00257E6B" w:rsidRDefault="000B2299" w:rsidP="00B23BF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1D3DCB09" w14:textId="77777777" w:rsidR="000B2299" w:rsidRPr="00257E6B" w:rsidRDefault="000B2299" w:rsidP="00B23BFE">
            <w:pPr>
              <w:tabs>
                <w:tab w:val="left" w:pos="810"/>
                <w:tab w:val="left" w:pos="900"/>
              </w:tabs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Dr Tanzeela Farah</w:t>
            </w:r>
          </w:p>
        </w:tc>
        <w:tc>
          <w:tcPr>
            <w:tcW w:w="1260" w:type="dxa"/>
          </w:tcPr>
          <w:p w14:paraId="66A2E5E5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125A62ED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90" w:type="dxa"/>
          </w:tcPr>
          <w:p w14:paraId="3091E4AE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03318150750</w:t>
            </w:r>
          </w:p>
        </w:tc>
        <w:tc>
          <w:tcPr>
            <w:tcW w:w="3330" w:type="dxa"/>
          </w:tcPr>
          <w:p w14:paraId="67FEC518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42D43183" w14:textId="77777777" w:rsidTr="00061A1D">
        <w:tc>
          <w:tcPr>
            <w:tcW w:w="990" w:type="dxa"/>
          </w:tcPr>
          <w:p w14:paraId="1DEE0F2E" w14:textId="77777777" w:rsidR="000B2299" w:rsidRPr="00257E6B" w:rsidRDefault="000B2299" w:rsidP="00B23BF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50C913CD" w14:textId="77777777" w:rsidR="000B2299" w:rsidRPr="00257E6B" w:rsidRDefault="000B2299" w:rsidP="00B23BFE">
            <w:pPr>
              <w:tabs>
                <w:tab w:val="left" w:pos="810"/>
                <w:tab w:val="left" w:pos="990"/>
              </w:tabs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Dr Tasleem Bano</w:t>
            </w:r>
          </w:p>
        </w:tc>
        <w:tc>
          <w:tcPr>
            <w:tcW w:w="1260" w:type="dxa"/>
          </w:tcPr>
          <w:p w14:paraId="4D09933D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33268 - P</w:t>
            </w:r>
          </w:p>
        </w:tc>
        <w:tc>
          <w:tcPr>
            <w:tcW w:w="3690" w:type="dxa"/>
          </w:tcPr>
          <w:p w14:paraId="036256FE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H No 204-B Sector 4/B Khayaban-e-Sir Syed Rawalpindi</w:t>
            </w:r>
          </w:p>
        </w:tc>
        <w:tc>
          <w:tcPr>
            <w:tcW w:w="1890" w:type="dxa"/>
          </w:tcPr>
          <w:p w14:paraId="6EAFFADA" w14:textId="77777777" w:rsidR="000B2299" w:rsidRPr="00257E6B" w:rsidRDefault="000B2299" w:rsidP="00B23BF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0321-5890615</w:t>
            </w:r>
          </w:p>
        </w:tc>
        <w:tc>
          <w:tcPr>
            <w:tcW w:w="3330" w:type="dxa"/>
          </w:tcPr>
          <w:p w14:paraId="70378051" w14:textId="77777777" w:rsidR="000B2299" w:rsidRPr="00257E6B" w:rsidRDefault="00B6103A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56" w:history="1">
              <w:r w:rsidR="000B2299" w:rsidRPr="00C903DF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banobaig3@gmail.com</w:t>
              </w:r>
            </w:hyperlink>
          </w:p>
          <w:p w14:paraId="1C429ED6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03D87E49" w14:textId="77777777" w:rsidTr="00061A1D">
        <w:tc>
          <w:tcPr>
            <w:tcW w:w="990" w:type="dxa"/>
          </w:tcPr>
          <w:p w14:paraId="617C4A27" w14:textId="77777777" w:rsidR="000B2299" w:rsidRPr="00257E6B" w:rsidRDefault="000B2299" w:rsidP="00B23BF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783592A8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Dr. Taskeen Humayaun</w:t>
            </w:r>
          </w:p>
        </w:tc>
        <w:tc>
          <w:tcPr>
            <w:tcW w:w="1260" w:type="dxa"/>
          </w:tcPr>
          <w:p w14:paraId="3A4824BA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7CB5CA69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168 D, Adamjee Road, Rawalpindi CANTT.</w:t>
            </w:r>
          </w:p>
        </w:tc>
        <w:tc>
          <w:tcPr>
            <w:tcW w:w="1890" w:type="dxa"/>
          </w:tcPr>
          <w:p w14:paraId="65230BFD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30" w:type="dxa"/>
          </w:tcPr>
          <w:p w14:paraId="0C8FCDD8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2B3B1941" w14:textId="77777777" w:rsidTr="00061A1D">
        <w:tc>
          <w:tcPr>
            <w:tcW w:w="990" w:type="dxa"/>
          </w:tcPr>
          <w:p w14:paraId="23716D72" w14:textId="77777777" w:rsidR="000B2299" w:rsidRPr="00257E6B" w:rsidRDefault="000B2299" w:rsidP="00B23BF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5180675C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Dr. Uzma Abid</w:t>
            </w:r>
          </w:p>
        </w:tc>
        <w:tc>
          <w:tcPr>
            <w:tcW w:w="1260" w:type="dxa"/>
          </w:tcPr>
          <w:p w14:paraId="460A100F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42548-P</w:t>
            </w:r>
          </w:p>
        </w:tc>
        <w:tc>
          <w:tcPr>
            <w:tcW w:w="3690" w:type="dxa"/>
          </w:tcPr>
          <w:p w14:paraId="0B16EEE9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House no. 268 R.A.Bazar Rawalpindi cantt.</w:t>
            </w:r>
          </w:p>
        </w:tc>
        <w:tc>
          <w:tcPr>
            <w:tcW w:w="1890" w:type="dxa"/>
          </w:tcPr>
          <w:p w14:paraId="09D823DC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0337-0788875</w:t>
            </w:r>
          </w:p>
        </w:tc>
        <w:tc>
          <w:tcPr>
            <w:tcW w:w="3330" w:type="dxa"/>
          </w:tcPr>
          <w:p w14:paraId="43E45FC6" w14:textId="77777777" w:rsidR="000B2299" w:rsidRPr="00257E6B" w:rsidRDefault="00B6103A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57" w:history="1">
              <w:r w:rsidR="000B2299" w:rsidRPr="00257E6B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mailto:druzma.2013@gmail.com</w:t>
              </w:r>
            </w:hyperlink>
          </w:p>
        </w:tc>
      </w:tr>
      <w:tr w:rsidR="000B2299" w:rsidRPr="00257E6B" w14:paraId="44E6DBB6" w14:textId="77777777" w:rsidTr="00061A1D">
        <w:tc>
          <w:tcPr>
            <w:tcW w:w="990" w:type="dxa"/>
          </w:tcPr>
          <w:p w14:paraId="1544A2CA" w14:textId="77777777" w:rsidR="000B2299" w:rsidRPr="00257E6B" w:rsidRDefault="000B2299" w:rsidP="00B23BF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0525E080" w14:textId="57B3D518" w:rsidR="000B2299" w:rsidRPr="00257E6B" w:rsidRDefault="00E62AE6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Dr. Urooj Akram</w:t>
            </w:r>
          </w:p>
        </w:tc>
        <w:tc>
          <w:tcPr>
            <w:tcW w:w="1260" w:type="dxa"/>
          </w:tcPr>
          <w:p w14:paraId="19223C0F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1169</w:t>
            </w:r>
          </w:p>
        </w:tc>
        <w:tc>
          <w:tcPr>
            <w:tcW w:w="3690" w:type="dxa"/>
          </w:tcPr>
          <w:p w14:paraId="5166CFB5" w14:textId="77777777" w:rsidR="000B2299" w:rsidRPr="00257E6B" w:rsidRDefault="000B2299" w:rsidP="00B23BFE">
            <w:pPr>
              <w:tabs>
                <w:tab w:val="left" w:pos="810"/>
              </w:tabs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house no 84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Street 81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E 11/2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, </w:t>
            </w: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Islamabad</w:t>
            </w:r>
          </w:p>
        </w:tc>
        <w:tc>
          <w:tcPr>
            <w:tcW w:w="1890" w:type="dxa"/>
          </w:tcPr>
          <w:p w14:paraId="703B3ECC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0333-5336828</w:t>
            </w:r>
          </w:p>
        </w:tc>
        <w:tc>
          <w:tcPr>
            <w:tcW w:w="3330" w:type="dxa"/>
          </w:tcPr>
          <w:p w14:paraId="2BE51577" w14:textId="77777777" w:rsidR="000B2299" w:rsidRPr="00257E6B" w:rsidRDefault="00B6103A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58" w:history="1">
              <w:r w:rsidR="000B2299" w:rsidRPr="00C903DF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urooj.ak@gmail.com</w:t>
              </w:r>
            </w:hyperlink>
          </w:p>
          <w:p w14:paraId="0E754BBA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009A1F6C" w14:textId="77777777" w:rsidTr="00061A1D">
        <w:tc>
          <w:tcPr>
            <w:tcW w:w="990" w:type="dxa"/>
          </w:tcPr>
          <w:p w14:paraId="6787B759" w14:textId="77777777" w:rsidR="000B2299" w:rsidRPr="00257E6B" w:rsidRDefault="000B2299" w:rsidP="00B23BF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5C91B031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Dr. Vaqas Anwar</w:t>
            </w:r>
          </w:p>
        </w:tc>
        <w:tc>
          <w:tcPr>
            <w:tcW w:w="1260" w:type="dxa"/>
          </w:tcPr>
          <w:p w14:paraId="5C211FFD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7DD52517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90" w:type="dxa"/>
          </w:tcPr>
          <w:p w14:paraId="74FCF10B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30" w:type="dxa"/>
          </w:tcPr>
          <w:p w14:paraId="26B81F6B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08A809E2" w14:textId="77777777" w:rsidTr="00061A1D">
        <w:tc>
          <w:tcPr>
            <w:tcW w:w="990" w:type="dxa"/>
          </w:tcPr>
          <w:p w14:paraId="33B413A7" w14:textId="77777777" w:rsidR="000B2299" w:rsidRPr="00257E6B" w:rsidRDefault="000B2299" w:rsidP="00B23BF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1E62C7F6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Dr. Yawar Najam</w:t>
            </w:r>
          </w:p>
        </w:tc>
        <w:tc>
          <w:tcPr>
            <w:tcW w:w="1260" w:type="dxa"/>
          </w:tcPr>
          <w:p w14:paraId="4E9DE2A0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1A0BE370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H. # 23, St 27, F-6/2, Islamabad</w:t>
            </w:r>
          </w:p>
        </w:tc>
        <w:tc>
          <w:tcPr>
            <w:tcW w:w="1890" w:type="dxa"/>
          </w:tcPr>
          <w:p w14:paraId="5521109C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0300-5582897</w:t>
            </w:r>
          </w:p>
        </w:tc>
        <w:tc>
          <w:tcPr>
            <w:tcW w:w="3330" w:type="dxa"/>
          </w:tcPr>
          <w:p w14:paraId="7087111A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01C6B789" w14:textId="77777777" w:rsidTr="00061A1D">
        <w:tc>
          <w:tcPr>
            <w:tcW w:w="990" w:type="dxa"/>
          </w:tcPr>
          <w:p w14:paraId="318FEB42" w14:textId="77777777" w:rsidR="000B2299" w:rsidRPr="00257E6B" w:rsidRDefault="000B2299" w:rsidP="00B23BF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794119BE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Dr Warda Saleem</w:t>
            </w:r>
          </w:p>
        </w:tc>
        <w:tc>
          <w:tcPr>
            <w:tcW w:w="1260" w:type="dxa"/>
          </w:tcPr>
          <w:p w14:paraId="518574E6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07E28488" w14:textId="77777777" w:rsidR="000B2299" w:rsidRPr="00257E6B" w:rsidRDefault="000B2299" w:rsidP="00B23BFE">
            <w:pPr>
              <w:tabs>
                <w:tab w:val="left" w:pos="810"/>
                <w:tab w:val="left" w:pos="1080"/>
              </w:tabs>
              <w:spacing w:after="200"/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House No. 65, Street No. 3, Askari 5 near Chaklala Scheme III, Rawalpindi</w:t>
            </w:r>
          </w:p>
        </w:tc>
        <w:tc>
          <w:tcPr>
            <w:tcW w:w="1890" w:type="dxa"/>
          </w:tcPr>
          <w:p w14:paraId="18031B3E" w14:textId="77777777" w:rsidR="000B2299" w:rsidRPr="00257E6B" w:rsidRDefault="000B2299" w:rsidP="00B23BF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03035036526</w:t>
            </w:r>
          </w:p>
        </w:tc>
        <w:tc>
          <w:tcPr>
            <w:tcW w:w="3330" w:type="dxa"/>
          </w:tcPr>
          <w:p w14:paraId="4A38D817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5652D1DC" w14:textId="77777777" w:rsidTr="00061A1D">
        <w:tc>
          <w:tcPr>
            <w:tcW w:w="990" w:type="dxa"/>
          </w:tcPr>
          <w:p w14:paraId="3F7BB9B1" w14:textId="77777777" w:rsidR="000B2299" w:rsidRPr="00257E6B" w:rsidRDefault="000B2299" w:rsidP="00B23BF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088F9A9E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Prof. Zeeshan Ghani</w:t>
            </w:r>
          </w:p>
        </w:tc>
        <w:tc>
          <w:tcPr>
            <w:tcW w:w="1260" w:type="dxa"/>
          </w:tcPr>
          <w:p w14:paraId="082B4551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37425-P</w:t>
            </w:r>
          </w:p>
        </w:tc>
        <w:tc>
          <w:tcPr>
            <w:tcW w:w="3690" w:type="dxa"/>
          </w:tcPr>
          <w:p w14:paraId="7F0EE474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Al Nafees Medical College ISRA University, Lethrar Road Frash Town Islamabad. </w:t>
            </w:r>
          </w:p>
        </w:tc>
        <w:tc>
          <w:tcPr>
            <w:tcW w:w="1890" w:type="dxa"/>
          </w:tcPr>
          <w:p w14:paraId="795F2089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0321-5202765</w:t>
            </w:r>
          </w:p>
        </w:tc>
        <w:tc>
          <w:tcPr>
            <w:tcW w:w="3330" w:type="dxa"/>
          </w:tcPr>
          <w:p w14:paraId="51702546" w14:textId="77777777" w:rsidR="000B2299" w:rsidRPr="00257E6B" w:rsidRDefault="00B6103A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59" w:history="1">
              <w:r w:rsidR="000B2299" w:rsidRPr="00C903DF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dr.zeeshanghani@hotmail.com</w:t>
              </w:r>
            </w:hyperlink>
          </w:p>
        </w:tc>
      </w:tr>
      <w:tr w:rsidR="000B2299" w:rsidRPr="00257E6B" w14:paraId="31DE5C39" w14:textId="77777777" w:rsidTr="00061A1D">
        <w:tc>
          <w:tcPr>
            <w:tcW w:w="990" w:type="dxa"/>
          </w:tcPr>
          <w:p w14:paraId="4249C02F" w14:textId="77777777" w:rsidR="000B2299" w:rsidRPr="00257E6B" w:rsidRDefault="000B2299" w:rsidP="00B23BF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225EAE0E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Dr. Zeeshan Ahmed</w:t>
            </w:r>
          </w:p>
        </w:tc>
        <w:tc>
          <w:tcPr>
            <w:tcW w:w="1260" w:type="dxa"/>
          </w:tcPr>
          <w:p w14:paraId="254826E7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5C094143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890" w:type="dxa"/>
          </w:tcPr>
          <w:p w14:paraId="6A197CE8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30" w:type="dxa"/>
          </w:tcPr>
          <w:p w14:paraId="6ED9BAC0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1A54ADEB" w14:textId="77777777" w:rsidTr="00061A1D">
        <w:tc>
          <w:tcPr>
            <w:tcW w:w="990" w:type="dxa"/>
          </w:tcPr>
          <w:p w14:paraId="3A84D5F1" w14:textId="77777777" w:rsidR="000B2299" w:rsidRPr="00257E6B" w:rsidRDefault="000B2299" w:rsidP="00B23BF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15105339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Dr. Nadia Waheeed</w:t>
            </w:r>
          </w:p>
        </w:tc>
        <w:tc>
          <w:tcPr>
            <w:tcW w:w="1260" w:type="dxa"/>
          </w:tcPr>
          <w:p w14:paraId="2E556EED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13641-N</w:t>
            </w:r>
          </w:p>
        </w:tc>
        <w:tc>
          <w:tcPr>
            <w:tcW w:w="3690" w:type="dxa"/>
          </w:tcPr>
          <w:p w14:paraId="1E8D3CF0" w14:textId="77777777" w:rsidR="000B2299" w:rsidRPr="00257E6B" w:rsidRDefault="000B2299" w:rsidP="00B23BF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House #642/5, lane 4A</w:t>
            </w:r>
          </w:p>
          <w:p w14:paraId="2B677790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Main Peshawar road, Rawalpindi</w:t>
            </w:r>
          </w:p>
        </w:tc>
        <w:tc>
          <w:tcPr>
            <w:tcW w:w="1890" w:type="dxa"/>
          </w:tcPr>
          <w:p w14:paraId="3B62A7E1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0333-446116</w:t>
            </w:r>
          </w:p>
        </w:tc>
        <w:tc>
          <w:tcPr>
            <w:tcW w:w="3330" w:type="dxa"/>
          </w:tcPr>
          <w:p w14:paraId="52CF310A" w14:textId="77777777" w:rsidR="000B2299" w:rsidRPr="00257E6B" w:rsidRDefault="00B6103A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60" w:history="1">
              <w:r w:rsidR="000B2299" w:rsidRPr="00257E6B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drnadiasalman@gmail.com</w:t>
              </w:r>
            </w:hyperlink>
          </w:p>
          <w:p w14:paraId="71991F5A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0F7E8809" w14:textId="77777777" w:rsidTr="00061A1D">
        <w:tc>
          <w:tcPr>
            <w:tcW w:w="990" w:type="dxa"/>
          </w:tcPr>
          <w:p w14:paraId="3DA0CB57" w14:textId="77777777" w:rsidR="000B2299" w:rsidRPr="00257E6B" w:rsidRDefault="000B2299" w:rsidP="00B23BF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5CA5A092" w14:textId="77777777" w:rsidR="000B2299" w:rsidRPr="00257E6B" w:rsidRDefault="000B2299" w:rsidP="00B23BF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Dr. Nighat Haider</w:t>
            </w:r>
          </w:p>
        </w:tc>
        <w:tc>
          <w:tcPr>
            <w:tcW w:w="1260" w:type="dxa"/>
          </w:tcPr>
          <w:p w14:paraId="590DE451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04FCEB1E" w14:textId="77777777" w:rsidR="000B2299" w:rsidRPr="00257E6B" w:rsidRDefault="000B2299" w:rsidP="00B23BF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A-2, Block D4, Yousaf Colony Westridge</w:t>
            </w:r>
          </w:p>
        </w:tc>
        <w:tc>
          <w:tcPr>
            <w:tcW w:w="1890" w:type="dxa"/>
          </w:tcPr>
          <w:p w14:paraId="75D4A2C1" w14:textId="77777777" w:rsidR="000B2299" w:rsidRPr="00257E6B" w:rsidRDefault="000B2299" w:rsidP="00B23BF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0321-2125768</w:t>
            </w:r>
          </w:p>
        </w:tc>
        <w:tc>
          <w:tcPr>
            <w:tcW w:w="3330" w:type="dxa"/>
          </w:tcPr>
          <w:p w14:paraId="7974C38A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6A232D27" w14:textId="77777777" w:rsidTr="00061A1D">
        <w:tc>
          <w:tcPr>
            <w:tcW w:w="990" w:type="dxa"/>
          </w:tcPr>
          <w:p w14:paraId="04358156" w14:textId="77777777" w:rsidR="000B2299" w:rsidRPr="00257E6B" w:rsidRDefault="000B2299" w:rsidP="00B23BF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13AF7F56" w14:textId="77777777" w:rsidR="000B2299" w:rsidRPr="00257E6B" w:rsidRDefault="000B2299" w:rsidP="00B23BF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Dr. Aqeela Ayub</w:t>
            </w:r>
          </w:p>
        </w:tc>
        <w:tc>
          <w:tcPr>
            <w:tcW w:w="1260" w:type="dxa"/>
          </w:tcPr>
          <w:p w14:paraId="4EB4B778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29678-P</w:t>
            </w:r>
          </w:p>
        </w:tc>
        <w:tc>
          <w:tcPr>
            <w:tcW w:w="3690" w:type="dxa"/>
          </w:tcPr>
          <w:p w14:paraId="05EF5D66" w14:textId="77777777" w:rsidR="000B2299" w:rsidRPr="00257E6B" w:rsidRDefault="000B2299" w:rsidP="00B23BF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House No. 39 I, Street No. 10, F-6/3 Islamabad</w:t>
            </w:r>
          </w:p>
          <w:p w14:paraId="4ADECD9F" w14:textId="77777777" w:rsidR="000B2299" w:rsidRPr="00257E6B" w:rsidRDefault="000B2299" w:rsidP="00B23BF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  <w:tc>
          <w:tcPr>
            <w:tcW w:w="1890" w:type="dxa"/>
          </w:tcPr>
          <w:p w14:paraId="6083361C" w14:textId="77777777" w:rsidR="000B2299" w:rsidRPr="00257E6B" w:rsidRDefault="000B2299" w:rsidP="00B23BF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0301-8450101</w:t>
            </w:r>
          </w:p>
        </w:tc>
        <w:tc>
          <w:tcPr>
            <w:tcW w:w="3330" w:type="dxa"/>
          </w:tcPr>
          <w:p w14:paraId="24BFB8D9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aqeela.ayub1@gmail.com</w:t>
            </w:r>
          </w:p>
        </w:tc>
      </w:tr>
      <w:tr w:rsidR="000B2299" w:rsidRPr="00257E6B" w14:paraId="11EED428" w14:textId="77777777" w:rsidTr="00061A1D">
        <w:tc>
          <w:tcPr>
            <w:tcW w:w="990" w:type="dxa"/>
          </w:tcPr>
          <w:p w14:paraId="62882694" w14:textId="77777777" w:rsidR="000B2299" w:rsidRPr="00257E6B" w:rsidRDefault="000B2299" w:rsidP="00B23BF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1C3CEDCF" w14:textId="77777777" w:rsidR="000B2299" w:rsidRPr="00257E6B" w:rsidRDefault="000B2299" w:rsidP="00B23BF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Dr.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Muhammad Sabir Khan</w:t>
            </w:r>
          </w:p>
        </w:tc>
        <w:tc>
          <w:tcPr>
            <w:tcW w:w="1260" w:type="dxa"/>
          </w:tcPr>
          <w:p w14:paraId="687BE335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1788AJK</w:t>
            </w:r>
          </w:p>
        </w:tc>
        <w:tc>
          <w:tcPr>
            <w:tcW w:w="3690" w:type="dxa"/>
          </w:tcPr>
          <w:p w14:paraId="73C84D41" w14:textId="77777777" w:rsidR="000B2299" w:rsidRPr="00257E6B" w:rsidRDefault="000B2299" w:rsidP="00B23BF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Flat No. 4, Block 22, PAEC Flat G-11/4 Islamabad</w:t>
            </w:r>
          </w:p>
        </w:tc>
        <w:tc>
          <w:tcPr>
            <w:tcW w:w="1890" w:type="dxa"/>
          </w:tcPr>
          <w:p w14:paraId="6648B11E" w14:textId="77777777" w:rsidR="000B2299" w:rsidRPr="00257E6B" w:rsidRDefault="000B2299" w:rsidP="00B23BF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0333-5335784</w:t>
            </w:r>
          </w:p>
        </w:tc>
        <w:tc>
          <w:tcPr>
            <w:tcW w:w="3330" w:type="dxa"/>
          </w:tcPr>
          <w:p w14:paraId="0DBFCB81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4002F966" w14:textId="77777777" w:rsidTr="00061A1D">
        <w:tc>
          <w:tcPr>
            <w:tcW w:w="990" w:type="dxa"/>
          </w:tcPr>
          <w:p w14:paraId="124DB02A" w14:textId="77777777" w:rsidR="000B2299" w:rsidRPr="00257E6B" w:rsidRDefault="000B2299" w:rsidP="00B23BF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496C067C" w14:textId="77777777" w:rsidR="000B2299" w:rsidRPr="00257E6B" w:rsidRDefault="000B2299" w:rsidP="00B23BF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Dr. Qurat ul Ain Riaz</w:t>
            </w:r>
          </w:p>
        </w:tc>
        <w:tc>
          <w:tcPr>
            <w:tcW w:w="1260" w:type="dxa"/>
          </w:tcPr>
          <w:p w14:paraId="5041AAF9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62869-P</w:t>
            </w:r>
          </w:p>
        </w:tc>
        <w:tc>
          <w:tcPr>
            <w:tcW w:w="3690" w:type="dxa"/>
          </w:tcPr>
          <w:p w14:paraId="0248E9D4" w14:textId="77777777" w:rsidR="000B2299" w:rsidRPr="00257E6B" w:rsidRDefault="000B2299" w:rsidP="00B23BF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House No. 6, Street No. 15, Munawar Colony Adyala Road Rawalpindi</w:t>
            </w:r>
          </w:p>
        </w:tc>
        <w:tc>
          <w:tcPr>
            <w:tcW w:w="1890" w:type="dxa"/>
          </w:tcPr>
          <w:p w14:paraId="423F158D" w14:textId="02B1325D" w:rsidR="000B2299" w:rsidRPr="00257E6B" w:rsidRDefault="00F26EE8" w:rsidP="00F26EE8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26EE8">
              <w:rPr>
                <w:rFonts w:asciiTheme="majorBidi" w:eastAsia="Times New Roman" w:hAnsiTheme="majorBidi" w:cstheme="majorBidi"/>
                <w:sz w:val="24"/>
                <w:szCs w:val="24"/>
              </w:rPr>
              <w:t>0331</w:t>
            </w:r>
            <w:r w:rsidR="00625C36">
              <w:rPr>
                <w:rFonts w:asciiTheme="majorBidi" w:eastAsia="Times New Roman" w:hAnsiTheme="majorBidi" w:cstheme="majorBidi"/>
                <w:sz w:val="24"/>
                <w:szCs w:val="24"/>
              </w:rPr>
              <w:t>-</w:t>
            </w:r>
            <w:r w:rsidRPr="00F26EE8">
              <w:rPr>
                <w:rFonts w:asciiTheme="majorBidi" w:eastAsia="Times New Roman" w:hAnsiTheme="majorBidi" w:cstheme="majorBidi"/>
                <w:sz w:val="24"/>
                <w:szCs w:val="24"/>
              </w:rPr>
              <w:t>8128563</w:t>
            </w:r>
          </w:p>
        </w:tc>
        <w:tc>
          <w:tcPr>
            <w:tcW w:w="3330" w:type="dxa"/>
          </w:tcPr>
          <w:p w14:paraId="092A8A29" w14:textId="77777777" w:rsidR="000B2299" w:rsidRPr="00257E6B" w:rsidRDefault="00B6103A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61" w:history="1">
              <w:r w:rsidR="000B2299" w:rsidRPr="00C903DF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quratannie8080@gmail.com</w:t>
              </w:r>
            </w:hyperlink>
          </w:p>
        </w:tc>
      </w:tr>
      <w:tr w:rsidR="000B2299" w:rsidRPr="00257E6B" w14:paraId="1C264033" w14:textId="77777777" w:rsidTr="00061A1D">
        <w:tc>
          <w:tcPr>
            <w:tcW w:w="990" w:type="dxa"/>
          </w:tcPr>
          <w:p w14:paraId="4D2681DD" w14:textId="77777777" w:rsidR="000B2299" w:rsidRPr="00257E6B" w:rsidRDefault="000B2299" w:rsidP="00B23BF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5950E3E2" w14:textId="77777777" w:rsidR="000B2299" w:rsidRPr="00257E6B" w:rsidRDefault="000B2299" w:rsidP="00B23BF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Dr. Mulazim Hussain</w:t>
            </w:r>
          </w:p>
        </w:tc>
        <w:tc>
          <w:tcPr>
            <w:tcW w:w="1260" w:type="dxa"/>
          </w:tcPr>
          <w:p w14:paraId="0F4344D3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30729-P</w:t>
            </w:r>
          </w:p>
        </w:tc>
        <w:tc>
          <w:tcPr>
            <w:tcW w:w="3690" w:type="dxa"/>
          </w:tcPr>
          <w:p w14:paraId="22B3FF76" w14:textId="77777777" w:rsidR="000B2299" w:rsidRPr="00257E6B" w:rsidRDefault="000B2299" w:rsidP="00B23BF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Block I-C Flat No. 5 PGEITF, G-11/3 Islamabad</w:t>
            </w:r>
          </w:p>
        </w:tc>
        <w:tc>
          <w:tcPr>
            <w:tcW w:w="1890" w:type="dxa"/>
          </w:tcPr>
          <w:p w14:paraId="6E5C1D2B" w14:textId="77777777" w:rsidR="000B2299" w:rsidRPr="00257E6B" w:rsidRDefault="000B2299" w:rsidP="00B23BF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0333-8902433</w:t>
            </w:r>
          </w:p>
        </w:tc>
        <w:tc>
          <w:tcPr>
            <w:tcW w:w="3330" w:type="dxa"/>
          </w:tcPr>
          <w:p w14:paraId="5ED7E983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3F34E2">
              <w:rPr>
                <w:rFonts w:asciiTheme="majorBidi" w:hAnsiTheme="majorBidi" w:cstheme="majorBidi"/>
                <w:sz w:val="24"/>
                <w:szCs w:val="24"/>
              </w:rPr>
              <w:t>drkhara786@gmail.com</w:t>
            </w:r>
          </w:p>
        </w:tc>
      </w:tr>
      <w:tr w:rsidR="000B2299" w:rsidRPr="00257E6B" w14:paraId="088D698B" w14:textId="77777777" w:rsidTr="00061A1D">
        <w:tc>
          <w:tcPr>
            <w:tcW w:w="990" w:type="dxa"/>
          </w:tcPr>
          <w:p w14:paraId="0279B6CD" w14:textId="77777777" w:rsidR="000B2299" w:rsidRPr="00257E6B" w:rsidRDefault="000B2299" w:rsidP="00B23BF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12669AE3" w14:textId="77777777" w:rsidR="000B2299" w:rsidRPr="00257E6B" w:rsidRDefault="000B2299" w:rsidP="00B23BF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Dr. Rehmana Waris</w:t>
            </w:r>
          </w:p>
        </w:tc>
        <w:tc>
          <w:tcPr>
            <w:tcW w:w="1260" w:type="dxa"/>
          </w:tcPr>
          <w:p w14:paraId="0550A3BA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29205-P</w:t>
            </w:r>
          </w:p>
        </w:tc>
        <w:tc>
          <w:tcPr>
            <w:tcW w:w="3690" w:type="dxa"/>
          </w:tcPr>
          <w:p w14:paraId="01A5D5F7" w14:textId="77777777" w:rsidR="000B2299" w:rsidRPr="00257E6B" w:rsidRDefault="000B2299" w:rsidP="00B23BF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House No 202, Street no 33, F-10/1, Islamabad</w:t>
            </w:r>
          </w:p>
        </w:tc>
        <w:tc>
          <w:tcPr>
            <w:tcW w:w="1890" w:type="dxa"/>
          </w:tcPr>
          <w:p w14:paraId="520E0B78" w14:textId="77777777" w:rsidR="000B2299" w:rsidRPr="00257E6B" w:rsidRDefault="000B2299" w:rsidP="00B23BF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0300-5396183</w:t>
            </w:r>
          </w:p>
        </w:tc>
        <w:tc>
          <w:tcPr>
            <w:tcW w:w="3330" w:type="dxa"/>
          </w:tcPr>
          <w:p w14:paraId="7FDAD0E9" w14:textId="77777777" w:rsidR="000B2299" w:rsidRPr="00257E6B" w:rsidRDefault="00B6103A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62" w:history="1">
              <w:r w:rsidR="000B2299" w:rsidRPr="00C903DF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rehmanawaris@hotmail.com</w:t>
              </w:r>
            </w:hyperlink>
          </w:p>
        </w:tc>
      </w:tr>
      <w:tr w:rsidR="000B2299" w:rsidRPr="00257E6B" w14:paraId="28CF2F1F" w14:textId="77777777" w:rsidTr="00061A1D">
        <w:tc>
          <w:tcPr>
            <w:tcW w:w="990" w:type="dxa"/>
          </w:tcPr>
          <w:p w14:paraId="3416A661" w14:textId="77777777" w:rsidR="000B2299" w:rsidRPr="00257E6B" w:rsidRDefault="000B2299" w:rsidP="00B23BF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63F9A982" w14:textId="77777777" w:rsidR="000B2299" w:rsidRPr="00257E6B" w:rsidRDefault="000B2299" w:rsidP="00B23BF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Dr. Arooma Tariq</w:t>
            </w:r>
          </w:p>
        </w:tc>
        <w:tc>
          <w:tcPr>
            <w:tcW w:w="1260" w:type="dxa"/>
          </w:tcPr>
          <w:p w14:paraId="7BE8CAFF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2CC0929F" w14:textId="77777777" w:rsidR="000B2299" w:rsidRPr="00257E6B" w:rsidRDefault="000B2299" w:rsidP="00B23BF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Flat No. 8 Block 8 PHA Homes G-8/4 Markaz Islamabad</w:t>
            </w:r>
          </w:p>
        </w:tc>
        <w:tc>
          <w:tcPr>
            <w:tcW w:w="1890" w:type="dxa"/>
          </w:tcPr>
          <w:p w14:paraId="72C5AC82" w14:textId="77777777" w:rsidR="000B2299" w:rsidRPr="00257E6B" w:rsidRDefault="000B2299" w:rsidP="00B23BF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0321-4905731</w:t>
            </w:r>
          </w:p>
        </w:tc>
        <w:tc>
          <w:tcPr>
            <w:tcW w:w="3330" w:type="dxa"/>
          </w:tcPr>
          <w:p w14:paraId="2477F3C2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59D78E5B" w14:textId="77777777" w:rsidTr="00061A1D">
        <w:tc>
          <w:tcPr>
            <w:tcW w:w="990" w:type="dxa"/>
          </w:tcPr>
          <w:p w14:paraId="2F4F8357" w14:textId="77777777" w:rsidR="000B2299" w:rsidRPr="00257E6B" w:rsidRDefault="000B2299" w:rsidP="00B23BF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186E7A99" w14:textId="77777777" w:rsidR="000B2299" w:rsidRPr="00257E6B" w:rsidRDefault="000B2299" w:rsidP="00B23BF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Dr. Alia Halim</w:t>
            </w:r>
          </w:p>
        </w:tc>
        <w:tc>
          <w:tcPr>
            <w:tcW w:w="1260" w:type="dxa"/>
          </w:tcPr>
          <w:p w14:paraId="6161F8D3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9806-N</w:t>
            </w:r>
          </w:p>
        </w:tc>
        <w:tc>
          <w:tcPr>
            <w:tcW w:w="3690" w:type="dxa"/>
          </w:tcPr>
          <w:p w14:paraId="0693AE2B" w14:textId="77777777" w:rsidR="000B2299" w:rsidRPr="00257E6B" w:rsidRDefault="000B2299" w:rsidP="00B23BF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House No. 511, Street No. 63 sector G-9/4 Islamabad</w:t>
            </w:r>
          </w:p>
        </w:tc>
        <w:tc>
          <w:tcPr>
            <w:tcW w:w="1890" w:type="dxa"/>
          </w:tcPr>
          <w:p w14:paraId="6A8D503B" w14:textId="77777777" w:rsidR="000B2299" w:rsidRPr="00257E6B" w:rsidRDefault="000B2299" w:rsidP="00B23BF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0334-3644641</w:t>
            </w:r>
          </w:p>
        </w:tc>
        <w:tc>
          <w:tcPr>
            <w:tcW w:w="3330" w:type="dxa"/>
          </w:tcPr>
          <w:p w14:paraId="4A4BD281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dr.aliahalim@gmail.com</w:t>
            </w:r>
          </w:p>
        </w:tc>
      </w:tr>
      <w:tr w:rsidR="000B2299" w:rsidRPr="00257E6B" w14:paraId="2191B6D2" w14:textId="77777777" w:rsidTr="00061A1D">
        <w:tc>
          <w:tcPr>
            <w:tcW w:w="990" w:type="dxa"/>
          </w:tcPr>
          <w:p w14:paraId="3D7D1DB0" w14:textId="77777777" w:rsidR="000B2299" w:rsidRPr="00257E6B" w:rsidRDefault="000B2299" w:rsidP="00B23BF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03E8C09C" w14:textId="77777777" w:rsidR="000B2299" w:rsidRPr="00257E6B" w:rsidRDefault="000B2299" w:rsidP="00B23BF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Dr. Muhammad Hussain</w:t>
            </w:r>
          </w:p>
        </w:tc>
        <w:tc>
          <w:tcPr>
            <w:tcW w:w="1260" w:type="dxa"/>
          </w:tcPr>
          <w:p w14:paraId="1331C1B8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76E1674A" w14:textId="77777777" w:rsidR="000B2299" w:rsidRPr="00257E6B" w:rsidRDefault="000B2299" w:rsidP="00B23BF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890" w:type="dxa"/>
          </w:tcPr>
          <w:p w14:paraId="40446B9B" w14:textId="77777777" w:rsidR="000B2299" w:rsidRPr="00257E6B" w:rsidRDefault="000B2299" w:rsidP="00B23BF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3330" w:type="dxa"/>
          </w:tcPr>
          <w:p w14:paraId="1BE0FE8A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21C0F05C" w14:textId="77777777" w:rsidTr="00061A1D">
        <w:trPr>
          <w:trHeight w:val="845"/>
        </w:trPr>
        <w:tc>
          <w:tcPr>
            <w:tcW w:w="990" w:type="dxa"/>
          </w:tcPr>
          <w:p w14:paraId="6E1F6317" w14:textId="77777777" w:rsidR="000B2299" w:rsidRPr="00257E6B" w:rsidRDefault="000B2299" w:rsidP="00B23BF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45294A2A" w14:textId="77777777" w:rsidR="000B2299" w:rsidRPr="00257E6B" w:rsidRDefault="000B2299" w:rsidP="00B23BF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Dr Mohsin Hasan address</w:t>
            </w:r>
          </w:p>
        </w:tc>
        <w:tc>
          <w:tcPr>
            <w:tcW w:w="1260" w:type="dxa"/>
          </w:tcPr>
          <w:p w14:paraId="5C0EFACF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41966-P</w:t>
            </w:r>
          </w:p>
          <w:p w14:paraId="45B8B0F7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5969BE6F" w14:textId="77777777" w:rsidR="000B2299" w:rsidRPr="00257E6B" w:rsidRDefault="000B2299" w:rsidP="00B23BF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Farm no 37 street no 1 , P and V scheme Tarlai Islamabad</w:t>
            </w:r>
          </w:p>
          <w:p w14:paraId="48BB85D6" w14:textId="77777777" w:rsidR="000B2299" w:rsidRPr="00257E6B" w:rsidRDefault="000B2299" w:rsidP="00B23BF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890" w:type="dxa"/>
          </w:tcPr>
          <w:p w14:paraId="5D0A3097" w14:textId="77777777" w:rsidR="000B2299" w:rsidRPr="00257E6B" w:rsidRDefault="000B2299" w:rsidP="00B23BF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03335191622</w:t>
            </w:r>
          </w:p>
        </w:tc>
        <w:tc>
          <w:tcPr>
            <w:tcW w:w="3330" w:type="dxa"/>
          </w:tcPr>
          <w:p w14:paraId="6AF7067E" w14:textId="77777777" w:rsidR="000B2299" w:rsidRPr="00257E6B" w:rsidRDefault="00B6103A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63" w:history="1">
              <w:r w:rsidR="000B2299" w:rsidRPr="00C903DF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mohsinhasan2000@yahoo.com</w:t>
              </w:r>
            </w:hyperlink>
          </w:p>
        </w:tc>
      </w:tr>
      <w:tr w:rsidR="000B2299" w:rsidRPr="00257E6B" w14:paraId="76ACC51D" w14:textId="77777777" w:rsidTr="00061A1D">
        <w:trPr>
          <w:trHeight w:val="845"/>
        </w:trPr>
        <w:tc>
          <w:tcPr>
            <w:tcW w:w="990" w:type="dxa"/>
          </w:tcPr>
          <w:p w14:paraId="01D1B226" w14:textId="77777777" w:rsidR="000B2299" w:rsidRPr="00257E6B" w:rsidRDefault="000B2299" w:rsidP="00B23BF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64ABFC2C" w14:textId="77777777" w:rsidR="000B2299" w:rsidRPr="00257E6B" w:rsidRDefault="000B2299" w:rsidP="00B23BF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Dr. Fatima Marmoose </w:t>
            </w:r>
          </w:p>
        </w:tc>
        <w:tc>
          <w:tcPr>
            <w:tcW w:w="1260" w:type="dxa"/>
          </w:tcPr>
          <w:p w14:paraId="34F60FCF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P-93276</w:t>
            </w:r>
          </w:p>
        </w:tc>
        <w:tc>
          <w:tcPr>
            <w:tcW w:w="3690" w:type="dxa"/>
          </w:tcPr>
          <w:p w14:paraId="5EC9514A" w14:textId="77777777" w:rsidR="000B2299" w:rsidRPr="00257E6B" w:rsidRDefault="000B2299" w:rsidP="00B23BF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G13/1 street 94 house 35 islamabad</w:t>
            </w:r>
          </w:p>
        </w:tc>
        <w:tc>
          <w:tcPr>
            <w:tcW w:w="1890" w:type="dxa"/>
          </w:tcPr>
          <w:p w14:paraId="6C405C98" w14:textId="77777777" w:rsidR="000B2299" w:rsidRPr="00257E6B" w:rsidRDefault="000B2299" w:rsidP="00B23BF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03315885069</w:t>
            </w:r>
          </w:p>
        </w:tc>
        <w:tc>
          <w:tcPr>
            <w:tcW w:w="3330" w:type="dxa"/>
          </w:tcPr>
          <w:p w14:paraId="7C2D35D1" w14:textId="77777777" w:rsidR="000B2299" w:rsidRPr="00257E6B" w:rsidRDefault="00B6103A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64" w:history="1">
              <w:r w:rsidR="000B2299" w:rsidRPr="004D516F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fatimamarmoose@gmail.com</w:t>
              </w:r>
            </w:hyperlink>
          </w:p>
          <w:p w14:paraId="6D7683D7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54266B22" w14:textId="77777777" w:rsidTr="00061A1D">
        <w:trPr>
          <w:trHeight w:val="845"/>
        </w:trPr>
        <w:tc>
          <w:tcPr>
            <w:tcW w:w="990" w:type="dxa"/>
          </w:tcPr>
          <w:p w14:paraId="414D9CAD" w14:textId="77777777" w:rsidR="000B2299" w:rsidRPr="00257E6B" w:rsidRDefault="000B2299" w:rsidP="00B23BF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598071F0" w14:textId="77777777" w:rsidR="000B2299" w:rsidRPr="00257E6B" w:rsidRDefault="000B2299" w:rsidP="00B23BF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693139">
              <w:rPr>
                <w:rFonts w:asciiTheme="majorBidi" w:eastAsia="Times New Roman" w:hAnsiTheme="majorBidi" w:cstheme="majorBidi"/>
                <w:sz w:val="24"/>
                <w:szCs w:val="24"/>
              </w:rPr>
              <w:t>Prof. (Brig). Tariq Ghafoor</w:t>
            </w:r>
          </w:p>
        </w:tc>
        <w:tc>
          <w:tcPr>
            <w:tcW w:w="1260" w:type="dxa"/>
          </w:tcPr>
          <w:p w14:paraId="2F9FDCE7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26384-P</w:t>
            </w:r>
          </w:p>
        </w:tc>
        <w:tc>
          <w:tcPr>
            <w:tcW w:w="3690" w:type="dxa"/>
          </w:tcPr>
          <w:p w14:paraId="22EA6628" w14:textId="77777777" w:rsidR="000B2299" w:rsidRPr="00257E6B" w:rsidRDefault="000B2299" w:rsidP="00B23BF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House no. 15, CMH Complex</w:t>
            </w:r>
          </w:p>
          <w:p w14:paraId="155DD703" w14:textId="77777777" w:rsidR="000B2299" w:rsidRPr="00257E6B" w:rsidRDefault="000B2299" w:rsidP="00B23BF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Near CMH, Rawalpindi</w:t>
            </w:r>
          </w:p>
        </w:tc>
        <w:tc>
          <w:tcPr>
            <w:tcW w:w="1890" w:type="dxa"/>
          </w:tcPr>
          <w:p w14:paraId="4C0E56B2" w14:textId="77777777" w:rsidR="000B2299" w:rsidRPr="00257E6B" w:rsidRDefault="000B2299" w:rsidP="00B23BF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03008519006</w:t>
            </w:r>
          </w:p>
        </w:tc>
        <w:tc>
          <w:tcPr>
            <w:tcW w:w="3330" w:type="dxa"/>
          </w:tcPr>
          <w:p w14:paraId="5D20C4E0" w14:textId="77777777" w:rsidR="000B2299" w:rsidRPr="00257E6B" w:rsidRDefault="00B6103A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65" w:history="1">
              <w:r w:rsidR="000B2299" w:rsidRPr="00257E6B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drtariqghafoor@gmail.com</w:t>
              </w:r>
            </w:hyperlink>
          </w:p>
          <w:p w14:paraId="4D2DB9E3" w14:textId="77777777" w:rsidR="000B2299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6E41249C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0B2299" w:rsidRPr="00257E6B" w14:paraId="4C4AB3CD" w14:textId="77777777" w:rsidTr="00061A1D">
        <w:trPr>
          <w:trHeight w:val="845"/>
        </w:trPr>
        <w:tc>
          <w:tcPr>
            <w:tcW w:w="990" w:type="dxa"/>
          </w:tcPr>
          <w:p w14:paraId="60E8D7EF" w14:textId="77777777" w:rsidR="000B2299" w:rsidRPr="00257E6B" w:rsidRDefault="000B2299" w:rsidP="00B23BF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5FB0CAD5" w14:textId="77777777" w:rsidR="000B2299" w:rsidRPr="00693139" w:rsidRDefault="000B2299" w:rsidP="00B23BF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061A1D">
              <w:rPr>
                <w:rFonts w:asciiTheme="majorBidi" w:eastAsia="Times New Roman" w:hAnsiTheme="majorBidi" w:cstheme="majorBidi"/>
                <w:sz w:val="24"/>
                <w:szCs w:val="24"/>
              </w:rPr>
              <w:t>Lt Col (R) Dr Ghulam Shabbir</w:t>
            </w:r>
          </w:p>
        </w:tc>
        <w:tc>
          <w:tcPr>
            <w:tcW w:w="1260" w:type="dxa"/>
          </w:tcPr>
          <w:p w14:paraId="1C623382" w14:textId="77777777" w:rsidR="000B2299" w:rsidRPr="00257E6B" w:rsidRDefault="000B2299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18778-P</w:t>
            </w:r>
          </w:p>
        </w:tc>
        <w:tc>
          <w:tcPr>
            <w:tcW w:w="3690" w:type="dxa"/>
          </w:tcPr>
          <w:p w14:paraId="7E5ECBCD" w14:textId="1510621B" w:rsidR="000B2299" w:rsidRPr="00257E6B" w:rsidRDefault="00E62AE6" w:rsidP="00B23BF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Principal Chakwal Institute of Allied Health Sciences, Chakwal</w:t>
            </w:r>
          </w:p>
        </w:tc>
        <w:tc>
          <w:tcPr>
            <w:tcW w:w="1890" w:type="dxa"/>
          </w:tcPr>
          <w:p w14:paraId="15BD85EA" w14:textId="77777777" w:rsidR="000B2299" w:rsidRPr="00257E6B" w:rsidRDefault="000B2299" w:rsidP="00B23BF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0332-5924400</w:t>
            </w:r>
          </w:p>
        </w:tc>
        <w:tc>
          <w:tcPr>
            <w:tcW w:w="3330" w:type="dxa"/>
          </w:tcPr>
          <w:p w14:paraId="22C72106" w14:textId="77777777" w:rsidR="000B2299" w:rsidRDefault="00B6103A" w:rsidP="00B23BFE">
            <w:pPr>
              <w:rPr>
                <w:rStyle w:val="Hyperlink"/>
                <w:rFonts w:asciiTheme="majorBidi" w:hAnsiTheme="majorBidi" w:cstheme="majorBidi"/>
                <w:sz w:val="24"/>
                <w:szCs w:val="24"/>
              </w:rPr>
            </w:pPr>
            <w:hyperlink r:id="rId66" w:history="1">
              <w:r w:rsidR="000B2299" w:rsidRPr="00257E6B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mailto:shabbir801@gmail.com</w:t>
              </w:r>
            </w:hyperlink>
          </w:p>
        </w:tc>
      </w:tr>
      <w:tr w:rsidR="006F217C" w:rsidRPr="00257E6B" w14:paraId="06AC0D89" w14:textId="77777777" w:rsidTr="00061A1D">
        <w:trPr>
          <w:trHeight w:val="845"/>
        </w:trPr>
        <w:tc>
          <w:tcPr>
            <w:tcW w:w="990" w:type="dxa"/>
          </w:tcPr>
          <w:p w14:paraId="50FD7748" w14:textId="77777777" w:rsidR="006F217C" w:rsidRPr="00257E6B" w:rsidRDefault="006F217C" w:rsidP="00B23BF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26D5D661" w14:textId="77777777" w:rsidR="006F217C" w:rsidRDefault="006F217C" w:rsidP="00B23BF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Prof. Tariq Saeed Sheikh</w:t>
            </w:r>
          </w:p>
        </w:tc>
        <w:tc>
          <w:tcPr>
            <w:tcW w:w="1260" w:type="dxa"/>
          </w:tcPr>
          <w:p w14:paraId="748E1D2E" w14:textId="77777777" w:rsidR="006F217C" w:rsidRPr="00257E6B" w:rsidRDefault="006F217C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16123</w:t>
            </w:r>
          </w:p>
        </w:tc>
        <w:tc>
          <w:tcPr>
            <w:tcW w:w="3690" w:type="dxa"/>
          </w:tcPr>
          <w:p w14:paraId="0B0254AA" w14:textId="77777777" w:rsidR="006F217C" w:rsidRPr="00257E6B" w:rsidRDefault="006F217C" w:rsidP="00B23BF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H</w:t>
            </w:r>
            <w:r w:rsidRPr="006F217C">
              <w:rPr>
                <w:rFonts w:asciiTheme="majorBidi" w:eastAsia="Times New Roman" w:hAnsiTheme="majorBidi" w:cstheme="majorBidi"/>
                <w:sz w:val="24"/>
                <w:szCs w:val="24"/>
              </w:rPr>
              <w:t>ouse no 1211 Street 28 Bahria Town Phase 4 Rawalpind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i</w:t>
            </w:r>
          </w:p>
        </w:tc>
        <w:tc>
          <w:tcPr>
            <w:tcW w:w="1890" w:type="dxa"/>
          </w:tcPr>
          <w:p w14:paraId="7376C769" w14:textId="77777777" w:rsidR="006F217C" w:rsidRPr="00257E6B" w:rsidRDefault="006F217C" w:rsidP="00B23BF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0333-5156761</w:t>
            </w:r>
          </w:p>
        </w:tc>
        <w:tc>
          <w:tcPr>
            <w:tcW w:w="3330" w:type="dxa"/>
          </w:tcPr>
          <w:p w14:paraId="2ECCF631" w14:textId="77777777" w:rsidR="006F217C" w:rsidRDefault="00B6103A" w:rsidP="006F217C">
            <w:pPr>
              <w:tabs>
                <w:tab w:val="left" w:pos="6030"/>
              </w:tabs>
              <w:ind w:left="-270"/>
              <w:rPr>
                <w:sz w:val="20"/>
                <w:szCs w:val="20"/>
              </w:rPr>
            </w:pPr>
            <w:hyperlink r:id="rId67" w:history="1">
              <w:r w:rsidR="006F217C" w:rsidRPr="00BC6417">
                <w:rPr>
                  <w:rStyle w:val="Hyperlink"/>
                  <w:sz w:val="20"/>
                  <w:szCs w:val="20"/>
                </w:rPr>
                <w:t>tariqsaeed444@gmail.com</w:t>
              </w:r>
            </w:hyperlink>
          </w:p>
          <w:p w14:paraId="080D70C6" w14:textId="77777777" w:rsidR="006F217C" w:rsidRDefault="006F217C" w:rsidP="00B23BFE">
            <w:pPr>
              <w:rPr>
                <w:rStyle w:val="Hyperlink"/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4036DA" w:rsidRPr="00257E6B" w14:paraId="49D8FFCA" w14:textId="77777777" w:rsidTr="00061A1D">
        <w:trPr>
          <w:trHeight w:val="845"/>
        </w:trPr>
        <w:tc>
          <w:tcPr>
            <w:tcW w:w="990" w:type="dxa"/>
          </w:tcPr>
          <w:p w14:paraId="3DE8CBA2" w14:textId="77777777" w:rsidR="004036DA" w:rsidRPr="00257E6B" w:rsidRDefault="004036DA" w:rsidP="00B23BF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26D8CD56" w14:textId="0E5C3BAB" w:rsidR="004036DA" w:rsidRDefault="004036DA" w:rsidP="00B23BF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4036DA">
              <w:rPr>
                <w:rFonts w:asciiTheme="majorBidi" w:eastAsia="Times New Roman" w:hAnsiTheme="majorBidi" w:cstheme="majorBidi"/>
                <w:sz w:val="24"/>
                <w:szCs w:val="24"/>
              </w:rPr>
              <w:t>Dr. Talat Pervez</w:t>
            </w:r>
            <w:r w:rsidR="00A70E97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Ghani</w:t>
            </w:r>
            <w:r w:rsidRPr="004036DA">
              <w:rPr>
                <w:rFonts w:asciiTheme="majorBidi" w:eastAsia="Times New Roman" w:hAnsiTheme="majorBidi" w:cstheme="majorBidi"/>
                <w:sz w:val="24"/>
                <w:szCs w:val="24"/>
              </w:rPr>
              <w:tab/>
            </w:r>
            <w:r w:rsidRPr="004036DA">
              <w:rPr>
                <w:rFonts w:asciiTheme="majorBidi" w:eastAsia="Times New Roman" w:hAnsiTheme="majorBidi" w:cstheme="majorBidi"/>
                <w:sz w:val="24"/>
                <w:szCs w:val="24"/>
              </w:rPr>
              <w:tab/>
            </w:r>
            <w:r w:rsidRPr="004036DA">
              <w:rPr>
                <w:rFonts w:asciiTheme="majorBidi" w:eastAsia="Times New Roman" w:hAnsiTheme="majorBidi" w:cstheme="majorBidi"/>
                <w:sz w:val="24"/>
                <w:szCs w:val="24"/>
              </w:rPr>
              <w:tab/>
            </w:r>
            <w:r w:rsidRPr="004036DA">
              <w:rPr>
                <w:rFonts w:asciiTheme="majorBidi" w:eastAsia="Times New Roman" w:hAnsiTheme="majorBidi" w:cstheme="majorBidi"/>
                <w:sz w:val="24"/>
                <w:szCs w:val="24"/>
              </w:rPr>
              <w:tab/>
            </w:r>
          </w:p>
        </w:tc>
        <w:tc>
          <w:tcPr>
            <w:tcW w:w="1260" w:type="dxa"/>
          </w:tcPr>
          <w:p w14:paraId="664A1AA8" w14:textId="77777777" w:rsidR="004036DA" w:rsidRDefault="004036DA" w:rsidP="00B23BFE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43ED84A2" w14:textId="2BEB41A1" w:rsidR="004036DA" w:rsidRDefault="004036DA" w:rsidP="00B23BF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Lifecare Hospital, Islamabad</w:t>
            </w:r>
          </w:p>
        </w:tc>
        <w:tc>
          <w:tcPr>
            <w:tcW w:w="1890" w:type="dxa"/>
          </w:tcPr>
          <w:p w14:paraId="0A062062" w14:textId="3284D74C" w:rsidR="004036DA" w:rsidRDefault="004036DA" w:rsidP="00B23BFE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0331-5679591</w:t>
            </w:r>
          </w:p>
        </w:tc>
        <w:tc>
          <w:tcPr>
            <w:tcW w:w="3330" w:type="dxa"/>
          </w:tcPr>
          <w:p w14:paraId="08FED164" w14:textId="05721E04" w:rsidR="004036DA" w:rsidRPr="00DD399B" w:rsidRDefault="00DD399B" w:rsidP="00DD399B">
            <w:pPr>
              <w:tabs>
                <w:tab w:val="left" w:pos="970"/>
              </w:tabs>
            </w:pPr>
            <w:r>
              <w:t>Drtalat69@gmail.com</w:t>
            </w:r>
            <w:r>
              <w:tab/>
            </w:r>
          </w:p>
        </w:tc>
      </w:tr>
    </w:tbl>
    <w:p w14:paraId="118FFDB0" w14:textId="77777777" w:rsidR="007E39EB" w:rsidRPr="00257E6B" w:rsidRDefault="00F5768A" w:rsidP="003175C2">
      <w:pPr>
        <w:spacing w:line="240" w:lineRule="auto"/>
        <w:rPr>
          <w:rFonts w:asciiTheme="majorBidi" w:eastAsia="Times New Roman" w:hAnsiTheme="majorBidi" w:cstheme="majorBidi"/>
          <w:sz w:val="24"/>
          <w:szCs w:val="24"/>
        </w:rPr>
      </w:pPr>
      <w:bookmarkStart w:id="0" w:name="_Hlk204705198"/>
      <w:r w:rsidRPr="00257E6B"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257E6B">
        <w:rPr>
          <w:rFonts w:asciiTheme="majorBidi" w:eastAsia="Times New Roman" w:hAnsiTheme="majorBidi" w:cstheme="majorBidi"/>
          <w:sz w:val="24"/>
          <w:szCs w:val="24"/>
        </w:rPr>
        <w:tab/>
      </w:r>
    </w:p>
    <w:p w14:paraId="5C041643" w14:textId="77777777" w:rsidR="00515348" w:rsidRDefault="00515348" w:rsidP="003175C2">
      <w:pPr>
        <w:spacing w:line="240" w:lineRule="auto"/>
        <w:rPr>
          <w:rFonts w:asciiTheme="majorBidi" w:eastAsia="Times New Roman" w:hAnsiTheme="majorBidi" w:cstheme="majorBidi"/>
          <w:b/>
          <w:bCs/>
          <w:sz w:val="24"/>
          <w:szCs w:val="24"/>
        </w:rPr>
      </w:pPr>
    </w:p>
    <w:p w14:paraId="23D6F390" w14:textId="77777777" w:rsidR="003F6522" w:rsidRPr="003652D7" w:rsidRDefault="00CC0CC6" w:rsidP="003175C2">
      <w:pPr>
        <w:spacing w:line="240" w:lineRule="auto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3652D7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New Registration </w:t>
      </w:r>
    </w:p>
    <w:tbl>
      <w:tblPr>
        <w:tblStyle w:val="TableGrid"/>
        <w:tblW w:w="1368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990"/>
        <w:gridCol w:w="2520"/>
        <w:gridCol w:w="1260"/>
        <w:gridCol w:w="3690"/>
        <w:gridCol w:w="1890"/>
        <w:gridCol w:w="3330"/>
      </w:tblGrid>
      <w:tr w:rsidR="00CC0CC6" w:rsidRPr="00257E6B" w14:paraId="03D80D3C" w14:textId="77777777" w:rsidTr="00615FEE">
        <w:trPr>
          <w:trHeight w:val="845"/>
        </w:trPr>
        <w:tc>
          <w:tcPr>
            <w:tcW w:w="990" w:type="dxa"/>
          </w:tcPr>
          <w:p w14:paraId="084AB262" w14:textId="77777777" w:rsidR="00CC0CC6" w:rsidRPr="00615FEE" w:rsidRDefault="00CC0CC6" w:rsidP="00615FE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34AA0FA0" w14:textId="77777777" w:rsidR="00CC0CC6" w:rsidRPr="00257E6B" w:rsidRDefault="00B324FB" w:rsidP="00B324FB">
            <w:pP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 w:rsidRPr="00B324FB">
              <w:rPr>
                <w:rFonts w:asciiTheme="majorBidi" w:eastAsia="Times New Roman" w:hAnsiTheme="majorBidi" w:cstheme="majorBidi"/>
                <w:sz w:val="24"/>
                <w:szCs w:val="24"/>
              </w:rPr>
              <w:t>Dr. Muhammad Imran</w:t>
            </w:r>
          </w:p>
        </w:tc>
        <w:tc>
          <w:tcPr>
            <w:tcW w:w="1260" w:type="dxa"/>
          </w:tcPr>
          <w:p w14:paraId="7B264589" w14:textId="77777777" w:rsidR="00CC0CC6" w:rsidRPr="00257E6B" w:rsidRDefault="002B6225" w:rsidP="00062A2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48015-P</w:t>
            </w:r>
          </w:p>
        </w:tc>
        <w:tc>
          <w:tcPr>
            <w:tcW w:w="3690" w:type="dxa"/>
          </w:tcPr>
          <w:p w14:paraId="0646A5DD" w14:textId="77777777" w:rsidR="00CC0CC6" w:rsidRPr="00257E6B" w:rsidRDefault="00A76487" w:rsidP="00A76487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House No. 1624, Street No. 66, B-Block , Sector B-17 Islamabad</w:t>
            </w:r>
          </w:p>
        </w:tc>
        <w:tc>
          <w:tcPr>
            <w:tcW w:w="1890" w:type="dxa"/>
          </w:tcPr>
          <w:p w14:paraId="5F55C3F5" w14:textId="77777777" w:rsidR="00CC0CC6" w:rsidRPr="00257E6B" w:rsidRDefault="00A76487" w:rsidP="00062A28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0316-5034432</w:t>
            </w:r>
          </w:p>
        </w:tc>
        <w:tc>
          <w:tcPr>
            <w:tcW w:w="3330" w:type="dxa"/>
          </w:tcPr>
          <w:p w14:paraId="784B8270" w14:textId="77777777" w:rsidR="00CC0CC6" w:rsidRPr="00257E6B" w:rsidRDefault="003652D7" w:rsidP="00062A2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</w:t>
            </w:r>
            <w:r w:rsidR="00A76487">
              <w:rPr>
                <w:rFonts w:asciiTheme="majorBidi" w:hAnsiTheme="majorBidi" w:cstheme="majorBidi"/>
                <w:sz w:val="24"/>
                <w:szCs w:val="24"/>
              </w:rPr>
              <w:t>rimran402@gmail.com</w:t>
            </w:r>
          </w:p>
        </w:tc>
      </w:tr>
      <w:tr w:rsidR="00CC0CC6" w:rsidRPr="00257E6B" w14:paraId="17A47162" w14:textId="77777777" w:rsidTr="00615FEE">
        <w:trPr>
          <w:trHeight w:val="845"/>
        </w:trPr>
        <w:tc>
          <w:tcPr>
            <w:tcW w:w="990" w:type="dxa"/>
          </w:tcPr>
          <w:p w14:paraId="128064BB" w14:textId="77777777" w:rsidR="00CC0CC6" w:rsidRPr="00615FEE" w:rsidRDefault="00CC0CC6" w:rsidP="00615FE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62A51AAB" w14:textId="77777777" w:rsidR="00CC0CC6" w:rsidRPr="001C3BFA" w:rsidRDefault="00CC0CC6" w:rsidP="00062A28">
            <w:pP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 w:rsidRPr="001C3BFA">
              <w:rPr>
                <w:rFonts w:asciiTheme="majorBidi" w:eastAsia="Times New Roman" w:hAnsiTheme="majorBidi" w:cstheme="majorBidi"/>
                <w:sz w:val="24"/>
                <w:szCs w:val="24"/>
              </w:rPr>
              <w:t>Dr. Nauman Naseer</w:t>
            </w:r>
          </w:p>
        </w:tc>
        <w:tc>
          <w:tcPr>
            <w:tcW w:w="1260" w:type="dxa"/>
          </w:tcPr>
          <w:p w14:paraId="72FD0FEC" w14:textId="77777777" w:rsidR="00CC0CC6" w:rsidRPr="00257E6B" w:rsidRDefault="00CC0CC6" w:rsidP="00062A28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61348-P</w:t>
            </w:r>
          </w:p>
        </w:tc>
        <w:tc>
          <w:tcPr>
            <w:tcW w:w="3690" w:type="dxa"/>
          </w:tcPr>
          <w:p w14:paraId="7158CFF6" w14:textId="77777777" w:rsidR="00CC0CC6" w:rsidRPr="00F0589A" w:rsidRDefault="00CC0CC6" w:rsidP="00062A28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Bb-910/A Swat Colony Asghar Mall Rawalpindi</w:t>
            </w:r>
          </w:p>
        </w:tc>
        <w:tc>
          <w:tcPr>
            <w:tcW w:w="1890" w:type="dxa"/>
          </w:tcPr>
          <w:p w14:paraId="772EFAB0" w14:textId="6F2921CF" w:rsidR="00CC0CC6" w:rsidRPr="00F0589A" w:rsidRDefault="00F26EE8" w:rsidP="00062A28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F26EE8">
              <w:rPr>
                <w:rFonts w:asciiTheme="majorBidi" w:eastAsia="Times New Roman" w:hAnsiTheme="majorBidi" w:cstheme="majorBidi"/>
                <w:sz w:val="24"/>
                <w:szCs w:val="24"/>
              </w:rPr>
              <w:t>0321-5090873</w:t>
            </w:r>
          </w:p>
        </w:tc>
        <w:tc>
          <w:tcPr>
            <w:tcW w:w="3330" w:type="dxa"/>
          </w:tcPr>
          <w:p w14:paraId="6054288C" w14:textId="77777777" w:rsidR="00CC0CC6" w:rsidRPr="00F0589A" w:rsidRDefault="00F12C27" w:rsidP="00062A28">
            <w:pPr>
              <w:rPr>
                <w:rStyle w:val="Hyperlink"/>
                <w:rFonts w:asciiTheme="majorBidi" w:hAnsiTheme="majorBidi" w:cstheme="majorBidi"/>
                <w:color w:val="auto"/>
                <w:sz w:val="24"/>
                <w:szCs w:val="24"/>
              </w:rPr>
            </w:pPr>
            <w:r>
              <w:rPr>
                <w:rStyle w:val="Hyperlink"/>
                <w:rFonts w:asciiTheme="majorBidi" w:hAnsiTheme="majorBidi" w:cstheme="majorBidi"/>
                <w:color w:val="auto"/>
                <w:sz w:val="24"/>
                <w:szCs w:val="24"/>
              </w:rPr>
              <w:t>n</w:t>
            </w:r>
            <w:r w:rsidR="00CC0CC6">
              <w:rPr>
                <w:rStyle w:val="Hyperlink"/>
                <w:rFonts w:asciiTheme="majorBidi" w:hAnsiTheme="majorBidi" w:cstheme="majorBidi"/>
                <w:color w:val="auto"/>
                <w:sz w:val="24"/>
                <w:szCs w:val="24"/>
              </w:rPr>
              <w:t>auman.naseer@yahoo.com</w:t>
            </w:r>
          </w:p>
        </w:tc>
      </w:tr>
      <w:tr w:rsidR="007727B3" w:rsidRPr="00257E6B" w14:paraId="747333AE" w14:textId="77777777" w:rsidTr="00615FEE">
        <w:trPr>
          <w:trHeight w:val="845"/>
        </w:trPr>
        <w:tc>
          <w:tcPr>
            <w:tcW w:w="990" w:type="dxa"/>
          </w:tcPr>
          <w:p w14:paraId="1A9E6D02" w14:textId="77777777" w:rsidR="007727B3" w:rsidRPr="00615FEE" w:rsidRDefault="007727B3" w:rsidP="00615FE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4AC8A63D" w14:textId="77777777" w:rsidR="007727B3" w:rsidRPr="001C3BFA" w:rsidRDefault="00A83663" w:rsidP="00062A28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Dr. F</w:t>
            </w:r>
            <w:r w:rsidR="00124254">
              <w:rPr>
                <w:rFonts w:asciiTheme="majorBidi" w:eastAsia="Times New Roman" w:hAnsiTheme="majorBidi" w:cstheme="majorBidi"/>
                <w:sz w:val="24"/>
                <w:szCs w:val="24"/>
              </w:rPr>
              <w:t>ahim Ahmed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Subhani</w:t>
            </w:r>
            <w:r w:rsidR="00124254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</w:tcPr>
          <w:p w14:paraId="0E9E5B10" w14:textId="79F9ABB3" w:rsidR="007727B3" w:rsidRDefault="00E62AE6" w:rsidP="00062A2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12213-P</w:t>
            </w:r>
          </w:p>
        </w:tc>
        <w:tc>
          <w:tcPr>
            <w:tcW w:w="3690" w:type="dxa"/>
          </w:tcPr>
          <w:p w14:paraId="6C1833AD" w14:textId="7C27AE99" w:rsidR="007727B3" w:rsidRDefault="00E62AE6" w:rsidP="00062A28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House 768, Street 36, Bahria phase 7, Islamabad</w:t>
            </w:r>
          </w:p>
        </w:tc>
        <w:tc>
          <w:tcPr>
            <w:tcW w:w="1890" w:type="dxa"/>
          </w:tcPr>
          <w:p w14:paraId="77835CE5" w14:textId="77777777" w:rsidR="007727B3" w:rsidRDefault="00A83663" w:rsidP="00062A28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0300-2555109</w:t>
            </w:r>
          </w:p>
        </w:tc>
        <w:tc>
          <w:tcPr>
            <w:tcW w:w="3330" w:type="dxa"/>
          </w:tcPr>
          <w:p w14:paraId="058FB083" w14:textId="77777777" w:rsidR="007727B3" w:rsidRDefault="00B6103A" w:rsidP="000E132A">
            <w:pPr>
              <w:rPr>
                <w:rStyle w:val="Hyperlink"/>
                <w:rFonts w:asciiTheme="majorBidi" w:hAnsiTheme="majorBidi" w:cstheme="majorBidi"/>
                <w:color w:val="auto"/>
                <w:sz w:val="24"/>
                <w:szCs w:val="24"/>
              </w:rPr>
            </w:pPr>
            <w:hyperlink r:id="rId68" w:history="1">
              <w:r w:rsidR="00A83663" w:rsidRPr="00274E02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Subhani_fa@htmail.com</w:t>
              </w:r>
            </w:hyperlink>
            <w:r w:rsidR="00A83663">
              <w:rPr>
                <w:rStyle w:val="Hyperlink"/>
                <w:rFonts w:asciiTheme="majorBidi" w:hAnsiTheme="majorBidi" w:cstheme="majorBidi"/>
                <w:color w:val="auto"/>
                <w:sz w:val="24"/>
                <w:szCs w:val="24"/>
              </w:rPr>
              <w:t xml:space="preserve"> </w:t>
            </w:r>
          </w:p>
        </w:tc>
      </w:tr>
      <w:tr w:rsidR="00124254" w:rsidRPr="00257E6B" w14:paraId="3A5114B5" w14:textId="77777777" w:rsidTr="00615FEE">
        <w:trPr>
          <w:trHeight w:val="845"/>
        </w:trPr>
        <w:tc>
          <w:tcPr>
            <w:tcW w:w="990" w:type="dxa"/>
          </w:tcPr>
          <w:p w14:paraId="02928CDB" w14:textId="77777777" w:rsidR="00124254" w:rsidRPr="00615FEE" w:rsidRDefault="00124254" w:rsidP="00615FE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4B325DBD" w14:textId="77777777" w:rsidR="00124254" w:rsidRPr="001C3BFA" w:rsidRDefault="00124254" w:rsidP="0012425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Dr. Sobia Aasif Khan</w:t>
            </w:r>
          </w:p>
        </w:tc>
        <w:tc>
          <w:tcPr>
            <w:tcW w:w="1260" w:type="dxa"/>
          </w:tcPr>
          <w:p w14:paraId="6642EDA2" w14:textId="77777777" w:rsidR="00124254" w:rsidRDefault="00124254" w:rsidP="0012425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41736-S</w:t>
            </w:r>
          </w:p>
        </w:tc>
        <w:tc>
          <w:tcPr>
            <w:tcW w:w="3690" w:type="dxa"/>
          </w:tcPr>
          <w:p w14:paraId="30A345C1" w14:textId="178CADC9" w:rsidR="00124254" w:rsidRDefault="00124254" w:rsidP="0012425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F-10/1, House No. 45</w:t>
            </w:r>
            <w:r w:rsidR="00625C36">
              <w:rPr>
                <w:rFonts w:asciiTheme="majorBidi" w:eastAsia="Times New Roman" w:hAnsiTheme="majorBidi" w:cstheme="majorBidi"/>
                <w:sz w:val="24"/>
                <w:szCs w:val="24"/>
              </w:rPr>
              <w:t>8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, Street No. 21, G-8/2, Islamabad</w:t>
            </w:r>
          </w:p>
        </w:tc>
        <w:tc>
          <w:tcPr>
            <w:tcW w:w="1890" w:type="dxa"/>
          </w:tcPr>
          <w:p w14:paraId="02B7D828" w14:textId="77777777" w:rsidR="00124254" w:rsidRDefault="00124254" w:rsidP="0012425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0334-3487751</w:t>
            </w:r>
          </w:p>
        </w:tc>
        <w:tc>
          <w:tcPr>
            <w:tcW w:w="3330" w:type="dxa"/>
          </w:tcPr>
          <w:p w14:paraId="61EC1E3E" w14:textId="77777777" w:rsidR="00124254" w:rsidRDefault="00124254" w:rsidP="00124254">
            <w:pPr>
              <w:rPr>
                <w:rStyle w:val="Hyperlink"/>
                <w:rFonts w:asciiTheme="majorBidi" w:hAnsiTheme="majorBidi" w:cstheme="majorBidi"/>
                <w:color w:val="auto"/>
                <w:sz w:val="24"/>
                <w:szCs w:val="24"/>
              </w:rPr>
            </w:pPr>
          </w:p>
        </w:tc>
      </w:tr>
      <w:tr w:rsidR="00124254" w:rsidRPr="00257E6B" w14:paraId="4BEAB10C" w14:textId="77777777" w:rsidTr="00615FEE">
        <w:trPr>
          <w:trHeight w:val="845"/>
        </w:trPr>
        <w:tc>
          <w:tcPr>
            <w:tcW w:w="990" w:type="dxa"/>
          </w:tcPr>
          <w:p w14:paraId="5394289D" w14:textId="77777777" w:rsidR="00124254" w:rsidRPr="00615FEE" w:rsidRDefault="00124254" w:rsidP="00615FE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75E6E619" w14:textId="58C3A136" w:rsidR="00124254" w:rsidRDefault="00124254" w:rsidP="0012425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Dr. Abrar ul Haq</w:t>
            </w:r>
            <w:r w:rsidR="00CD6560"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 Satti</w:t>
            </w:r>
          </w:p>
        </w:tc>
        <w:tc>
          <w:tcPr>
            <w:tcW w:w="1260" w:type="dxa"/>
          </w:tcPr>
          <w:p w14:paraId="36164FD5" w14:textId="77777777" w:rsidR="00124254" w:rsidRDefault="00124254" w:rsidP="0012425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52044-P</w:t>
            </w:r>
          </w:p>
        </w:tc>
        <w:tc>
          <w:tcPr>
            <w:tcW w:w="3690" w:type="dxa"/>
          </w:tcPr>
          <w:p w14:paraId="110176DF" w14:textId="77777777" w:rsidR="00124254" w:rsidRDefault="00124254" w:rsidP="0012425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Rawal Institute of Health Science Islamabad</w:t>
            </w:r>
          </w:p>
        </w:tc>
        <w:tc>
          <w:tcPr>
            <w:tcW w:w="1890" w:type="dxa"/>
          </w:tcPr>
          <w:p w14:paraId="003A1059" w14:textId="552EE26C" w:rsidR="00124254" w:rsidRDefault="00F26EE8" w:rsidP="00F26EE8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0300</w:t>
            </w:r>
            <w:r w:rsidR="00625C36">
              <w:rPr>
                <w:rFonts w:asciiTheme="majorBidi" w:eastAsia="Times New Roman" w:hAnsiTheme="majorBidi" w:cstheme="majorBidi"/>
                <w:sz w:val="24"/>
                <w:szCs w:val="24"/>
              </w:rPr>
              <w:t>-</w:t>
            </w: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9898700</w:t>
            </w:r>
          </w:p>
        </w:tc>
        <w:tc>
          <w:tcPr>
            <w:tcW w:w="3330" w:type="dxa"/>
          </w:tcPr>
          <w:p w14:paraId="4E91D6CF" w14:textId="77777777" w:rsidR="00124254" w:rsidRDefault="00124254" w:rsidP="00124254">
            <w:pPr>
              <w:rPr>
                <w:rStyle w:val="Hyperlink"/>
                <w:rFonts w:asciiTheme="majorBidi" w:hAnsiTheme="majorBidi" w:cstheme="majorBidi"/>
                <w:sz w:val="24"/>
                <w:szCs w:val="24"/>
              </w:rPr>
            </w:pPr>
            <w:r>
              <w:rPr>
                <w:rStyle w:val="Hyperlink"/>
                <w:rFonts w:asciiTheme="majorBidi" w:hAnsiTheme="majorBidi" w:cstheme="majorBidi"/>
                <w:sz w:val="24"/>
                <w:szCs w:val="24"/>
              </w:rPr>
              <w:t>dr.abrarsatti1980@gmail.com</w:t>
            </w:r>
          </w:p>
        </w:tc>
      </w:tr>
      <w:tr w:rsidR="00124254" w:rsidRPr="00257E6B" w14:paraId="32917D39" w14:textId="77777777" w:rsidTr="00615FEE">
        <w:trPr>
          <w:trHeight w:val="845"/>
        </w:trPr>
        <w:tc>
          <w:tcPr>
            <w:tcW w:w="990" w:type="dxa"/>
          </w:tcPr>
          <w:p w14:paraId="0596E62A" w14:textId="77777777" w:rsidR="00124254" w:rsidRPr="00615FEE" w:rsidRDefault="00124254" w:rsidP="00615FE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090893B5" w14:textId="77777777" w:rsidR="00124254" w:rsidRDefault="00A83663" w:rsidP="0012425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Dr. Anum Shah</w:t>
            </w:r>
          </w:p>
        </w:tc>
        <w:tc>
          <w:tcPr>
            <w:tcW w:w="1260" w:type="dxa"/>
          </w:tcPr>
          <w:p w14:paraId="29172DF1" w14:textId="77777777" w:rsidR="00124254" w:rsidRDefault="00A83663" w:rsidP="0012425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63372-S</w:t>
            </w:r>
          </w:p>
        </w:tc>
        <w:tc>
          <w:tcPr>
            <w:tcW w:w="3690" w:type="dxa"/>
          </w:tcPr>
          <w:p w14:paraId="794A5050" w14:textId="77777777" w:rsidR="00124254" w:rsidRDefault="00A83663" w:rsidP="00A83663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House No. 385, Allama Iqbal Abenue, Block C, CBR Town Islamabad</w:t>
            </w:r>
          </w:p>
        </w:tc>
        <w:tc>
          <w:tcPr>
            <w:tcW w:w="1890" w:type="dxa"/>
          </w:tcPr>
          <w:p w14:paraId="32F7FE21" w14:textId="77777777" w:rsidR="00124254" w:rsidRDefault="00A83663" w:rsidP="0012425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0333-5317121</w:t>
            </w:r>
          </w:p>
        </w:tc>
        <w:tc>
          <w:tcPr>
            <w:tcW w:w="3330" w:type="dxa"/>
          </w:tcPr>
          <w:p w14:paraId="6EDD1592" w14:textId="77777777" w:rsidR="00124254" w:rsidRDefault="00A83663" w:rsidP="00124254">
            <w:pPr>
              <w:rPr>
                <w:rStyle w:val="Hyperlink"/>
                <w:rFonts w:asciiTheme="majorBidi" w:hAnsiTheme="majorBidi" w:cstheme="majorBidi"/>
                <w:sz w:val="24"/>
                <w:szCs w:val="24"/>
              </w:rPr>
            </w:pPr>
            <w:r>
              <w:rPr>
                <w:rStyle w:val="Hyperlink"/>
                <w:rFonts w:asciiTheme="majorBidi" w:hAnsiTheme="majorBidi" w:cstheme="majorBidi"/>
                <w:sz w:val="24"/>
                <w:szCs w:val="24"/>
              </w:rPr>
              <w:t>anumshah1609@gmail.com</w:t>
            </w:r>
          </w:p>
        </w:tc>
      </w:tr>
      <w:tr w:rsidR="00124254" w:rsidRPr="00257E6B" w14:paraId="52430CD9" w14:textId="77777777" w:rsidTr="00615FEE">
        <w:trPr>
          <w:trHeight w:val="845"/>
        </w:trPr>
        <w:tc>
          <w:tcPr>
            <w:tcW w:w="990" w:type="dxa"/>
          </w:tcPr>
          <w:p w14:paraId="127DBEDD" w14:textId="77777777" w:rsidR="00124254" w:rsidRPr="00615FEE" w:rsidRDefault="00124254" w:rsidP="00615FE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7D0FDEE0" w14:textId="77777777" w:rsidR="00124254" w:rsidRDefault="00D82C91" w:rsidP="0012425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Dr. Tayyab Shahzad</w:t>
            </w:r>
          </w:p>
        </w:tc>
        <w:tc>
          <w:tcPr>
            <w:tcW w:w="1260" w:type="dxa"/>
          </w:tcPr>
          <w:p w14:paraId="64E63939" w14:textId="77777777" w:rsidR="00124254" w:rsidRDefault="00464B60" w:rsidP="0012425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31961-P</w:t>
            </w:r>
          </w:p>
        </w:tc>
        <w:tc>
          <w:tcPr>
            <w:tcW w:w="3690" w:type="dxa"/>
          </w:tcPr>
          <w:p w14:paraId="6F2E37AA" w14:textId="77777777" w:rsidR="00124254" w:rsidRDefault="00D82C91" w:rsidP="0012425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Banglow B-6 garden Town, Housing Scheme Near KDC rathian Jhelum</w:t>
            </w:r>
          </w:p>
        </w:tc>
        <w:tc>
          <w:tcPr>
            <w:tcW w:w="1890" w:type="dxa"/>
          </w:tcPr>
          <w:p w14:paraId="5B1A6D8A" w14:textId="77777777" w:rsidR="00124254" w:rsidRDefault="00D82C91" w:rsidP="0012425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0333-9513390</w:t>
            </w:r>
          </w:p>
        </w:tc>
        <w:tc>
          <w:tcPr>
            <w:tcW w:w="3330" w:type="dxa"/>
          </w:tcPr>
          <w:p w14:paraId="1FE93FD8" w14:textId="77777777" w:rsidR="00124254" w:rsidRDefault="00D82C91" w:rsidP="00124254">
            <w:pPr>
              <w:rPr>
                <w:rStyle w:val="Hyperlink"/>
                <w:rFonts w:asciiTheme="majorBidi" w:hAnsiTheme="majorBidi" w:cstheme="majorBidi"/>
                <w:sz w:val="24"/>
                <w:szCs w:val="24"/>
              </w:rPr>
            </w:pPr>
            <w:r>
              <w:rPr>
                <w:rStyle w:val="Hyperlink"/>
                <w:rFonts w:asciiTheme="majorBidi" w:hAnsiTheme="majorBidi" w:cstheme="majorBidi"/>
                <w:sz w:val="24"/>
                <w:szCs w:val="24"/>
              </w:rPr>
              <w:t>dr.tayyab72@gmail.com</w:t>
            </w:r>
          </w:p>
        </w:tc>
      </w:tr>
      <w:tr w:rsidR="00A83663" w:rsidRPr="00257E6B" w14:paraId="068D6DBB" w14:textId="77777777" w:rsidTr="00615FEE">
        <w:trPr>
          <w:trHeight w:val="845"/>
        </w:trPr>
        <w:tc>
          <w:tcPr>
            <w:tcW w:w="990" w:type="dxa"/>
          </w:tcPr>
          <w:p w14:paraId="7150B054" w14:textId="77777777" w:rsidR="00A83663" w:rsidRPr="00615FEE" w:rsidRDefault="00A83663" w:rsidP="00615FE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3F897C01" w14:textId="77777777" w:rsidR="00A83663" w:rsidRDefault="00D82C91" w:rsidP="0012425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Dr. J</w:t>
            </w:r>
            <w:r w:rsidR="00A83663">
              <w:rPr>
                <w:rFonts w:asciiTheme="majorBidi" w:eastAsia="Times New Roman" w:hAnsiTheme="majorBidi" w:cstheme="majorBidi"/>
                <w:sz w:val="24"/>
                <w:szCs w:val="24"/>
              </w:rPr>
              <w:t>awad Khalid</w:t>
            </w:r>
          </w:p>
        </w:tc>
        <w:tc>
          <w:tcPr>
            <w:tcW w:w="1260" w:type="dxa"/>
          </w:tcPr>
          <w:p w14:paraId="18670503" w14:textId="77777777" w:rsidR="00A83663" w:rsidRDefault="00D82C91" w:rsidP="0012425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2600-AJK</w:t>
            </w:r>
          </w:p>
        </w:tc>
        <w:tc>
          <w:tcPr>
            <w:tcW w:w="3690" w:type="dxa"/>
          </w:tcPr>
          <w:p w14:paraId="433804FA" w14:textId="77777777" w:rsidR="00A83663" w:rsidRDefault="00D82C91" w:rsidP="00124254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B-31, Sousing Scheme Kotli Azad Kashmir</w:t>
            </w:r>
          </w:p>
        </w:tc>
        <w:tc>
          <w:tcPr>
            <w:tcW w:w="1890" w:type="dxa"/>
          </w:tcPr>
          <w:p w14:paraId="5723D032" w14:textId="77777777" w:rsidR="00A83663" w:rsidRDefault="00D82C91" w:rsidP="00124254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0346-5176254</w:t>
            </w:r>
          </w:p>
        </w:tc>
        <w:tc>
          <w:tcPr>
            <w:tcW w:w="3330" w:type="dxa"/>
          </w:tcPr>
          <w:p w14:paraId="13F70527" w14:textId="77777777" w:rsidR="00A83663" w:rsidRDefault="00D82C91" w:rsidP="00124254">
            <w:pPr>
              <w:rPr>
                <w:rStyle w:val="Hyperlink"/>
                <w:rFonts w:asciiTheme="majorBidi" w:hAnsiTheme="majorBidi" w:cstheme="majorBidi"/>
                <w:sz w:val="24"/>
                <w:szCs w:val="24"/>
              </w:rPr>
            </w:pPr>
            <w:r>
              <w:rPr>
                <w:rStyle w:val="Hyperlink"/>
                <w:rFonts w:asciiTheme="majorBidi" w:hAnsiTheme="majorBidi" w:cstheme="majorBidi"/>
                <w:sz w:val="24"/>
                <w:szCs w:val="24"/>
              </w:rPr>
              <w:t>drjawadkhalid@gmail.com</w:t>
            </w:r>
          </w:p>
        </w:tc>
      </w:tr>
      <w:tr w:rsidR="00A91D16" w:rsidRPr="00257E6B" w14:paraId="23368BC8" w14:textId="77777777" w:rsidTr="00615FEE">
        <w:trPr>
          <w:trHeight w:val="845"/>
        </w:trPr>
        <w:tc>
          <w:tcPr>
            <w:tcW w:w="990" w:type="dxa"/>
          </w:tcPr>
          <w:p w14:paraId="7AB75A20" w14:textId="77777777" w:rsidR="00A91D16" w:rsidRPr="00615FEE" w:rsidRDefault="00A91D16" w:rsidP="00615FE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67096A7E" w14:textId="77777777" w:rsidR="00A91D16" w:rsidRDefault="00A91D16" w:rsidP="00A91D16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Dr. Tujza Tahir</w:t>
            </w:r>
          </w:p>
        </w:tc>
        <w:tc>
          <w:tcPr>
            <w:tcW w:w="1260" w:type="dxa"/>
          </w:tcPr>
          <w:p w14:paraId="6F476120" w14:textId="77777777" w:rsidR="00A91D16" w:rsidRDefault="00A91D16" w:rsidP="00A91D16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690" w:type="dxa"/>
          </w:tcPr>
          <w:p w14:paraId="20660469" w14:textId="77777777" w:rsidR="00A91D16" w:rsidRDefault="00A91D16" w:rsidP="00A91D1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House No. 372, Street No. 42, Sector G-9/1 ISlamabad</w:t>
            </w:r>
          </w:p>
        </w:tc>
        <w:tc>
          <w:tcPr>
            <w:tcW w:w="1890" w:type="dxa"/>
          </w:tcPr>
          <w:p w14:paraId="04C3E652" w14:textId="77777777" w:rsidR="00A91D16" w:rsidRDefault="00A91D16" w:rsidP="00A91D16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0330-6358102</w:t>
            </w:r>
          </w:p>
        </w:tc>
        <w:tc>
          <w:tcPr>
            <w:tcW w:w="3330" w:type="dxa"/>
          </w:tcPr>
          <w:p w14:paraId="6A6797C7" w14:textId="77777777" w:rsidR="00A91D16" w:rsidRDefault="00A91D16" w:rsidP="00A91D16">
            <w:pPr>
              <w:rPr>
                <w:rStyle w:val="Hyperlink"/>
                <w:rFonts w:asciiTheme="majorBidi" w:hAnsiTheme="majorBidi" w:cstheme="majorBidi"/>
                <w:sz w:val="24"/>
                <w:szCs w:val="24"/>
              </w:rPr>
            </w:pPr>
            <w:r>
              <w:rPr>
                <w:rStyle w:val="Hyperlink"/>
                <w:rFonts w:asciiTheme="majorBidi" w:hAnsiTheme="majorBidi" w:cstheme="majorBidi"/>
                <w:sz w:val="24"/>
                <w:szCs w:val="24"/>
              </w:rPr>
              <w:t>Tujzatahir93@gmail.com</w:t>
            </w:r>
          </w:p>
        </w:tc>
      </w:tr>
      <w:tr w:rsidR="00A91D16" w:rsidRPr="00257E6B" w14:paraId="63B6127E" w14:textId="77777777" w:rsidTr="00615FEE">
        <w:trPr>
          <w:trHeight w:val="845"/>
        </w:trPr>
        <w:tc>
          <w:tcPr>
            <w:tcW w:w="990" w:type="dxa"/>
          </w:tcPr>
          <w:p w14:paraId="7E9D2D00" w14:textId="77777777" w:rsidR="00A91D16" w:rsidRPr="00615FEE" w:rsidRDefault="00A91D16" w:rsidP="00615FE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6ED465CA" w14:textId="77777777" w:rsidR="00A91D16" w:rsidRDefault="00A91D16" w:rsidP="00A91D16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Dr. Fayyaz Burki </w:t>
            </w:r>
          </w:p>
        </w:tc>
        <w:tc>
          <w:tcPr>
            <w:tcW w:w="1260" w:type="dxa"/>
          </w:tcPr>
          <w:p w14:paraId="6551DBE9" w14:textId="77777777" w:rsidR="00A91D16" w:rsidRDefault="00A91D16" w:rsidP="00A91D1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HOD </w:t>
            </w:r>
          </w:p>
          <w:p w14:paraId="106E5848" w14:textId="52A5C9FB" w:rsidR="00A91D16" w:rsidRDefault="00E62AE6" w:rsidP="00A91D1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Prime Medical &amp; Dental College </w:t>
            </w:r>
            <w:r w:rsidR="00A91D16">
              <w:rPr>
                <w:rFonts w:asciiTheme="majorBidi" w:hAnsiTheme="majorBidi" w:cstheme="majorBidi"/>
                <w:sz w:val="24"/>
                <w:szCs w:val="24"/>
              </w:rPr>
              <w:t>IBa</w:t>
            </w:r>
          </w:p>
        </w:tc>
        <w:tc>
          <w:tcPr>
            <w:tcW w:w="3690" w:type="dxa"/>
          </w:tcPr>
          <w:p w14:paraId="743D8570" w14:textId="77777777" w:rsidR="00A91D16" w:rsidRDefault="00A91D16" w:rsidP="00A91D16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EX-KP Branch </w:t>
            </w:r>
          </w:p>
        </w:tc>
        <w:tc>
          <w:tcPr>
            <w:tcW w:w="1890" w:type="dxa"/>
          </w:tcPr>
          <w:p w14:paraId="77351E3C" w14:textId="0F586ECF" w:rsidR="00A91D16" w:rsidRDefault="00E62AE6" w:rsidP="00A91D16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0321-9087688</w:t>
            </w:r>
          </w:p>
        </w:tc>
        <w:tc>
          <w:tcPr>
            <w:tcW w:w="3330" w:type="dxa"/>
          </w:tcPr>
          <w:p w14:paraId="4BD5CA13" w14:textId="77777777" w:rsidR="00A91D16" w:rsidRDefault="00A91D16" w:rsidP="00A91D16">
            <w:pPr>
              <w:rPr>
                <w:rStyle w:val="Hyperlink"/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A91D16" w:rsidRPr="00257E6B" w14:paraId="6EB69B93" w14:textId="77777777" w:rsidTr="00615FEE">
        <w:trPr>
          <w:trHeight w:val="845"/>
        </w:trPr>
        <w:tc>
          <w:tcPr>
            <w:tcW w:w="990" w:type="dxa"/>
          </w:tcPr>
          <w:p w14:paraId="5AF05293" w14:textId="77777777" w:rsidR="00A91D16" w:rsidRPr="00615FEE" w:rsidRDefault="00A91D16" w:rsidP="00615FE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509CB355" w14:textId="77777777" w:rsidR="00B1574B" w:rsidRPr="00B91FA4" w:rsidRDefault="00B1574B" w:rsidP="00B1574B">
            <w:pP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 w:rsidRPr="00B91FA4"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Dr. Shahid IQBAL</w:t>
            </w:r>
          </w:p>
          <w:p w14:paraId="2698AD3B" w14:textId="77777777" w:rsidR="00A91D16" w:rsidRPr="00B91FA4" w:rsidRDefault="00A91D16" w:rsidP="00A91D16">
            <w:pP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</w:p>
        </w:tc>
        <w:tc>
          <w:tcPr>
            <w:tcW w:w="1260" w:type="dxa"/>
          </w:tcPr>
          <w:p w14:paraId="4A3A72BF" w14:textId="77777777" w:rsidR="00B1574B" w:rsidRPr="00B91FA4" w:rsidRDefault="00B1574B" w:rsidP="00B1574B">
            <w:pP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 w:rsidRPr="00B91FA4"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1725-AJK</w:t>
            </w:r>
          </w:p>
          <w:p w14:paraId="3F50D9B6" w14:textId="77777777" w:rsidR="00A91D16" w:rsidRPr="00B91FA4" w:rsidRDefault="00A91D16" w:rsidP="00A91D16">
            <w:pPr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</w:p>
        </w:tc>
        <w:tc>
          <w:tcPr>
            <w:tcW w:w="3690" w:type="dxa"/>
          </w:tcPr>
          <w:p w14:paraId="1BBCEA2B" w14:textId="77777777" w:rsidR="00A91D16" w:rsidRPr="00B91FA4" w:rsidRDefault="00B1574B" w:rsidP="00A91D16">
            <w:pPr>
              <w:rPr>
                <w:rFonts w:asciiTheme="majorBidi" w:hAnsiTheme="majorBidi" w:cstheme="majorBidi"/>
                <w:color w:val="FF0000"/>
                <w:sz w:val="24"/>
                <w:szCs w:val="24"/>
              </w:rPr>
            </w:pPr>
            <w:r w:rsidRPr="00B91FA4"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department of Pediatrics ak cmh rawalakot azad kashmir</w:t>
            </w:r>
          </w:p>
        </w:tc>
        <w:tc>
          <w:tcPr>
            <w:tcW w:w="1890" w:type="dxa"/>
          </w:tcPr>
          <w:p w14:paraId="39703F4D" w14:textId="77777777" w:rsidR="00B1574B" w:rsidRPr="00B91FA4" w:rsidRDefault="00B1574B" w:rsidP="00B1574B">
            <w:pP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 w:rsidRPr="00B91FA4"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03451301886</w:t>
            </w:r>
          </w:p>
          <w:p w14:paraId="223931FC" w14:textId="77777777" w:rsidR="00B1574B" w:rsidRPr="00B91FA4" w:rsidRDefault="00B1574B" w:rsidP="00B1574B">
            <w:pP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 w:rsidRPr="00B91FA4"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03015592989</w:t>
            </w:r>
          </w:p>
          <w:p w14:paraId="073F4F31" w14:textId="77777777" w:rsidR="00A91D16" w:rsidRPr="00B91FA4" w:rsidRDefault="00A91D16" w:rsidP="00A91D16">
            <w:pP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</w:p>
        </w:tc>
        <w:tc>
          <w:tcPr>
            <w:tcW w:w="3330" w:type="dxa"/>
          </w:tcPr>
          <w:p w14:paraId="22CDB896" w14:textId="77777777" w:rsidR="00B1574B" w:rsidRPr="00B91FA4" w:rsidRDefault="00B1574B" w:rsidP="00B1574B">
            <w:pP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 w:rsidRPr="00B91FA4"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shahidbagh1977@gmail.com</w:t>
            </w:r>
          </w:p>
          <w:p w14:paraId="492F054B" w14:textId="77777777" w:rsidR="00A91D16" w:rsidRPr="00B91FA4" w:rsidRDefault="00A91D16" w:rsidP="00A91D16">
            <w:pPr>
              <w:rPr>
                <w:rStyle w:val="Hyperlink"/>
                <w:rFonts w:asciiTheme="majorBidi" w:hAnsiTheme="majorBidi" w:cstheme="majorBidi"/>
                <w:color w:val="FF0000"/>
                <w:sz w:val="24"/>
                <w:szCs w:val="24"/>
              </w:rPr>
            </w:pPr>
          </w:p>
          <w:p w14:paraId="2BEAEDEE" w14:textId="77777777" w:rsidR="00B1574B" w:rsidRPr="00B91FA4" w:rsidRDefault="00B1574B" w:rsidP="00A91D16">
            <w:pPr>
              <w:rPr>
                <w:rStyle w:val="Hyperlink"/>
                <w:rFonts w:asciiTheme="majorBidi" w:hAnsiTheme="majorBidi" w:cstheme="majorBidi"/>
                <w:color w:val="FF0000"/>
                <w:sz w:val="24"/>
                <w:szCs w:val="24"/>
              </w:rPr>
            </w:pPr>
          </w:p>
        </w:tc>
      </w:tr>
      <w:tr w:rsidR="00B1574B" w:rsidRPr="00257E6B" w14:paraId="398407A3" w14:textId="77777777" w:rsidTr="00615FEE">
        <w:trPr>
          <w:trHeight w:val="845"/>
        </w:trPr>
        <w:tc>
          <w:tcPr>
            <w:tcW w:w="990" w:type="dxa"/>
          </w:tcPr>
          <w:p w14:paraId="6E7B479E" w14:textId="77777777" w:rsidR="00B1574B" w:rsidRPr="00615FEE" w:rsidRDefault="00B1574B" w:rsidP="00615FE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0A7763ED" w14:textId="77777777" w:rsidR="008E4E66" w:rsidRPr="00B91FA4" w:rsidRDefault="008E4E66" w:rsidP="008E4E66">
            <w:pP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 w:rsidRPr="00B91FA4"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 xml:space="preserve">Dr. Rubab Hafeez </w:t>
            </w:r>
          </w:p>
          <w:p w14:paraId="21412163" w14:textId="77777777" w:rsidR="00B1574B" w:rsidRPr="00B91FA4" w:rsidRDefault="00B1574B" w:rsidP="00B1574B">
            <w:pP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</w:p>
        </w:tc>
        <w:tc>
          <w:tcPr>
            <w:tcW w:w="1260" w:type="dxa"/>
          </w:tcPr>
          <w:p w14:paraId="5AAAA5D6" w14:textId="77777777" w:rsidR="00B1574B" w:rsidRPr="00B91FA4" w:rsidRDefault="008E4E66" w:rsidP="00B1574B">
            <w:pP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 w:rsidRPr="00B91FA4"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3287-AjK</w:t>
            </w:r>
          </w:p>
        </w:tc>
        <w:tc>
          <w:tcPr>
            <w:tcW w:w="3690" w:type="dxa"/>
          </w:tcPr>
          <w:p w14:paraId="5FA8D889" w14:textId="77777777" w:rsidR="00B1574B" w:rsidRPr="00B91FA4" w:rsidRDefault="008E4E66" w:rsidP="00A91D16">
            <w:pP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 w:rsidRPr="00B91FA4"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Rawalakot AjK</w:t>
            </w:r>
          </w:p>
        </w:tc>
        <w:tc>
          <w:tcPr>
            <w:tcW w:w="1890" w:type="dxa"/>
          </w:tcPr>
          <w:p w14:paraId="6B87D8C8" w14:textId="77777777" w:rsidR="00B1574B" w:rsidRPr="00B91FA4" w:rsidRDefault="008E4E66" w:rsidP="00B1574B">
            <w:pP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 w:rsidRPr="00B91FA4"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03355454194</w:t>
            </w:r>
          </w:p>
        </w:tc>
        <w:tc>
          <w:tcPr>
            <w:tcW w:w="3330" w:type="dxa"/>
          </w:tcPr>
          <w:p w14:paraId="559468C4" w14:textId="77777777" w:rsidR="00B1574B" w:rsidRPr="00B91FA4" w:rsidRDefault="008E4E66" w:rsidP="00B1574B">
            <w:pP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 w:rsidRPr="00B91FA4"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dr.rubabhafeez@gmail.com</w:t>
            </w:r>
          </w:p>
        </w:tc>
      </w:tr>
      <w:tr w:rsidR="00B1574B" w:rsidRPr="00257E6B" w14:paraId="6A02E63A" w14:textId="77777777" w:rsidTr="00615FEE">
        <w:trPr>
          <w:trHeight w:val="845"/>
        </w:trPr>
        <w:tc>
          <w:tcPr>
            <w:tcW w:w="990" w:type="dxa"/>
          </w:tcPr>
          <w:p w14:paraId="1925C94A" w14:textId="77777777" w:rsidR="00B1574B" w:rsidRPr="00615FEE" w:rsidRDefault="00B1574B" w:rsidP="00615FE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59A7E3E3" w14:textId="77777777" w:rsidR="00E674FB" w:rsidRPr="00B91FA4" w:rsidRDefault="00E674FB" w:rsidP="00E674FB">
            <w:pP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 w:rsidRPr="00B91FA4"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Dr.Saman Liaqat</w:t>
            </w:r>
          </w:p>
          <w:p w14:paraId="18DE6AA9" w14:textId="77777777" w:rsidR="00B1574B" w:rsidRPr="00B91FA4" w:rsidRDefault="00B1574B" w:rsidP="00B1574B">
            <w:pP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</w:p>
        </w:tc>
        <w:tc>
          <w:tcPr>
            <w:tcW w:w="1260" w:type="dxa"/>
          </w:tcPr>
          <w:p w14:paraId="27AE9E27" w14:textId="77777777" w:rsidR="00B1574B" w:rsidRPr="00B91FA4" w:rsidRDefault="00E674FB" w:rsidP="00B1574B">
            <w:pP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 w:rsidRPr="00B91FA4"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AJK-3490</w:t>
            </w:r>
          </w:p>
        </w:tc>
        <w:tc>
          <w:tcPr>
            <w:tcW w:w="3690" w:type="dxa"/>
          </w:tcPr>
          <w:p w14:paraId="70F5FFF4" w14:textId="77777777" w:rsidR="00E674FB" w:rsidRPr="00B91FA4" w:rsidRDefault="00E674FB" w:rsidP="00E674FB">
            <w:pP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 w:rsidRPr="00B91FA4"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Near PWD resthouse bypass road kotli ajk</w:t>
            </w:r>
          </w:p>
          <w:p w14:paraId="28691FEA" w14:textId="77777777" w:rsidR="00B1574B" w:rsidRPr="00B91FA4" w:rsidRDefault="00B1574B" w:rsidP="00A91D16">
            <w:pP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</w:p>
        </w:tc>
        <w:tc>
          <w:tcPr>
            <w:tcW w:w="1890" w:type="dxa"/>
          </w:tcPr>
          <w:p w14:paraId="63FA199D" w14:textId="77777777" w:rsidR="00E674FB" w:rsidRPr="00B91FA4" w:rsidRDefault="00E674FB" w:rsidP="00E674FB">
            <w:pP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 w:rsidRPr="00B91FA4"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03324402200</w:t>
            </w:r>
          </w:p>
          <w:p w14:paraId="0CB5926D" w14:textId="77777777" w:rsidR="00B1574B" w:rsidRPr="00B91FA4" w:rsidRDefault="00B1574B" w:rsidP="00B1574B">
            <w:pP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</w:p>
        </w:tc>
        <w:tc>
          <w:tcPr>
            <w:tcW w:w="3330" w:type="dxa"/>
          </w:tcPr>
          <w:p w14:paraId="2CBF12C6" w14:textId="77777777" w:rsidR="00E674FB" w:rsidRPr="00B91FA4" w:rsidRDefault="00E674FB" w:rsidP="00E674FB">
            <w:pP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 w:rsidRPr="00B91FA4"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dr.samanliaqat@gmail.com</w:t>
            </w:r>
          </w:p>
          <w:p w14:paraId="39401218" w14:textId="77777777" w:rsidR="00B1574B" w:rsidRPr="00B91FA4" w:rsidRDefault="00B1574B" w:rsidP="00B1574B">
            <w:pP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</w:p>
        </w:tc>
      </w:tr>
      <w:tr w:rsidR="00B1574B" w:rsidRPr="00257E6B" w14:paraId="6197C29A" w14:textId="77777777" w:rsidTr="00615FEE">
        <w:trPr>
          <w:trHeight w:val="845"/>
        </w:trPr>
        <w:tc>
          <w:tcPr>
            <w:tcW w:w="990" w:type="dxa"/>
          </w:tcPr>
          <w:p w14:paraId="0C47322A" w14:textId="77777777" w:rsidR="00B1574B" w:rsidRPr="00615FEE" w:rsidRDefault="00B1574B" w:rsidP="00615FE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225C28BC" w14:textId="77777777" w:rsidR="00BE7AEC" w:rsidRPr="00B91FA4" w:rsidRDefault="00BE7AEC" w:rsidP="00BE7AEC">
            <w:pP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 w:rsidRPr="00B91FA4"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Dr. Halla Aziz</w:t>
            </w:r>
          </w:p>
          <w:p w14:paraId="449385F8" w14:textId="77777777" w:rsidR="00B1574B" w:rsidRPr="00B91FA4" w:rsidRDefault="00B1574B" w:rsidP="00B1574B">
            <w:pP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</w:p>
        </w:tc>
        <w:tc>
          <w:tcPr>
            <w:tcW w:w="1260" w:type="dxa"/>
          </w:tcPr>
          <w:p w14:paraId="6A87547B" w14:textId="77777777" w:rsidR="00B1574B" w:rsidRPr="00B91FA4" w:rsidRDefault="00BE7AEC" w:rsidP="00B1574B">
            <w:pP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 w:rsidRPr="00B91FA4"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 xml:space="preserve">5446-AJK  </w:t>
            </w:r>
          </w:p>
        </w:tc>
        <w:tc>
          <w:tcPr>
            <w:tcW w:w="3690" w:type="dxa"/>
          </w:tcPr>
          <w:p w14:paraId="64C0E745" w14:textId="77777777" w:rsidR="00B1574B" w:rsidRPr="00B91FA4" w:rsidRDefault="004D19BB" w:rsidP="00A91D16">
            <w:pP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 w:rsidRPr="00B91FA4"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AL-HARAM X-ray and ultrasound , Near Imam bargah, CMH ROAD , MUZAFFARABAD</w:t>
            </w:r>
          </w:p>
        </w:tc>
        <w:tc>
          <w:tcPr>
            <w:tcW w:w="1890" w:type="dxa"/>
          </w:tcPr>
          <w:p w14:paraId="5775342E" w14:textId="77777777" w:rsidR="00B1574B" w:rsidRPr="00B91FA4" w:rsidRDefault="004D19BB" w:rsidP="00B1574B">
            <w:pP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 w:rsidRPr="00B91FA4"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03055199308</w:t>
            </w:r>
          </w:p>
        </w:tc>
        <w:tc>
          <w:tcPr>
            <w:tcW w:w="3330" w:type="dxa"/>
          </w:tcPr>
          <w:p w14:paraId="465FBB0D" w14:textId="77777777" w:rsidR="00B1574B" w:rsidRPr="00B91FA4" w:rsidRDefault="00BE7AEC" w:rsidP="00B1574B">
            <w:pP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 w:rsidRPr="00B91FA4"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halabinteaziz@gmail.com</w:t>
            </w:r>
          </w:p>
        </w:tc>
      </w:tr>
      <w:tr w:rsidR="002F64D0" w:rsidRPr="00257E6B" w14:paraId="5E90297C" w14:textId="77777777" w:rsidTr="00615FEE">
        <w:trPr>
          <w:trHeight w:val="845"/>
        </w:trPr>
        <w:tc>
          <w:tcPr>
            <w:tcW w:w="990" w:type="dxa"/>
          </w:tcPr>
          <w:p w14:paraId="45FEEA86" w14:textId="77777777" w:rsidR="002F64D0" w:rsidRPr="00615FEE" w:rsidRDefault="002F64D0" w:rsidP="00615FE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5F77E7D4" w14:textId="77777777" w:rsidR="002F64D0" w:rsidRPr="00B91FA4" w:rsidRDefault="002F64D0" w:rsidP="006852C2">
            <w:pP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t>Dr. Qudsia tehseen</w:t>
            </w:r>
          </w:p>
        </w:tc>
        <w:tc>
          <w:tcPr>
            <w:tcW w:w="1260" w:type="dxa"/>
          </w:tcPr>
          <w:p w14:paraId="160595FF" w14:textId="77777777" w:rsidR="002F64D0" w:rsidRPr="00B91FA4" w:rsidRDefault="002F64D0" w:rsidP="006852C2">
            <w:pP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</w:p>
        </w:tc>
        <w:tc>
          <w:tcPr>
            <w:tcW w:w="3690" w:type="dxa"/>
          </w:tcPr>
          <w:p w14:paraId="6F581347" w14:textId="672AC500" w:rsidR="002F64D0" w:rsidRPr="00B91FA4" w:rsidRDefault="00E62AE6" w:rsidP="006852C2">
            <w:pP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Nawab Colony, Near New Passport Office, Jhelum</w:t>
            </w:r>
          </w:p>
        </w:tc>
        <w:tc>
          <w:tcPr>
            <w:tcW w:w="1890" w:type="dxa"/>
          </w:tcPr>
          <w:p w14:paraId="20E87B1D" w14:textId="77777777" w:rsidR="002F64D0" w:rsidRDefault="002F64D0" w:rsidP="006852C2">
            <w:r>
              <w:t>0335 9436353</w:t>
            </w:r>
          </w:p>
          <w:p w14:paraId="11C7C5CE" w14:textId="77777777" w:rsidR="002F64D0" w:rsidRPr="00B91FA4" w:rsidRDefault="002F64D0" w:rsidP="006852C2">
            <w:pP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</w:p>
        </w:tc>
        <w:tc>
          <w:tcPr>
            <w:tcW w:w="3330" w:type="dxa"/>
          </w:tcPr>
          <w:p w14:paraId="37FC2124" w14:textId="04C7A883" w:rsidR="002F64D0" w:rsidRPr="00B91FA4" w:rsidRDefault="00E62AE6" w:rsidP="006852C2">
            <w:pP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qudsiatehseen89@gmail.com</w:t>
            </w:r>
          </w:p>
        </w:tc>
      </w:tr>
      <w:tr w:rsidR="00CD4BF2" w:rsidRPr="00257E6B" w14:paraId="79BCE8F3" w14:textId="77777777" w:rsidTr="00615FEE">
        <w:trPr>
          <w:trHeight w:val="845"/>
        </w:trPr>
        <w:tc>
          <w:tcPr>
            <w:tcW w:w="990" w:type="dxa"/>
          </w:tcPr>
          <w:p w14:paraId="5B9457DB" w14:textId="77777777" w:rsidR="00CD4BF2" w:rsidRPr="00615FEE" w:rsidRDefault="00CD4BF2" w:rsidP="00615FE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64FB5648" w14:textId="4CC2B420" w:rsidR="00CD4BF2" w:rsidRPr="00B91FA4" w:rsidRDefault="00F26EE8" w:rsidP="006852C2">
            <w:pP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t>Dr. Muhammad</w:t>
            </w:r>
            <w:r w:rsidR="00CD4BF2">
              <w:t xml:space="preserve"> Majid ch</w:t>
            </w:r>
          </w:p>
        </w:tc>
        <w:tc>
          <w:tcPr>
            <w:tcW w:w="1260" w:type="dxa"/>
          </w:tcPr>
          <w:p w14:paraId="1929ED50" w14:textId="7446BD2A" w:rsidR="00CD4BF2" w:rsidRPr="00B91FA4" w:rsidRDefault="001A543D" w:rsidP="006852C2">
            <w:pP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21897-P</w:t>
            </w:r>
          </w:p>
        </w:tc>
        <w:tc>
          <w:tcPr>
            <w:tcW w:w="3690" w:type="dxa"/>
          </w:tcPr>
          <w:p w14:paraId="7881D1C7" w14:textId="77777777" w:rsidR="00CD4BF2" w:rsidRPr="00B91FA4" w:rsidRDefault="00CD4BF2" w:rsidP="006852C2">
            <w:pP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 w:rsidRPr="00CD4BF2">
              <w:t>Fauji Foundation Hospital, GT road, Jhelum.</w:t>
            </w:r>
          </w:p>
        </w:tc>
        <w:tc>
          <w:tcPr>
            <w:tcW w:w="1890" w:type="dxa"/>
          </w:tcPr>
          <w:p w14:paraId="2759B695" w14:textId="7D418021" w:rsidR="00CD4BF2" w:rsidRPr="00B91FA4" w:rsidRDefault="00F26EE8" w:rsidP="006852C2">
            <w:pP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 w:rsidRPr="00F26EE8"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0321-5090873</w:t>
            </w:r>
          </w:p>
        </w:tc>
        <w:tc>
          <w:tcPr>
            <w:tcW w:w="3330" w:type="dxa"/>
          </w:tcPr>
          <w:p w14:paraId="37BE2C33" w14:textId="77777777" w:rsidR="00CD4BF2" w:rsidRDefault="00B6103A" w:rsidP="006852C2">
            <w:hyperlink r:id="rId69" w:history="1">
              <w:r w:rsidR="00CD4BF2" w:rsidRPr="00641D15">
                <w:rPr>
                  <w:rStyle w:val="Hyperlink"/>
                </w:rPr>
                <w:t>abdulmajid271@yahoo.com</w:t>
              </w:r>
            </w:hyperlink>
          </w:p>
          <w:p w14:paraId="15B2719A" w14:textId="77777777" w:rsidR="00CD4BF2" w:rsidRPr="00B91FA4" w:rsidRDefault="00CD4BF2" w:rsidP="006852C2">
            <w:pP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</w:p>
        </w:tc>
      </w:tr>
      <w:tr w:rsidR="00CD4BF2" w:rsidRPr="00257E6B" w14:paraId="33BC3982" w14:textId="77777777" w:rsidTr="00615FEE">
        <w:trPr>
          <w:trHeight w:val="845"/>
        </w:trPr>
        <w:tc>
          <w:tcPr>
            <w:tcW w:w="990" w:type="dxa"/>
          </w:tcPr>
          <w:p w14:paraId="5F41A178" w14:textId="77777777" w:rsidR="00CD4BF2" w:rsidRPr="00615FEE" w:rsidRDefault="00CD4BF2" w:rsidP="00615FE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73DC67B6" w14:textId="4128F301" w:rsidR="00CD4BF2" w:rsidRPr="008811A7" w:rsidRDefault="00CD4BF2" w:rsidP="006852C2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t xml:space="preserve">Dr. M.Bilal Iqbal </w:t>
            </w:r>
            <w:r w:rsidR="00E62AE6">
              <w:t>ch</w:t>
            </w:r>
          </w:p>
        </w:tc>
        <w:tc>
          <w:tcPr>
            <w:tcW w:w="1260" w:type="dxa"/>
          </w:tcPr>
          <w:p w14:paraId="69839944" w14:textId="77777777" w:rsidR="00CD4BF2" w:rsidRPr="00B91FA4" w:rsidRDefault="00CD4BF2" w:rsidP="006852C2">
            <w:pP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</w:p>
        </w:tc>
        <w:tc>
          <w:tcPr>
            <w:tcW w:w="3690" w:type="dxa"/>
          </w:tcPr>
          <w:p w14:paraId="789BB21F" w14:textId="77777777" w:rsidR="00CD4BF2" w:rsidRPr="008811A7" w:rsidRDefault="00CD4BF2" w:rsidP="006852C2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CD4BF2">
              <w:t>Panjehri</w:t>
            </w:r>
            <w:r w:rsidRPr="00D67786">
              <w:rPr>
                <w:b/>
                <w:bCs/>
                <w:sz w:val="14"/>
              </w:rPr>
              <w:t xml:space="preserve"> </w:t>
            </w:r>
            <w:r w:rsidRPr="006C7D57">
              <w:t>Complex, Sarai Alamgir</w:t>
            </w:r>
          </w:p>
        </w:tc>
        <w:tc>
          <w:tcPr>
            <w:tcW w:w="1890" w:type="dxa"/>
          </w:tcPr>
          <w:p w14:paraId="080D4919" w14:textId="77777777" w:rsidR="00CD4BF2" w:rsidRDefault="00CD4BF2" w:rsidP="006852C2">
            <w:r>
              <w:t>0347-3546989</w:t>
            </w:r>
          </w:p>
          <w:p w14:paraId="00BA050D" w14:textId="77777777" w:rsidR="00CD4BF2" w:rsidRPr="008811A7" w:rsidRDefault="00CD4BF2" w:rsidP="006852C2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330" w:type="dxa"/>
          </w:tcPr>
          <w:p w14:paraId="7B606357" w14:textId="77777777" w:rsidR="00CD4BF2" w:rsidRDefault="00B6103A" w:rsidP="006852C2">
            <w:hyperlink r:id="rId70" w:history="1">
              <w:r w:rsidR="00CD4BF2" w:rsidRPr="00641D15">
                <w:rPr>
                  <w:rStyle w:val="Hyperlink"/>
                </w:rPr>
                <w:t>mbilalmd@gmail.com</w:t>
              </w:r>
            </w:hyperlink>
          </w:p>
          <w:p w14:paraId="3BCFF379" w14:textId="77777777" w:rsidR="00CD4BF2" w:rsidRPr="008811A7" w:rsidRDefault="00CD4BF2" w:rsidP="006852C2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CD4BF2" w:rsidRPr="00257E6B" w14:paraId="7305E7FE" w14:textId="77777777" w:rsidTr="00615FEE">
        <w:trPr>
          <w:trHeight w:val="845"/>
        </w:trPr>
        <w:tc>
          <w:tcPr>
            <w:tcW w:w="990" w:type="dxa"/>
          </w:tcPr>
          <w:p w14:paraId="56F6EDD1" w14:textId="77777777" w:rsidR="00CD4BF2" w:rsidRPr="00615FEE" w:rsidRDefault="00CD4BF2" w:rsidP="00615FE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5A0E509A" w14:textId="77777777" w:rsidR="00CD4BF2" w:rsidRPr="008811A7" w:rsidRDefault="00CD4BF2" w:rsidP="006852C2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t xml:space="preserve">Dr. Umair Butt  </w:t>
            </w:r>
          </w:p>
        </w:tc>
        <w:tc>
          <w:tcPr>
            <w:tcW w:w="1260" w:type="dxa"/>
          </w:tcPr>
          <w:p w14:paraId="72371070" w14:textId="77777777" w:rsidR="00CD4BF2" w:rsidRPr="00B91FA4" w:rsidRDefault="00CD4BF2" w:rsidP="006852C2">
            <w:pP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</w:p>
        </w:tc>
        <w:tc>
          <w:tcPr>
            <w:tcW w:w="3690" w:type="dxa"/>
          </w:tcPr>
          <w:p w14:paraId="457E997D" w14:textId="77777777" w:rsidR="00CD4BF2" w:rsidRPr="008811A7" w:rsidRDefault="00CD4BF2" w:rsidP="006852C2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2F64D0">
              <w:t>House 14, Lalazar Colony, Jhelum Cantt</w:t>
            </w:r>
          </w:p>
        </w:tc>
        <w:tc>
          <w:tcPr>
            <w:tcW w:w="1890" w:type="dxa"/>
          </w:tcPr>
          <w:p w14:paraId="24D3338B" w14:textId="77777777" w:rsidR="00CD4BF2" w:rsidRDefault="00CD4BF2" w:rsidP="006852C2">
            <w:r>
              <w:t>0321-9524492</w:t>
            </w:r>
          </w:p>
          <w:p w14:paraId="556D1AE2" w14:textId="77777777" w:rsidR="00CD4BF2" w:rsidRPr="008811A7" w:rsidRDefault="00CD4BF2" w:rsidP="006852C2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330" w:type="dxa"/>
          </w:tcPr>
          <w:p w14:paraId="55AD4391" w14:textId="77777777" w:rsidR="00CD4BF2" w:rsidRPr="008811A7" w:rsidRDefault="00B6103A" w:rsidP="006852C2">
            <w:pPr>
              <w:rPr>
                <w:rFonts w:ascii="Calibri" w:eastAsia="Calibri" w:hAnsi="Calibri" w:cs="Calibri"/>
                <w:sz w:val="20"/>
                <w:szCs w:val="20"/>
              </w:rPr>
            </w:pPr>
            <w:hyperlink r:id="rId71" w:history="1">
              <w:r w:rsidR="00A446DA" w:rsidRPr="00307ED2">
                <w:rPr>
                  <w:rStyle w:val="Hyperlink"/>
                </w:rPr>
                <w:t>umairzaheer4321@gmail.com</w:t>
              </w:r>
            </w:hyperlink>
            <w:r w:rsidR="00CD4BF2">
              <w:t xml:space="preserve"> </w:t>
            </w:r>
            <w:r w:rsidR="00A446DA">
              <w:t xml:space="preserve"> </w:t>
            </w:r>
          </w:p>
        </w:tc>
      </w:tr>
      <w:tr w:rsidR="00CD4BF2" w:rsidRPr="00257E6B" w14:paraId="3AAC4F01" w14:textId="77777777" w:rsidTr="00615FEE">
        <w:trPr>
          <w:trHeight w:val="845"/>
        </w:trPr>
        <w:tc>
          <w:tcPr>
            <w:tcW w:w="990" w:type="dxa"/>
          </w:tcPr>
          <w:p w14:paraId="44A1DEB4" w14:textId="77777777" w:rsidR="00CD4BF2" w:rsidRPr="00615FEE" w:rsidRDefault="00CD4BF2" w:rsidP="00615FE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10E97ABB" w14:textId="0F03DB35" w:rsidR="00CD4BF2" w:rsidRDefault="00F26EE8" w:rsidP="006852C2">
            <w:r>
              <w:t>Dr. Sha</w:t>
            </w:r>
            <w:r w:rsidR="00CD4BF2">
              <w:t>m</w:t>
            </w:r>
            <w:r>
              <w:t>a</w:t>
            </w:r>
            <w:r w:rsidR="00CD4BF2">
              <w:t>ila Maqsood</w:t>
            </w:r>
          </w:p>
        </w:tc>
        <w:tc>
          <w:tcPr>
            <w:tcW w:w="1260" w:type="dxa"/>
          </w:tcPr>
          <w:p w14:paraId="68161B84" w14:textId="7A8FBC75" w:rsidR="00CD4BF2" w:rsidRPr="00B91FA4" w:rsidRDefault="001A543D" w:rsidP="006852C2">
            <w:pP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81907-P</w:t>
            </w:r>
          </w:p>
        </w:tc>
        <w:tc>
          <w:tcPr>
            <w:tcW w:w="3690" w:type="dxa"/>
          </w:tcPr>
          <w:p w14:paraId="332A9103" w14:textId="2E4FB65C" w:rsidR="00CD4BF2" w:rsidRPr="00B91FA4" w:rsidRDefault="00E62AE6" w:rsidP="006852C2">
            <w:pP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Village &amp; P.O. Chittan Tehsil &amp; District: Jhelum</w:t>
            </w:r>
          </w:p>
        </w:tc>
        <w:tc>
          <w:tcPr>
            <w:tcW w:w="1890" w:type="dxa"/>
          </w:tcPr>
          <w:p w14:paraId="0309F5D0" w14:textId="77777777" w:rsidR="00CD4BF2" w:rsidRDefault="00CD4BF2" w:rsidP="006852C2">
            <w:r>
              <w:t>0335 5807777</w:t>
            </w:r>
          </w:p>
          <w:p w14:paraId="3027D83F" w14:textId="77777777" w:rsidR="00CD4BF2" w:rsidRDefault="00CD4BF2" w:rsidP="006852C2"/>
        </w:tc>
        <w:tc>
          <w:tcPr>
            <w:tcW w:w="3330" w:type="dxa"/>
          </w:tcPr>
          <w:p w14:paraId="039FBEC3" w14:textId="77777777" w:rsidR="00CD4BF2" w:rsidRDefault="00B6103A" w:rsidP="006852C2">
            <w:hyperlink r:id="rId72" w:history="1">
              <w:r w:rsidR="00CD4BF2" w:rsidRPr="00641D15">
                <w:rPr>
                  <w:rStyle w:val="Hyperlink"/>
                </w:rPr>
                <w:t>drshumila13@gmail.com</w:t>
              </w:r>
            </w:hyperlink>
          </w:p>
          <w:p w14:paraId="2265E91A" w14:textId="77777777" w:rsidR="00CD4BF2" w:rsidRPr="008811A7" w:rsidRDefault="00CD4BF2" w:rsidP="006852C2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157210" w:rsidRPr="00257E6B" w14:paraId="29F78D76" w14:textId="77777777" w:rsidTr="00615FEE">
        <w:trPr>
          <w:trHeight w:val="845"/>
        </w:trPr>
        <w:tc>
          <w:tcPr>
            <w:tcW w:w="990" w:type="dxa"/>
          </w:tcPr>
          <w:p w14:paraId="15663F85" w14:textId="77777777" w:rsidR="00157210" w:rsidRPr="00615FEE" w:rsidRDefault="00157210" w:rsidP="00615FE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0E9F8060" w14:textId="77777777" w:rsidR="00157210" w:rsidRPr="00570D12" w:rsidRDefault="00157210" w:rsidP="006852C2">
            <w:r w:rsidRPr="00570D12">
              <w:t>Dr Muhammad Kashif Nawaz</w:t>
            </w:r>
          </w:p>
        </w:tc>
        <w:tc>
          <w:tcPr>
            <w:tcW w:w="1260" w:type="dxa"/>
          </w:tcPr>
          <w:p w14:paraId="180C990D" w14:textId="77777777" w:rsidR="00157210" w:rsidRPr="00570D12" w:rsidRDefault="00157210" w:rsidP="006852C2"/>
        </w:tc>
        <w:tc>
          <w:tcPr>
            <w:tcW w:w="3690" w:type="dxa"/>
          </w:tcPr>
          <w:p w14:paraId="365847B6" w14:textId="77777777" w:rsidR="00157210" w:rsidRPr="00570D12" w:rsidRDefault="00157210" w:rsidP="006852C2">
            <w:r w:rsidRPr="00570D12">
              <w:t>Nawaz Memorial Hospital Opposite Eid Gah Masjid Talagang</w:t>
            </w:r>
          </w:p>
        </w:tc>
        <w:tc>
          <w:tcPr>
            <w:tcW w:w="1890" w:type="dxa"/>
          </w:tcPr>
          <w:p w14:paraId="73C3EF99" w14:textId="77777777" w:rsidR="00157210" w:rsidRPr="00570D12" w:rsidRDefault="00157210" w:rsidP="006852C2">
            <w:r w:rsidRPr="00570D12">
              <w:t>0336 8855984</w:t>
            </w:r>
          </w:p>
        </w:tc>
        <w:tc>
          <w:tcPr>
            <w:tcW w:w="3330" w:type="dxa"/>
          </w:tcPr>
          <w:p w14:paraId="3ECBC2A8" w14:textId="77777777" w:rsidR="00157210" w:rsidRPr="00570D12" w:rsidRDefault="00B6103A" w:rsidP="006852C2">
            <w:hyperlink r:id="rId73">
              <w:r w:rsidR="00157210" w:rsidRPr="00570D12">
                <w:t>kashifnawazfumc@gmail.com</w:t>
              </w:r>
            </w:hyperlink>
          </w:p>
        </w:tc>
      </w:tr>
      <w:tr w:rsidR="00157210" w:rsidRPr="00257E6B" w14:paraId="72ECC6B4" w14:textId="77777777" w:rsidTr="00615FEE">
        <w:trPr>
          <w:trHeight w:val="845"/>
        </w:trPr>
        <w:tc>
          <w:tcPr>
            <w:tcW w:w="990" w:type="dxa"/>
          </w:tcPr>
          <w:p w14:paraId="18FAA6F6" w14:textId="77777777" w:rsidR="00157210" w:rsidRPr="00615FEE" w:rsidRDefault="00157210" w:rsidP="00615FE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62E3DC98" w14:textId="77777777" w:rsidR="00157210" w:rsidRPr="00570D12" w:rsidRDefault="00157210" w:rsidP="006852C2">
            <w:r w:rsidRPr="00570D12">
              <w:t>Dr Muhammad Arshad Malik</w:t>
            </w:r>
          </w:p>
        </w:tc>
        <w:tc>
          <w:tcPr>
            <w:tcW w:w="1260" w:type="dxa"/>
          </w:tcPr>
          <w:p w14:paraId="5A929A05" w14:textId="77777777" w:rsidR="00157210" w:rsidRPr="00570D12" w:rsidRDefault="00157210" w:rsidP="006852C2"/>
        </w:tc>
        <w:tc>
          <w:tcPr>
            <w:tcW w:w="3690" w:type="dxa"/>
          </w:tcPr>
          <w:p w14:paraId="452B93BF" w14:textId="77777777" w:rsidR="00157210" w:rsidRPr="00570D12" w:rsidRDefault="00157210" w:rsidP="006852C2">
            <w:r w:rsidRPr="00570D12">
              <w:t>Mother and Child Care Hospital Main Mianwali Road</w:t>
            </w:r>
          </w:p>
          <w:p w14:paraId="33CFEFBD" w14:textId="77777777" w:rsidR="00157210" w:rsidRPr="00570D12" w:rsidRDefault="00157210" w:rsidP="006852C2">
            <w:r w:rsidRPr="00570D12">
              <w:t>Talagang</w:t>
            </w:r>
          </w:p>
        </w:tc>
        <w:tc>
          <w:tcPr>
            <w:tcW w:w="1890" w:type="dxa"/>
          </w:tcPr>
          <w:p w14:paraId="4B2CE7F9" w14:textId="77777777" w:rsidR="00157210" w:rsidRPr="00570D12" w:rsidRDefault="00157210" w:rsidP="006852C2">
            <w:r w:rsidRPr="00570D12">
              <w:t>0321 9696503</w:t>
            </w:r>
          </w:p>
        </w:tc>
        <w:tc>
          <w:tcPr>
            <w:tcW w:w="3330" w:type="dxa"/>
          </w:tcPr>
          <w:p w14:paraId="14CC0BC8" w14:textId="77777777" w:rsidR="00157210" w:rsidRPr="00570D12" w:rsidRDefault="00B6103A" w:rsidP="006852C2">
            <w:hyperlink r:id="rId74">
              <w:r w:rsidR="00157210" w:rsidRPr="00570D12">
                <w:t>careismybiz@gmail.com</w:t>
              </w:r>
            </w:hyperlink>
          </w:p>
        </w:tc>
      </w:tr>
      <w:tr w:rsidR="00946507" w:rsidRPr="00257E6B" w14:paraId="0C04D8CE" w14:textId="77777777" w:rsidTr="00615FEE">
        <w:trPr>
          <w:trHeight w:val="845"/>
        </w:trPr>
        <w:tc>
          <w:tcPr>
            <w:tcW w:w="990" w:type="dxa"/>
          </w:tcPr>
          <w:p w14:paraId="5D3E2DA0" w14:textId="77777777" w:rsidR="00946507" w:rsidRPr="00615FEE" w:rsidRDefault="00946507" w:rsidP="00615FE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35692A88" w14:textId="77777777" w:rsidR="00946507" w:rsidRPr="00570D12" w:rsidRDefault="00946507" w:rsidP="006852C2">
            <w:r w:rsidRPr="00570D12">
              <w:t>Dr Jawad Javed</w:t>
            </w:r>
          </w:p>
        </w:tc>
        <w:tc>
          <w:tcPr>
            <w:tcW w:w="1260" w:type="dxa"/>
          </w:tcPr>
          <w:p w14:paraId="1E9165A5" w14:textId="77777777" w:rsidR="00946507" w:rsidRPr="00570D12" w:rsidRDefault="00946507" w:rsidP="006852C2"/>
        </w:tc>
        <w:tc>
          <w:tcPr>
            <w:tcW w:w="3690" w:type="dxa"/>
          </w:tcPr>
          <w:p w14:paraId="4AF5344C" w14:textId="77777777" w:rsidR="00946507" w:rsidRPr="00570D12" w:rsidRDefault="00946507" w:rsidP="006852C2">
            <w:r w:rsidRPr="00570D12">
              <w:t>Dr Zubaida Javed Hospital Rawalpindi Road</w:t>
            </w:r>
          </w:p>
          <w:p w14:paraId="3BE41AC8" w14:textId="77777777" w:rsidR="00946507" w:rsidRPr="00570D12" w:rsidRDefault="00946507" w:rsidP="006852C2">
            <w:r w:rsidRPr="00570D12">
              <w:t>Chakwal</w:t>
            </w:r>
          </w:p>
        </w:tc>
        <w:tc>
          <w:tcPr>
            <w:tcW w:w="1890" w:type="dxa"/>
          </w:tcPr>
          <w:p w14:paraId="38E435F6" w14:textId="77777777" w:rsidR="00946507" w:rsidRPr="00570D12" w:rsidRDefault="00946507" w:rsidP="006852C2">
            <w:r w:rsidRPr="00570D12">
              <w:t>0333 5137156</w:t>
            </w:r>
          </w:p>
        </w:tc>
        <w:tc>
          <w:tcPr>
            <w:tcW w:w="3330" w:type="dxa"/>
          </w:tcPr>
          <w:p w14:paraId="25F6E6E6" w14:textId="77777777" w:rsidR="00946507" w:rsidRPr="00570D12" w:rsidRDefault="00B6103A" w:rsidP="006852C2">
            <w:hyperlink r:id="rId75">
              <w:r w:rsidR="00946507" w:rsidRPr="00570D12">
                <w:t>jawadjavaid81@gmail.com</w:t>
              </w:r>
            </w:hyperlink>
          </w:p>
        </w:tc>
      </w:tr>
      <w:tr w:rsidR="00946507" w:rsidRPr="00257E6B" w14:paraId="69633A75" w14:textId="77777777" w:rsidTr="00615FEE">
        <w:trPr>
          <w:trHeight w:val="845"/>
        </w:trPr>
        <w:tc>
          <w:tcPr>
            <w:tcW w:w="990" w:type="dxa"/>
          </w:tcPr>
          <w:p w14:paraId="30FE02BF" w14:textId="77777777" w:rsidR="00946507" w:rsidRPr="00615FEE" w:rsidRDefault="00946507" w:rsidP="00615FE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1BBC1DCC" w14:textId="77777777" w:rsidR="00946507" w:rsidRPr="00570D12" w:rsidRDefault="00946507" w:rsidP="006852C2">
            <w:r w:rsidRPr="00570D12">
              <w:t>Dr Awais Aftab</w:t>
            </w:r>
          </w:p>
        </w:tc>
        <w:tc>
          <w:tcPr>
            <w:tcW w:w="1260" w:type="dxa"/>
          </w:tcPr>
          <w:p w14:paraId="1ACFEEBB" w14:textId="77777777" w:rsidR="00946507" w:rsidRPr="00570D12" w:rsidRDefault="00946507" w:rsidP="006852C2"/>
        </w:tc>
        <w:tc>
          <w:tcPr>
            <w:tcW w:w="3690" w:type="dxa"/>
          </w:tcPr>
          <w:p w14:paraId="36064AAF" w14:textId="77777777" w:rsidR="00946507" w:rsidRPr="00570D12" w:rsidRDefault="00946507" w:rsidP="006852C2">
            <w:r w:rsidRPr="00570D12">
              <w:t>Mustafa Child Clinic Near Lasani Hotel Talagang, Chakwal</w:t>
            </w:r>
          </w:p>
        </w:tc>
        <w:tc>
          <w:tcPr>
            <w:tcW w:w="1890" w:type="dxa"/>
          </w:tcPr>
          <w:p w14:paraId="2A6BF1BE" w14:textId="77777777" w:rsidR="00946507" w:rsidRPr="00570D12" w:rsidRDefault="00946507" w:rsidP="006852C2">
            <w:r w:rsidRPr="00570D12">
              <w:t>0332 8511925</w:t>
            </w:r>
          </w:p>
        </w:tc>
        <w:tc>
          <w:tcPr>
            <w:tcW w:w="3330" w:type="dxa"/>
          </w:tcPr>
          <w:p w14:paraId="0A25DB85" w14:textId="77777777" w:rsidR="00946507" w:rsidRPr="00570D12" w:rsidRDefault="00B6103A" w:rsidP="006852C2">
            <w:hyperlink r:id="rId76">
              <w:r w:rsidR="00946507" w:rsidRPr="00570D12">
                <w:t>drawaishayat@gmail.com</w:t>
              </w:r>
            </w:hyperlink>
          </w:p>
        </w:tc>
      </w:tr>
      <w:tr w:rsidR="00946507" w:rsidRPr="00257E6B" w14:paraId="568AD615" w14:textId="77777777" w:rsidTr="00615FEE">
        <w:trPr>
          <w:trHeight w:val="845"/>
        </w:trPr>
        <w:tc>
          <w:tcPr>
            <w:tcW w:w="990" w:type="dxa"/>
          </w:tcPr>
          <w:p w14:paraId="1EC67CBD" w14:textId="77777777" w:rsidR="00946507" w:rsidRPr="00615FEE" w:rsidRDefault="00946507" w:rsidP="00615FE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3FAC1728" w14:textId="77777777" w:rsidR="00946507" w:rsidRPr="00570D12" w:rsidRDefault="00946507" w:rsidP="006852C2">
            <w:r w:rsidRPr="00570D12">
              <w:t>Dr Jabran Javed</w:t>
            </w:r>
          </w:p>
        </w:tc>
        <w:tc>
          <w:tcPr>
            <w:tcW w:w="1260" w:type="dxa"/>
          </w:tcPr>
          <w:p w14:paraId="480131B9" w14:textId="77777777" w:rsidR="00946507" w:rsidRPr="00570D12" w:rsidRDefault="00946507" w:rsidP="006852C2"/>
        </w:tc>
        <w:tc>
          <w:tcPr>
            <w:tcW w:w="3690" w:type="dxa"/>
          </w:tcPr>
          <w:p w14:paraId="70DD5807" w14:textId="77777777" w:rsidR="00946507" w:rsidRPr="00570D12" w:rsidRDefault="00946507" w:rsidP="006852C2">
            <w:r w:rsidRPr="00570D12">
              <w:t>Javed Clinic Pindi Road Chakwal</w:t>
            </w:r>
          </w:p>
        </w:tc>
        <w:tc>
          <w:tcPr>
            <w:tcW w:w="1890" w:type="dxa"/>
          </w:tcPr>
          <w:p w14:paraId="7686EBDE" w14:textId="77777777" w:rsidR="00946507" w:rsidRPr="00570D12" w:rsidRDefault="00946507" w:rsidP="006852C2">
            <w:r w:rsidRPr="00570D12">
              <w:t>0312 5575100</w:t>
            </w:r>
          </w:p>
        </w:tc>
        <w:tc>
          <w:tcPr>
            <w:tcW w:w="3330" w:type="dxa"/>
          </w:tcPr>
          <w:p w14:paraId="31139012" w14:textId="77777777" w:rsidR="00946507" w:rsidRPr="00570D12" w:rsidRDefault="00B6103A" w:rsidP="006852C2">
            <w:hyperlink r:id="rId77">
              <w:r w:rsidR="00946507" w:rsidRPr="00570D12">
                <w:t>jabranjaved@hotmail.com</w:t>
              </w:r>
            </w:hyperlink>
          </w:p>
        </w:tc>
      </w:tr>
      <w:tr w:rsidR="00946507" w:rsidRPr="00257E6B" w14:paraId="65B172D2" w14:textId="77777777" w:rsidTr="00615FEE">
        <w:trPr>
          <w:trHeight w:val="845"/>
        </w:trPr>
        <w:tc>
          <w:tcPr>
            <w:tcW w:w="990" w:type="dxa"/>
          </w:tcPr>
          <w:p w14:paraId="2743D1C6" w14:textId="77777777" w:rsidR="00946507" w:rsidRPr="00615FEE" w:rsidRDefault="00946507" w:rsidP="00615FE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6FD37337" w14:textId="77777777" w:rsidR="00946507" w:rsidRPr="00570D12" w:rsidRDefault="00946507" w:rsidP="006852C2">
            <w:r w:rsidRPr="00570D12">
              <w:t>Dr Arslan Yaqoob</w:t>
            </w:r>
          </w:p>
        </w:tc>
        <w:tc>
          <w:tcPr>
            <w:tcW w:w="1260" w:type="dxa"/>
          </w:tcPr>
          <w:p w14:paraId="1DF80077" w14:textId="77777777" w:rsidR="00946507" w:rsidRPr="00570D12" w:rsidRDefault="00946507" w:rsidP="006852C2"/>
        </w:tc>
        <w:tc>
          <w:tcPr>
            <w:tcW w:w="3690" w:type="dxa"/>
          </w:tcPr>
          <w:p w14:paraId="4E3695E5" w14:textId="77777777" w:rsidR="00946507" w:rsidRPr="00570D12" w:rsidRDefault="00946507" w:rsidP="006852C2">
            <w:r w:rsidRPr="00570D12">
              <w:t>Chakwal City</w:t>
            </w:r>
          </w:p>
        </w:tc>
        <w:tc>
          <w:tcPr>
            <w:tcW w:w="1890" w:type="dxa"/>
          </w:tcPr>
          <w:p w14:paraId="1F2142AB" w14:textId="77777777" w:rsidR="00946507" w:rsidRPr="00570D12" w:rsidRDefault="00946507" w:rsidP="006852C2">
            <w:r w:rsidRPr="00570D12">
              <w:t>0332 5471118</w:t>
            </w:r>
          </w:p>
        </w:tc>
        <w:tc>
          <w:tcPr>
            <w:tcW w:w="3330" w:type="dxa"/>
          </w:tcPr>
          <w:p w14:paraId="5A0750BE" w14:textId="77777777" w:rsidR="00946507" w:rsidRPr="00570D12" w:rsidRDefault="00B6103A" w:rsidP="006852C2">
            <w:hyperlink r:id="rId78">
              <w:r w:rsidR="00946507" w:rsidRPr="00570D12">
                <w:t>drarslan.yaqoob@gmail.com</w:t>
              </w:r>
            </w:hyperlink>
          </w:p>
        </w:tc>
      </w:tr>
      <w:tr w:rsidR="00946507" w:rsidRPr="00257E6B" w14:paraId="7F11C3EB" w14:textId="77777777" w:rsidTr="00615FEE">
        <w:trPr>
          <w:trHeight w:val="845"/>
        </w:trPr>
        <w:tc>
          <w:tcPr>
            <w:tcW w:w="990" w:type="dxa"/>
          </w:tcPr>
          <w:p w14:paraId="638ECE69" w14:textId="77777777" w:rsidR="00946507" w:rsidRPr="00615FEE" w:rsidRDefault="00946507" w:rsidP="00615FE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7891701A" w14:textId="77777777" w:rsidR="00946507" w:rsidRPr="00570D12" w:rsidRDefault="00946507" w:rsidP="006852C2">
            <w:r w:rsidRPr="00570D12">
              <w:t>Dr Muhammad Arslan</w:t>
            </w:r>
          </w:p>
        </w:tc>
        <w:tc>
          <w:tcPr>
            <w:tcW w:w="1260" w:type="dxa"/>
          </w:tcPr>
          <w:p w14:paraId="7E868D1A" w14:textId="77777777" w:rsidR="00946507" w:rsidRPr="00570D12" w:rsidRDefault="00946507" w:rsidP="006852C2"/>
        </w:tc>
        <w:tc>
          <w:tcPr>
            <w:tcW w:w="3690" w:type="dxa"/>
          </w:tcPr>
          <w:p w14:paraId="0AE021CC" w14:textId="77777777" w:rsidR="00946507" w:rsidRPr="00570D12" w:rsidRDefault="00946507" w:rsidP="006852C2">
            <w:r w:rsidRPr="00570D12">
              <w:t>Azlan Medicare Hospital Near IDC Lab</w:t>
            </w:r>
          </w:p>
          <w:p w14:paraId="537D529E" w14:textId="77777777" w:rsidR="00946507" w:rsidRPr="00570D12" w:rsidRDefault="00946507" w:rsidP="006852C2">
            <w:r w:rsidRPr="00570D12">
              <w:t>Gulberg Town Rawalpindi Road Chakwal</w:t>
            </w:r>
          </w:p>
        </w:tc>
        <w:tc>
          <w:tcPr>
            <w:tcW w:w="1890" w:type="dxa"/>
          </w:tcPr>
          <w:p w14:paraId="09D76A7E" w14:textId="77777777" w:rsidR="00946507" w:rsidRPr="00570D12" w:rsidRDefault="00946507" w:rsidP="006852C2">
            <w:r w:rsidRPr="00570D12">
              <w:t>0334 5671606</w:t>
            </w:r>
          </w:p>
        </w:tc>
        <w:tc>
          <w:tcPr>
            <w:tcW w:w="3330" w:type="dxa"/>
          </w:tcPr>
          <w:p w14:paraId="281D1740" w14:textId="77777777" w:rsidR="00946507" w:rsidRPr="00570D12" w:rsidRDefault="00B6103A" w:rsidP="006852C2">
            <w:hyperlink r:id="rId79">
              <w:r w:rsidR="00946507" w:rsidRPr="00570D12">
                <w:t>muhammadarslan10@gmail.com</w:t>
              </w:r>
            </w:hyperlink>
          </w:p>
        </w:tc>
      </w:tr>
      <w:tr w:rsidR="0053377F" w:rsidRPr="00257E6B" w14:paraId="0141647B" w14:textId="77777777" w:rsidTr="00615FEE">
        <w:trPr>
          <w:trHeight w:val="845"/>
        </w:trPr>
        <w:tc>
          <w:tcPr>
            <w:tcW w:w="990" w:type="dxa"/>
          </w:tcPr>
          <w:p w14:paraId="68D9D458" w14:textId="77777777" w:rsidR="0053377F" w:rsidRPr="00615FEE" w:rsidRDefault="0053377F" w:rsidP="00615FE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07B41202" w14:textId="54710060" w:rsidR="0053377F" w:rsidRPr="00570D12" w:rsidRDefault="0053377F" w:rsidP="006852C2">
            <w:r>
              <w:t>Dr. Yasir Faheem</w:t>
            </w:r>
          </w:p>
        </w:tc>
        <w:tc>
          <w:tcPr>
            <w:tcW w:w="1260" w:type="dxa"/>
          </w:tcPr>
          <w:p w14:paraId="222388A2" w14:textId="77777777" w:rsidR="0053377F" w:rsidRPr="00570D12" w:rsidRDefault="0053377F" w:rsidP="006852C2"/>
        </w:tc>
        <w:tc>
          <w:tcPr>
            <w:tcW w:w="3690" w:type="dxa"/>
          </w:tcPr>
          <w:p w14:paraId="483D6147" w14:textId="74108AA9" w:rsidR="0053377F" w:rsidRPr="00570D12" w:rsidRDefault="0053377F" w:rsidP="006852C2">
            <w:r>
              <w:t>Kalar Syedan</w:t>
            </w:r>
          </w:p>
        </w:tc>
        <w:tc>
          <w:tcPr>
            <w:tcW w:w="1890" w:type="dxa"/>
          </w:tcPr>
          <w:p w14:paraId="75C9C3FF" w14:textId="4A04A33B" w:rsidR="0053377F" w:rsidRPr="00570D12" w:rsidRDefault="0053377F" w:rsidP="006852C2">
            <w:r>
              <w:t>0333-5575280</w:t>
            </w:r>
          </w:p>
        </w:tc>
        <w:tc>
          <w:tcPr>
            <w:tcW w:w="3330" w:type="dxa"/>
          </w:tcPr>
          <w:p w14:paraId="5870FA5B" w14:textId="77777777" w:rsidR="0053377F" w:rsidRDefault="0053377F" w:rsidP="006852C2"/>
        </w:tc>
      </w:tr>
      <w:tr w:rsidR="0053377F" w:rsidRPr="00257E6B" w14:paraId="52D3CF1C" w14:textId="77777777" w:rsidTr="00615FEE">
        <w:trPr>
          <w:trHeight w:val="845"/>
        </w:trPr>
        <w:tc>
          <w:tcPr>
            <w:tcW w:w="990" w:type="dxa"/>
          </w:tcPr>
          <w:p w14:paraId="2F77E6D9" w14:textId="77777777" w:rsidR="0053377F" w:rsidRPr="00615FEE" w:rsidRDefault="0053377F" w:rsidP="00615FE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25DFE5A1" w14:textId="0890BB17" w:rsidR="0053377F" w:rsidRDefault="00F26EE8" w:rsidP="00F26EE8">
            <w:r>
              <w:t xml:space="preserve">Dr Guleraana Liaquat </w:t>
            </w:r>
          </w:p>
        </w:tc>
        <w:tc>
          <w:tcPr>
            <w:tcW w:w="1260" w:type="dxa"/>
          </w:tcPr>
          <w:p w14:paraId="19792051" w14:textId="7E67885E" w:rsidR="0053377F" w:rsidRPr="00570D12" w:rsidRDefault="00F26EE8" w:rsidP="00F26EE8">
            <w:r>
              <w:t>21897-P</w:t>
            </w:r>
          </w:p>
        </w:tc>
        <w:tc>
          <w:tcPr>
            <w:tcW w:w="3690" w:type="dxa"/>
          </w:tcPr>
          <w:p w14:paraId="6A8E68AB" w14:textId="77777777" w:rsidR="00F26EE8" w:rsidRDefault="00F26EE8" w:rsidP="00F26EE8">
            <w:r>
              <w:t>Islamabad</w:t>
            </w:r>
          </w:p>
          <w:p w14:paraId="56D97A33" w14:textId="04B33895" w:rsidR="0053377F" w:rsidRDefault="0053377F" w:rsidP="006852C2"/>
        </w:tc>
        <w:tc>
          <w:tcPr>
            <w:tcW w:w="1890" w:type="dxa"/>
          </w:tcPr>
          <w:p w14:paraId="7031C7E6" w14:textId="45791A50" w:rsidR="0053377F" w:rsidRDefault="00F26EE8" w:rsidP="006852C2">
            <w:r>
              <w:t>0347-2020031</w:t>
            </w:r>
          </w:p>
        </w:tc>
        <w:tc>
          <w:tcPr>
            <w:tcW w:w="3330" w:type="dxa"/>
          </w:tcPr>
          <w:p w14:paraId="40CEA66F" w14:textId="40794D21" w:rsidR="0053377F" w:rsidRDefault="00F26EE8" w:rsidP="006852C2">
            <w:r>
              <w:t>Dr.guleraanaliaqat@yahoo.com</w:t>
            </w:r>
          </w:p>
        </w:tc>
      </w:tr>
      <w:tr w:rsidR="0053377F" w:rsidRPr="00257E6B" w14:paraId="18D5B9E9" w14:textId="77777777" w:rsidTr="00615FEE">
        <w:trPr>
          <w:trHeight w:val="845"/>
        </w:trPr>
        <w:tc>
          <w:tcPr>
            <w:tcW w:w="990" w:type="dxa"/>
          </w:tcPr>
          <w:p w14:paraId="77A0F2AA" w14:textId="77777777" w:rsidR="0053377F" w:rsidRPr="00615FEE" w:rsidRDefault="0053377F" w:rsidP="00615FE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748A502D" w14:textId="1FB2FF3B" w:rsidR="0053377F" w:rsidRDefault="00E62AE6" w:rsidP="006852C2">
            <w:r>
              <w:t>Dr. M. Sha</w:t>
            </w:r>
            <w:r w:rsidR="0053377F">
              <w:t>fique</w:t>
            </w:r>
          </w:p>
        </w:tc>
        <w:tc>
          <w:tcPr>
            <w:tcW w:w="1260" w:type="dxa"/>
          </w:tcPr>
          <w:p w14:paraId="7932C841" w14:textId="77777777" w:rsidR="0053377F" w:rsidRPr="00570D12" w:rsidRDefault="0053377F" w:rsidP="006852C2"/>
        </w:tc>
        <w:tc>
          <w:tcPr>
            <w:tcW w:w="3690" w:type="dxa"/>
          </w:tcPr>
          <w:p w14:paraId="2C3953D6" w14:textId="548D199D" w:rsidR="0053377F" w:rsidRDefault="00E62AE6" w:rsidP="006852C2">
            <w:r>
              <w:t>Shifa Hospital, GT Road Dina, Jhelum</w:t>
            </w:r>
          </w:p>
        </w:tc>
        <w:tc>
          <w:tcPr>
            <w:tcW w:w="1890" w:type="dxa"/>
          </w:tcPr>
          <w:p w14:paraId="2E51F3B6" w14:textId="51492A7F" w:rsidR="0053377F" w:rsidRDefault="0053377F" w:rsidP="006852C2">
            <w:r>
              <w:t>0345-5682454</w:t>
            </w:r>
          </w:p>
        </w:tc>
        <w:tc>
          <w:tcPr>
            <w:tcW w:w="3330" w:type="dxa"/>
          </w:tcPr>
          <w:p w14:paraId="18FF6516" w14:textId="5078C64C" w:rsidR="0053377F" w:rsidRDefault="00B6103A" w:rsidP="006852C2">
            <w:hyperlink r:id="rId80" w:history="1">
              <w:r w:rsidR="0053377F" w:rsidRPr="00FF0580">
                <w:rPr>
                  <w:rStyle w:val="Hyperlink"/>
                </w:rPr>
                <w:t>Shafique44@gmail.com</w:t>
              </w:r>
            </w:hyperlink>
          </w:p>
        </w:tc>
      </w:tr>
      <w:tr w:rsidR="0053377F" w:rsidRPr="00257E6B" w14:paraId="670C5A0C" w14:textId="77777777" w:rsidTr="00615FEE">
        <w:trPr>
          <w:trHeight w:val="845"/>
        </w:trPr>
        <w:tc>
          <w:tcPr>
            <w:tcW w:w="990" w:type="dxa"/>
          </w:tcPr>
          <w:p w14:paraId="23BDA8E3" w14:textId="77777777" w:rsidR="0053377F" w:rsidRPr="00615FEE" w:rsidRDefault="0053377F" w:rsidP="00615FE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3E04C99B" w14:textId="79524F8C" w:rsidR="0053377F" w:rsidRDefault="0053377F" w:rsidP="006852C2">
            <w:r>
              <w:t>Dr. M. Adnan Ahmed Sethi</w:t>
            </w:r>
          </w:p>
        </w:tc>
        <w:tc>
          <w:tcPr>
            <w:tcW w:w="1260" w:type="dxa"/>
          </w:tcPr>
          <w:p w14:paraId="58B7218A" w14:textId="77777777" w:rsidR="0053377F" w:rsidRPr="00570D12" w:rsidRDefault="0053377F" w:rsidP="006852C2"/>
        </w:tc>
        <w:tc>
          <w:tcPr>
            <w:tcW w:w="3690" w:type="dxa"/>
          </w:tcPr>
          <w:p w14:paraId="048E89FF" w14:textId="6D98C91B" w:rsidR="0053377F" w:rsidRDefault="00E62AE6" w:rsidP="006852C2">
            <w:r>
              <w:t>H# 664, St# 43, Block-C, PWD Housing Society, Islamabad</w:t>
            </w:r>
          </w:p>
        </w:tc>
        <w:tc>
          <w:tcPr>
            <w:tcW w:w="1890" w:type="dxa"/>
          </w:tcPr>
          <w:p w14:paraId="6B50AD76" w14:textId="166CEC0D" w:rsidR="0053377F" w:rsidRDefault="0053377F" w:rsidP="006852C2">
            <w:r>
              <w:t>0336-5242994</w:t>
            </w:r>
          </w:p>
        </w:tc>
        <w:tc>
          <w:tcPr>
            <w:tcW w:w="3330" w:type="dxa"/>
          </w:tcPr>
          <w:p w14:paraId="111B800E" w14:textId="22DF8799" w:rsidR="0053377F" w:rsidRDefault="00B6103A" w:rsidP="006852C2">
            <w:hyperlink r:id="rId81" w:history="1">
              <w:r w:rsidR="0053377F" w:rsidRPr="00FF0580">
                <w:rPr>
                  <w:rStyle w:val="Hyperlink"/>
                </w:rPr>
                <w:t>Adnansethi75@gmail.com</w:t>
              </w:r>
            </w:hyperlink>
          </w:p>
        </w:tc>
      </w:tr>
      <w:tr w:rsidR="00615FEE" w14:paraId="7B22C693" w14:textId="77777777" w:rsidTr="00615FEE">
        <w:trPr>
          <w:trHeight w:val="845"/>
        </w:trPr>
        <w:tc>
          <w:tcPr>
            <w:tcW w:w="990" w:type="dxa"/>
          </w:tcPr>
          <w:p w14:paraId="1A58BE12" w14:textId="77777777" w:rsidR="00615FEE" w:rsidRPr="00615FEE" w:rsidRDefault="00615FEE" w:rsidP="00615FE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598081BE" w14:textId="77777777" w:rsidR="00615FEE" w:rsidRDefault="00615FEE" w:rsidP="00CE0FCD">
            <w:r>
              <w:t>Dr. Syed Maria Gilani</w:t>
            </w:r>
          </w:p>
        </w:tc>
        <w:tc>
          <w:tcPr>
            <w:tcW w:w="1260" w:type="dxa"/>
          </w:tcPr>
          <w:p w14:paraId="31FE419F" w14:textId="77777777" w:rsidR="00615FEE" w:rsidRPr="00570D12" w:rsidRDefault="00615FEE" w:rsidP="00CE0FCD">
            <w:r>
              <w:t>3577-AJK</w:t>
            </w:r>
          </w:p>
        </w:tc>
        <w:tc>
          <w:tcPr>
            <w:tcW w:w="3690" w:type="dxa"/>
          </w:tcPr>
          <w:p w14:paraId="02284450" w14:textId="77777777" w:rsidR="00615FEE" w:rsidRDefault="00615FEE" w:rsidP="00CE0FCD">
            <w:r>
              <w:t>Gulshan E Elaudin Colony, St# 1, Phase 1, Muzaffarabad</w:t>
            </w:r>
          </w:p>
        </w:tc>
        <w:tc>
          <w:tcPr>
            <w:tcW w:w="1890" w:type="dxa"/>
          </w:tcPr>
          <w:p w14:paraId="5DD1527B" w14:textId="77777777" w:rsidR="00615FEE" w:rsidRDefault="00615FEE" w:rsidP="00CE0FCD">
            <w:r>
              <w:t>03446620200</w:t>
            </w:r>
          </w:p>
        </w:tc>
        <w:tc>
          <w:tcPr>
            <w:tcW w:w="3330" w:type="dxa"/>
          </w:tcPr>
          <w:p w14:paraId="425612FA" w14:textId="77777777" w:rsidR="00615FEE" w:rsidRDefault="00615FEE" w:rsidP="00CE0FCD">
            <w:r>
              <w:t>smariagillani@gmail.com</w:t>
            </w:r>
          </w:p>
        </w:tc>
      </w:tr>
      <w:tr w:rsidR="00615FEE" w14:paraId="7ECE2973" w14:textId="77777777" w:rsidTr="00615FEE">
        <w:trPr>
          <w:trHeight w:val="845"/>
        </w:trPr>
        <w:tc>
          <w:tcPr>
            <w:tcW w:w="990" w:type="dxa"/>
          </w:tcPr>
          <w:p w14:paraId="7F7DC31C" w14:textId="77777777" w:rsidR="00615FEE" w:rsidRPr="00615FEE" w:rsidRDefault="00615FEE" w:rsidP="00615FE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16B2F6CB" w14:textId="77777777" w:rsidR="00615FEE" w:rsidRDefault="00615FEE" w:rsidP="002A4907">
            <w:r>
              <w:t>Dr. Raja Imtiaz Ahmed</w:t>
            </w:r>
          </w:p>
        </w:tc>
        <w:tc>
          <w:tcPr>
            <w:tcW w:w="1260" w:type="dxa"/>
          </w:tcPr>
          <w:p w14:paraId="6AB299B1" w14:textId="77777777" w:rsidR="00615FEE" w:rsidRPr="00570D12" w:rsidRDefault="00615FEE" w:rsidP="002A4907">
            <w:r>
              <w:t>2277-AJK</w:t>
            </w:r>
          </w:p>
        </w:tc>
        <w:tc>
          <w:tcPr>
            <w:tcW w:w="3690" w:type="dxa"/>
          </w:tcPr>
          <w:p w14:paraId="60BF143C" w14:textId="77777777" w:rsidR="00615FEE" w:rsidRDefault="00615FEE" w:rsidP="002A4907">
            <w:r>
              <w:t>Village view marquee Rawani, Muzaffarabad</w:t>
            </w:r>
          </w:p>
        </w:tc>
        <w:tc>
          <w:tcPr>
            <w:tcW w:w="1890" w:type="dxa"/>
          </w:tcPr>
          <w:p w14:paraId="1D782215" w14:textId="77777777" w:rsidR="00615FEE" w:rsidRDefault="00615FEE" w:rsidP="002A4907">
            <w:r>
              <w:t>0321-9806878</w:t>
            </w:r>
          </w:p>
        </w:tc>
        <w:tc>
          <w:tcPr>
            <w:tcW w:w="3330" w:type="dxa"/>
          </w:tcPr>
          <w:p w14:paraId="24C042C4" w14:textId="77777777" w:rsidR="00615FEE" w:rsidRDefault="00615FEE" w:rsidP="002A4907">
            <w:r>
              <w:t>Rajaimtiaz119@gmail.com</w:t>
            </w:r>
          </w:p>
        </w:tc>
      </w:tr>
      <w:tr w:rsidR="00615FEE" w14:paraId="3410D20A" w14:textId="77777777" w:rsidTr="00615FEE">
        <w:trPr>
          <w:trHeight w:val="845"/>
        </w:trPr>
        <w:tc>
          <w:tcPr>
            <w:tcW w:w="990" w:type="dxa"/>
          </w:tcPr>
          <w:p w14:paraId="46190F39" w14:textId="77777777" w:rsidR="00615FEE" w:rsidRPr="00615FEE" w:rsidRDefault="00615FEE" w:rsidP="00615FE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4A69CDA8" w14:textId="77777777" w:rsidR="00615FEE" w:rsidRDefault="00615FEE" w:rsidP="002A4907">
            <w:r>
              <w:t>Dr. Amara Khursheed</w:t>
            </w:r>
          </w:p>
        </w:tc>
        <w:tc>
          <w:tcPr>
            <w:tcW w:w="1260" w:type="dxa"/>
          </w:tcPr>
          <w:p w14:paraId="5803789A" w14:textId="77777777" w:rsidR="00615FEE" w:rsidRPr="00570D12" w:rsidRDefault="00615FEE" w:rsidP="002A4907"/>
        </w:tc>
        <w:tc>
          <w:tcPr>
            <w:tcW w:w="3690" w:type="dxa"/>
          </w:tcPr>
          <w:p w14:paraId="18368C3B" w14:textId="77777777" w:rsidR="00615FEE" w:rsidRDefault="00615FEE" w:rsidP="002A4907">
            <w:r>
              <w:t>Muzaffarabad</w:t>
            </w:r>
          </w:p>
        </w:tc>
        <w:tc>
          <w:tcPr>
            <w:tcW w:w="1890" w:type="dxa"/>
          </w:tcPr>
          <w:p w14:paraId="7FAE7691" w14:textId="77777777" w:rsidR="00615FEE" w:rsidRDefault="00615FEE" w:rsidP="002A4907">
            <w:r>
              <w:t>0345-4826481</w:t>
            </w:r>
          </w:p>
        </w:tc>
        <w:tc>
          <w:tcPr>
            <w:tcW w:w="3330" w:type="dxa"/>
          </w:tcPr>
          <w:p w14:paraId="63078F49" w14:textId="77777777" w:rsidR="00615FEE" w:rsidRDefault="00615FEE" w:rsidP="002A4907"/>
        </w:tc>
      </w:tr>
      <w:tr w:rsidR="00615FEE" w14:paraId="20AB488C" w14:textId="77777777" w:rsidTr="00615FEE">
        <w:trPr>
          <w:trHeight w:val="845"/>
        </w:trPr>
        <w:tc>
          <w:tcPr>
            <w:tcW w:w="990" w:type="dxa"/>
          </w:tcPr>
          <w:p w14:paraId="0456A067" w14:textId="77777777" w:rsidR="00615FEE" w:rsidRPr="00615FEE" w:rsidRDefault="00615FEE" w:rsidP="00615FE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0A544FEF" w14:textId="77777777" w:rsidR="00615FEE" w:rsidRDefault="00615FEE" w:rsidP="002A4907">
            <w:r>
              <w:t>Dr. Bilal Hussain</w:t>
            </w:r>
          </w:p>
        </w:tc>
        <w:tc>
          <w:tcPr>
            <w:tcW w:w="1260" w:type="dxa"/>
          </w:tcPr>
          <w:p w14:paraId="5F8B465C" w14:textId="77777777" w:rsidR="00615FEE" w:rsidRPr="00570D12" w:rsidRDefault="00615FEE" w:rsidP="002A4907">
            <w:r>
              <w:t>1816-AJK</w:t>
            </w:r>
          </w:p>
        </w:tc>
        <w:tc>
          <w:tcPr>
            <w:tcW w:w="3690" w:type="dxa"/>
          </w:tcPr>
          <w:p w14:paraId="7D171CA6" w14:textId="77777777" w:rsidR="00615FEE" w:rsidRDefault="00615FEE" w:rsidP="002A4907">
            <w:r>
              <w:t>Sain Sehali Sarkar Bridge, Muzaffarabad</w:t>
            </w:r>
          </w:p>
        </w:tc>
        <w:tc>
          <w:tcPr>
            <w:tcW w:w="1890" w:type="dxa"/>
          </w:tcPr>
          <w:p w14:paraId="7AB2F55A" w14:textId="77777777" w:rsidR="00615FEE" w:rsidRDefault="00615FEE" w:rsidP="002A4907">
            <w:r>
              <w:t>0333-5050692</w:t>
            </w:r>
          </w:p>
        </w:tc>
        <w:tc>
          <w:tcPr>
            <w:tcW w:w="3330" w:type="dxa"/>
          </w:tcPr>
          <w:p w14:paraId="3E7B7103" w14:textId="77777777" w:rsidR="00615FEE" w:rsidRDefault="00615FEE" w:rsidP="002A4907">
            <w:r>
              <w:t>Bilalnaqvi999@gmail.com</w:t>
            </w:r>
          </w:p>
        </w:tc>
      </w:tr>
      <w:tr w:rsidR="00615FEE" w14:paraId="778A49C4" w14:textId="77777777" w:rsidTr="00615FEE">
        <w:trPr>
          <w:trHeight w:val="845"/>
        </w:trPr>
        <w:tc>
          <w:tcPr>
            <w:tcW w:w="990" w:type="dxa"/>
          </w:tcPr>
          <w:p w14:paraId="660AEF22" w14:textId="77777777" w:rsidR="00615FEE" w:rsidRPr="00615FEE" w:rsidRDefault="00615FEE" w:rsidP="00615FE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4C84E81B" w14:textId="77777777" w:rsidR="00615FEE" w:rsidRDefault="00615FEE" w:rsidP="002A4907">
            <w:r>
              <w:t>Dr. Sehrish Khan</w:t>
            </w:r>
          </w:p>
        </w:tc>
        <w:tc>
          <w:tcPr>
            <w:tcW w:w="1260" w:type="dxa"/>
          </w:tcPr>
          <w:p w14:paraId="21C93E35" w14:textId="77777777" w:rsidR="00615FEE" w:rsidRPr="00570D12" w:rsidRDefault="00615FEE" w:rsidP="002A4907">
            <w:r>
              <w:t>72636-P</w:t>
            </w:r>
          </w:p>
        </w:tc>
        <w:tc>
          <w:tcPr>
            <w:tcW w:w="3690" w:type="dxa"/>
          </w:tcPr>
          <w:p w14:paraId="40644E65" w14:textId="77777777" w:rsidR="00615FEE" w:rsidRDefault="00615FEE" w:rsidP="002A4907">
            <w:r>
              <w:t>Muzaffarabad- Care &amp; Cure Medical Centre, Chella pull chowk, Muzaffarabad</w:t>
            </w:r>
          </w:p>
        </w:tc>
        <w:tc>
          <w:tcPr>
            <w:tcW w:w="1890" w:type="dxa"/>
          </w:tcPr>
          <w:p w14:paraId="63205C0B" w14:textId="77777777" w:rsidR="00615FEE" w:rsidRDefault="00615FEE" w:rsidP="002A4907">
            <w:r>
              <w:t>0331-8783732</w:t>
            </w:r>
          </w:p>
        </w:tc>
        <w:tc>
          <w:tcPr>
            <w:tcW w:w="3330" w:type="dxa"/>
          </w:tcPr>
          <w:p w14:paraId="6B780CA7" w14:textId="77777777" w:rsidR="00615FEE" w:rsidRDefault="00615FEE" w:rsidP="002A4907">
            <w:r>
              <w:t>Venuswilliams163@gmail.com</w:t>
            </w:r>
          </w:p>
        </w:tc>
      </w:tr>
      <w:tr w:rsidR="00615FEE" w14:paraId="1230145E" w14:textId="77777777" w:rsidTr="00615FEE">
        <w:trPr>
          <w:trHeight w:val="845"/>
        </w:trPr>
        <w:tc>
          <w:tcPr>
            <w:tcW w:w="990" w:type="dxa"/>
          </w:tcPr>
          <w:p w14:paraId="0F3CE203" w14:textId="77777777" w:rsidR="00615FEE" w:rsidRPr="00615FEE" w:rsidRDefault="00615FEE" w:rsidP="00615FE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2DB73FAB" w14:textId="77777777" w:rsidR="00615FEE" w:rsidRDefault="00615FEE" w:rsidP="002A4907">
            <w:r>
              <w:t>Dr. Irum Javed</w:t>
            </w:r>
          </w:p>
        </w:tc>
        <w:tc>
          <w:tcPr>
            <w:tcW w:w="1260" w:type="dxa"/>
          </w:tcPr>
          <w:p w14:paraId="6A124DE6" w14:textId="77777777" w:rsidR="00615FEE" w:rsidRPr="00570D12" w:rsidRDefault="00615FEE" w:rsidP="002A4907"/>
        </w:tc>
        <w:tc>
          <w:tcPr>
            <w:tcW w:w="3690" w:type="dxa"/>
          </w:tcPr>
          <w:p w14:paraId="5B435508" w14:textId="77777777" w:rsidR="00615FEE" w:rsidRDefault="00615FEE" w:rsidP="002A4907">
            <w:r>
              <w:t>Rawalakot</w:t>
            </w:r>
          </w:p>
        </w:tc>
        <w:tc>
          <w:tcPr>
            <w:tcW w:w="1890" w:type="dxa"/>
          </w:tcPr>
          <w:p w14:paraId="41220400" w14:textId="77777777" w:rsidR="00615FEE" w:rsidRDefault="00615FEE" w:rsidP="002A4907">
            <w:r>
              <w:t>0300-5160389</w:t>
            </w:r>
          </w:p>
        </w:tc>
        <w:tc>
          <w:tcPr>
            <w:tcW w:w="3330" w:type="dxa"/>
          </w:tcPr>
          <w:p w14:paraId="510043A6" w14:textId="77777777" w:rsidR="00615FEE" w:rsidRDefault="00615FEE" w:rsidP="002A4907"/>
        </w:tc>
      </w:tr>
      <w:tr w:rsidR="00615FEE" w14:paraId="484E0C22" w14:textId="77777777" w:rsidTr="00615FEE">
        <w:trPr>
          <w:trHeight w:val="845"/>
        </w:trPr>
        <w:tc>
          <w:tcPr>
            <w:tcW w:w="990" w:type="dxa"/>
          </w:tcPr>
          <w:p w14:paraId="598A248D" w14:textId="77777777" w:rsidR="00615FEE" w:rsidRPr="00615FEE" w:rsidRDefault="00615FEE" w:rsidP="00615FE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23A91D3A" w14:textId="77777777" w:rsidR="00615FEE" w:rsidRDefault="00615FEE" w:rsidP="002A4907">
            <w:r>
              <w:t>Dr. Sabeen Yaqoob</w:t>
            </w:r>
          </w:p>
        </w:tc>
        <w:tc>
          <w:tcPr>
            <w:tcW w:w="1260" w:type="dxa"/>
          </w:tcPr>
          <w:p w14:paraId="29D2F20B" w14:textId="77777777" w:rsidR="00615FEE" w:rsidRPr="00570D12" w:rsidRDefault="00615FEE" w:rsidP="002A4907"/>
        </w:tc>
        <w:tc>
          <w:tcPr>
            <w:tcW w:w="3690" w:type="dxa"/>
          </w:tcPr>
          <w:p w14:paraId="1C9C5DC6" w14:textId="77777777" w:rsidR="00615FEE" w:rsidRDefault="00615FEE" w:rsidP="002A4907">
            <w:r>
              <w:t>Muzaffarabad</w:t>
            </w:r>
          </w:p>
        </w:tc>
        <w:tc>
          <w:tcPr>
            <w:tcW w:w="1890" w:type="dxa"/>
          </w:tcPr>
          <w:p w14:paraId="35C63D3D" w14:textId="77777777" w:rsidR="00615FEE" w:rsidRDefault="00615FEE" w:rsidP="002A4907">
            <w:r>
              <w:t>0332-5376277</w:t>
            </w:r>
          </w:p>
        </w:tc>
        <w:tc>
          <w:tcPr>
            <w:tcW w:w="3330" w:type="dxa"/>
          </w:tcPr>
          <w:p w14:paraId="11280B81" w14:textId="77777777" w:rsidR="00615FEE" w:rsidRDefault="00615FEE" w:rsidP="002A4907"/>
        </w:tc>
      </w:tr>
      <w:tr w:rsidR="00615FEE" w14:paraId="39CE57A0" w14:textId="77777777" w:rsidTr="00615FEE">
        <w:trPr>
          <w:trHeight w:val="845"/>
        </w:trPr>
        <w:tc>
          <w:tcPr>
            <w:tcW w:w="990" w:type="dxa"/>
          </w:tcPr>
          <w:p w14:paraId="75345DFF" w14:textId="77777777" w:rsidR="00615FEE" w:rsidRPr="00615FEE" w:rsidRDefault="00615FEE" w:rsidP="00615FE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7507042F" w14:textId="77777777" w:rsidR="00615FEE" w:rsidRDefault="00615FEE" w:rsidP="002A4907">
            <w:r>
              <w:t>Dr. Kiran Ashfaq</w:t>
            </w:r>
          </w:p>
        </w:tc>
        <w:tc>
          <w:tcPr>
            <w:tcW w:w="1260" w:type="dxa"/>
          </w:tcPr>
          <w:p w14:paraId="2938655A" w14:textId="77777777" w:rsidR="00615FEE" w:rsidRDefault="00615FEE" w:rsidP="002A4907"/>
          <w:p w14:paraId="73950549" w14:textId="77777777" w:rsidR="00615FEE" w:rsidRPr="00DF04A3" w:rsidRDefault="00615FEE" w:rsidP="002A4907"/>
        </w:tc>
        <w:tc>
          <w:tcPr>
            <w:tcW w:w="3690" w:type="dxa"/>
          </w:tcPr>
          <w:p w14:paraId="36F8A852" w14:textId="77777777" w:rsidR="00615FEE" w:rsidRDefault="00615FEE" w:rsidP="002A4907">
            <w:r>
              <w:t>Muzaffarabad</w:t>
            </w:r>
          </w:p>
        </w:tc>
        <w:tc>
          <w:tcPr>
            <w:tcW w:w="1890" w:type="dxa"/>
          </w:tcPr>
          <w:p w14:paraId="7C5E33B8" w14:textId="77777777" w:rsidR="00615FEE" w:rsidRDefault="00615FEE" w:rsidP="002A4907">
            <w:r>
              <w:t>0333-9999165</w:t>
            </w:r>
          </w:p>
        </w:tc>
        <w:tc>
          <w:tcPr>
            <w:tcW w:w="3330" w:type="dxa"/>
          </w:tcPr>
          <w:p w14:paraId="44F30331" w14:textId="77777777" w:rsidR="00615FEE" w:rsidRDefault="00615FEE" w:rsidP="002A4907"/>
        </w:tc>
      </w:tr>
      <w:tr w:rsidR="00615FEE" w14:paraId="7A85D78D" w14:textId="77777777" w:rsidTr="00615FEE">
        <w:trPr>
          <w:trHeight w:val="845"/>
        </w:trPr>
        <w:tc>
          <w:tcPr>
            <w:tcW w:w="990" w:type="dxa"/>
          </w:tcPr>
          <w:p w14:paraId="3C047363" w14:textId="1806873D" w:rsidR="00615FEE" w:rsidRPr="00615FEE" w:rsidRDefault="00615FEE" w:rsidP="00615FE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11CB63C6" w14:textId="77777777" w:rsidR="00615FEE" w:rsidRDefault="00615FEE" w:rsidP="002A4907">
            <w:r>
              <w:t>Dr. Mirza Rizwan Bostan</w:t>
            </w:r>
          </w:p>
        </w:tc>
        <w:tc>
          <w:tcPr>
            <w:tcW w:w="1260" w:type="dxa"/>
          </w:tcPr>
          <w:p w14:paraId="42BF6F5B" w14:textId="77777777" w:rsidR="00615FEE" w:rsidRPr="00570D12" w:rsidRDefault="00615FEE" w:rsidP="002A4907"/>
        </w:tc>
        <w:tc>
          <w:tcPr>
            <w:tcW w:w="3690" w:type="dxa"/>
          </w:tcPr>
          <w:p w14:paraId="451FDA63" w14:textId="77777777" w:rsidR="00615FEE" w:rsidRDefault="00615FEE" w:rsidP="002A4907">
            <w:r>
              <w:t xml:space="preserve">DHQ Hospital, Mirpur </w:t>
            </w:r>
          </w:p>
        </w:tc>
        <w:tc>
          <w:tcPr>
            <w:tcW w:w="1890" w:type="dxa"/>
          </w:tcPr>
          <w:p w14:paraId="7209EA1E" w14:textId="77777777" w:rsidR="00615FEE" w:rsidRDefault="00615FEE" w:rsidP="002A4907">
            <w:r>
              <w:t>0300-4270449</w:t>
            </w:r>
          </w:p>
        </w:tc>
        <w:tc>
          <w:tcPr>
            <w:tcW w:w="3330" w:type="dxa"/>
          </w:tcPr>
          <w:p w14:paraId="01677F28" w14:textId="77777777" w:rsidR="00615FEE" w:rsidRDefault="00615FEE" w:rsidP="002A4907"/>
        </w:tc>
      </w:tr>
      <w:tr w:rsidR="00615FEE" w14:paraId="162CA31F" w14:textId="77777777" w:rsidTr="00615FEE">
        <w:trPr>
          <w:trHeight w:val="845"/>
        </w:trPr>
        <w:tc>
          <w:tcPr>
            <w:tcW w:w="990" w:type="dxa"/>
          </w:tcPr>
          <w:p w14:paraId="7BAB3B00" w14:textId="3B484AC3" w:rsidR="00615FEE" w:rsidRPr="00615FEE" w:rsidRDefault="00615FEE" w:rsidP="00615FE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73036143" w14:textId="77777777" w:rsidR="00615FEE" w:rsidRDefault="00615FEE" w:rsidP="002A4907">
            <w:r>
              <w:t>Dr. Majid Khan</w:t>
            </w:r>
          </w:p>
        </w:tc>
        <w:tc>
          <w:tcPr>
            <w:tcW w:w="1260" w:type="dxa"/>
          </w:tcPr>
          <w:p w14:paraId="63B747B1" w14:textId="77777777" w:rsidR="00615FEE" w:rsidRPr="00570D12" w:rsidRDefault="00615FEE" w:rsidP="002A4907"/>
        </w:tc>
        <w:tc>
          <w:tcPr>
            <w:tcW w:w="3690" w:type="dxa"/>
          </w:tcPr>
          <w:p w14:paraId="094630FD" w14:textId="77777777" w:rsidR="00615FEE" w:rsidRDefault="00615FEE" w:rsidP="002A4907">
            <w:r>
              <w:t>DHQ Hospital, Mirpur</w:t>
            </w:r>
          </w:p>
        </w:tc>
        <w:tc>
          <w:tcPr>
            <w:tcW w:w="1890" w:type="dxa"/>
          </w:tcPr>
          <w:p w14:paraId="64D20BA9" w14:textId="77777777" w:rsidR="00615FEE" w:rsidRDefault="00615FEE" w:rsidP="002A4907">
            <w:r>
              <w:t>0347-8241715</w:t>
            </w:r>
          </w:p>
        </w:tc>
        <w:tc>
          <w:tcPr>
            <w:tcW w:w="3330" w:type="dxa"/>
          </w:tcPr>
          <w:p w14:paraId="6916439C" w14:textId="77777777" w:rsidR="00615FEE" w:rsidRDefault="00615FEE" w:rsidP="002A4907"/>
        </w:tc>
      </w:tr>
      <w:tr w:rsidR="00615FEE" w14:paraId="2FA0151B" w14:textId="77777777" w:rsidTr="00615FEE">
        <w:trPr>
          <w:trHeight w:val="845"/>
        </w:trPr>
        <w:tc>
          <w:tcPr>
            <w:tcW w:w="990" w:type="dxa"/>
          </w:tcPr>
          <w:p w14:paraId="497AA1DF" w14:textId="7B547BF2" w:rsidR="00615FEE" w:rsidRPr="00615FEE" w:rsidRDefault="00615FEE" w:rsidP="00615FE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00A0B80A" w14:textId="77777777" w:rsidR="00615FEE" w:rsidRDefault="00615FEE" w:rsidP="002A4907">
            <w:r>
              <w:t>Prof. Saba Haider Tarar</w:t>
            </w:r>
          </w:p>
        </w:tc>
        <w:tc>
          <w:tcPr>
            <w:tcW w:w="1260" w:type="dxa"/>
          </w:tcPr>
          <w:p w14:paraId="30C10ACF" w14:textId="77777777" w:rsidR="00615FEE" w:rsidRPr="00570D12" w:rsidRDefault="00615FEE" w:rsidP="002A4907"/>
        </w:tc>
        <w:tc>
          <w:tcPr>
            <w:tcW w:w="3690" w:type="dxa"/>
          </w:tcPr>
          <w:p w14:paraId="78C8835C" w14:textId="77777777" w:rsidR="00615FEE" w:rsidRDefault="00615FEE" w:rsidP="002A4907">
            <w:r>
              <w:t>DHQ Hospital, Mirpur</w:t>
            </w:r>
          </w:p>
        </w:tc>
        <w:tc>
          <w:tcPr>
            <w:tcW w:w="1890" w:type="dxa"/>
          </w:tcPr>
          <w:p w14:paraId="3F6455CC" w14:textId="77777777" w:rsidR="00615FEE" w:rsidRDefault="00615FEE" w:rsidP="002A4907">
            <w:r>
              <w:t>0301-5634943</w:t>
            </w:r>
          </w:p>
        </w:tc>
        <w:tc>
          <w:tcPr>
            <w:tcW w:w="3330" w:type="dxa"/>
          </w:tcPr>
          <w:p w14:paraId="073C4E9A" w14:textId="77777777" w:rsidR="00615FEE" w:rsidRDefault="00615FEE" w:rsidP="002A4907"/>
        </w:tc>
      </w:tr>
      <w:tr w:rsidR="00615FEE" w14:paraId="38D4C1CA" w14:textId="77777777" w:rsidTr="00615FEE">
        <w:trPr>
          <w:trHeight w:val="845"/>
        </w:trPr>
        <w:tc>
          <w:tcPr>
            <w:tcW w:w="990" w:type="dxa"/>
          </w:tcPr>
          <w:p w14:paraId="2B567843" w14:textId="0EE580CA" w:rsidR="00615FEE" w:rsidRPr="00615FEE" w:rsidRDefault="00615FEE" w:rsidP="00615FE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2F5078CF" w14:textId="77777777" w:rsidR="00615FEE" w:rsidRDefault="00615FEE" w:rsidP="002A4907">
            <w:r>
              <w:t>Dr. Yusra Kafait</w:t>
            </w:r>
          </w:p>
        </w:tc>
        <w:tc>
          <w:tcPr>
            <w:tcW w:w="1260" w:type="dxa"/>
          </w:tcPr>
          <w:p w14:paraId="3D376834" w14:textId="77777777" w:rsidR="00615FEE" w:rsidRPr="00570D12" w:rsidRDefault="00615FEE" w:rsidP="002A4907"/>
        </w:tc>
        <w:tc>
          <w:tcPr>
            <w:tcW w:w="3690" w:type="dxa"/>
          </w:tcPr>
          <w:p w14:paraId="11A565EA" w14:textId="77777777" w:rsidR="00615FEE" w:rsidRDefault="00615FEE" w:rsidP="002A4907"/>
          <w:p w14:paraId="11437F61" w14:textId="77777777" w:rsidR="00615FEE" w:rsidRPr="00DF04A3" w:rsidRDefault="00615FEE" w:rsidP="002A4907">
            <w:r>
              <w:t>DHQ Hospital, Mirpur</w:t>
            </w:r>
          </w:p>
        </w:tc>
        <w:tc>
          <w:tcPr>
            <w:tcW w:w="1890" w:type="dxa"/>
          </w:tcPr>
          <w:p w14:paraId="657A56A5" w14:textId="77777777" w:rsidR="00615FEE" w:rsidRDefault="00615FEE" w:rsidP="002A4907">
            <w:r>
              <w:t>0307-5853560</w:t>
            </w:r>
          </w:p>
        </w:tc>
        <w:tc>
          <w:tcPr>
            <w:tcW w:w="3330" w:type="dxa"/>
          </w:tcPr>
          <w:p w14:paraId="215AF0CE" w14:textId="77777777" w:rsidR="00615FEE" w:rsidRDefault="00615FEE" w:rsidP="002A4907"/>
        </w:tc>
      </w:tr>
      <w:tr w:rsidR="00615FEE" w14:paraId="15ED1382" w14:textId="77777777" w:rsidTr="00615FEE">
        <w:trPr>
          <w:trHeight w:val="845"/>
        </w:trPr>
        <w:tc>
          <w:tcPr>
            <w:tcW w:w="990" w:type="dxa"/>
          </w:tcPr>
          <w:p w14:paraId="551B29A3" w14:textId="2856E05F" w:rsidR="00615FEE" w:rsidRPr="00615FEE" w:rsidRDefault="00615FEE" w:rsidP="00615FE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0E194874" w14:textId="77777777" w:rsidR="00615FEE" w:rsidRDefault="00615FEE" w:rsidP="002A4907">
            <w:r>
              <w:t>Dr. Abdur Rehman</w:t>
            </w:r>
          </w:p>
        </w:tc>
        <w:tc>
          <w:tcPr>
            <w:tcW w:w="1260" w:type="dxa"/>
          </w:tcPr>
          <w:p w14:paraId="7AFD55BD" w14:textId="77777777" w:rsidR="00615FEE" w:rsidRPr="00570D12" w:rsidRDefault="00615FEE" w:rsidP="002A4907"/>
        </w:tc>
        <w:tc>
          <w:tcPr>
            <w:tcW w:w="3690" w:type="dxa"/>
          </w:tcPr>
          <w:p w14:paraId="63CF3E6D" w14:textId="77777777" w:rsidR="00615FEE" w:rsidRDefault="00615FEE" w:rsidP="002A4907">
            <w:r>
              <w:t>Rehman Children Hospital, Bhimber</w:t>
            </w:r>
          </w:p>
        </w:tc>
        <w:tc>
          <w:tcPr>
            <w:tcW w:w="1890" w:type="dxa"/>
          </w:tcPr>
          <w:p w14:paraId="209AC4B9" w14:textId="77777777" w:rsidR="00615FEE" w:rsidRDefault="00615FEE" w:rsidP="002A4907">
            <w:r>
              <w:t>034698444500</w:t>
            </w:r>
          </w:p>
        </w:tc>
        <w:tc>
          <w:tcPr>
            <w:tcW w:w="3330" w:type="dxa"/>
          </w:tcPr>
          <w:p w14:paraId="6C79C0F9" w14:textId="1B08A086" w:rsidR="00615FEE" w:rsidRDefault="006D5BCC" w:rsidP="002A4907">
            <w:r>
              <w:t>Dr.rehman@hotmail.com</w:t>
            </w:r>
            <w:bookmarkStart w:id="1" w:name="_GoBack"/>
            <w:bookmarkEnd w:id="1"/>
          </w:p>
        </w:tc>
      </w:tr>
      <w:tr w:rsidR="00615FEE" w:rsidRPr="00257E6B" w14:paraId="536F1D80" w14:textId="77777777" w:rsidTr="00615FEE">
        <w:trPr>
          <w:trHeight w:val="845"/>
        </w:trPr>
        <w:tc>
          <w:tcPr>
            <w:tcW w:w="990" w:type="dxa"/>
          </w:tcPr>
          <w:p w14:paraId="4312303A" w14:textId="00DDFF56" w:rsidR="00615FEE" w:rsidRPr="00615FEE" w:rsidRDefault="00615FEE" w:rsidP="00615FE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2BD0FE48" w14:textId="77777777" w:rsidR="00615FEE" w:rsidRPr="00257E6B" w:rsidRDefault="00615FEE" w:rsidP="002A4907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Dr. Syeda Sadaf Sherazi</w:t>
            </w:r>
          </w:p>
        </w:tc>
        <w:tc>
          <w:tcPr>
            <w:tcW w:w="1260" w:type="dxa"/>
          </w:tcPr>
          <w:p w14:paraId="0BB7E880" w14:textId="77777777" w:rsidR="00615FEE" w:rsidRPr="00257E6B" w:rsidRDefault="00615FEE" w:rsidP="002A4907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hAnsiTheme="majorBidi" w:cstheme="majorBidi"/>
                <w:sz w:val="24"/>
                <w:szCs w:val="24"/>
              </w:rPr>
              <w:t>61270-S</w:t>
            </w:r>
          </w:p>
        </w:tc>
        <w:tc>
          <w:tcPr>
            <w:tcW w:w="3690" w:type="dxa"/>
          </w:tcPr>
          <w:p w14:paraId="295F2FE6" w14:textId="77777777" w:rsidR="00615FEE" w:rsidRPr="00257E6B" w:rsidRDefault="00615FEE" w:rsidP="002A4907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Hno 231,main road 1,g15/2,Islamabad</w:t>
            </w:r>
          </w:p>
        </w:tc>
        <w:tc>
          <w:tcPr>
            <w:tcW w:w="1890" w:type="dxa"/>
          </w:tcPr>
          <w:p w14:paraId="43BD4347" w14:textId="77777777" w:rsidR="00615FEE" w:rsidRPr="00257E6B" w:rsidRDefault="00615FEE" w:rsidP="002A4907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 w:rsidRPr="00257E6B">
              <w:rPr>
                <w:rFonts w:asciiTheme="majorBidi" w:eastAsia="Times New Roman" w:hAnsiTheme="majorBidi" w:cstheme="majorBidi"/>
                <w:sz w:val="24"/>
                <w:szCs w:val="24"/>
              </w:rPr>
              <w:t>03343541715</w:t>
            </w:r>
          </w:p>
        </w:tc>
        <w:tc>
          <w:tcPr>
            <w:tcW w:w="3330" w:type="dxa"/>
          </w:tcPr>
          <w:p w14:paraId="4ECAC186" w14:textId="77777777" w:rsidR="00615FEE" w:rsidRPr="00257E6B" w:rsidRDefault="00B6103A" w:rsidP="002A4907">
            <w:pPr>
              <w:rPr>
                <w:rFonts w:asciiTheme="majorBidi" w:hAnsiTheme="majorBidi" w:cstheme="majorBidi"/>
                <w:sz w:val="24"/>
                <w:szCs w:val="24"/>
              </w:rPr>
            </w:pPr>
            <w:hyperlink r:id="rId82" w:history="1">
              <w:r w:rsidR="00615FEE" w:rsidRPr="00257E6B">
                <w:rPr>
                  <w:rStyle w:val="Hyperlink"/>
                  <w:rFonts w:asciiTheme="majorBidi" w:hAnsiTheme="majorBidi" w:cstheme="majorBidi"/>
                  <w:sz w:val="24"/>
                  <w:szCs w:val="24"/>
                </w:rPr>
                <w:t>mailto:Flyleaf796@gmail.com</w:t>
              </w:r>
            </w:hyperlink>
          </w:p>
        </w:tc>
      </w:tr>
      <w:tr w:rsidR="00615FEE" w14:paraId="64CC47DC" w14:textId="77777777" w:rsidTr="00615FEE">
        <w:trPr>
          <w:trHeight w:val="845"/>
        </w:trPr>
        <w:tc>
          <w:tcPr>
            <w:tcW w:w="990" w:type="dxa"/>
          </w:tcPr>
          <w:p w14:paraId="68CB9FF3" w14:textId="6F882522" w:rsidR="00615FEE" w:rsidRPr="00615FEE" w:rsidRDefault="00615FEE" w:rsidP="00615FE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66C40F0F" w14:textId="77777777" w:rsidR="00615FEE" w:rsidRPr="00257E6B" w:rsidRDefault="00615FEE" w:rsidP="002A4907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 xml:space="preserve">Dr. Shahnaz Gul </w:t>
            </w:r>
          </w:p>
        </w:tc>
        <w:tc>
          <w:tcPr>
            <w:tcW w:w="1260" w:type="dxa"/>
          </w:tcPr>
          <w:p w14:paraId="0A828DDE" w14:textId="77777777" w:rsidR="00615FEE" w:rsidRPr="00257E6B" w:rsidRDefault="00615FEE" w:rsidP="002A490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30374-P</w:t>
            </w:r>
          </w:p>
        </w:tc>
        <w:tc>
          <w:tcPr>
            <w:tcW w:w="3690" w:type="dxa"/>
          </w:tcPr>
          <w:p w14:paraId="4D8921D7" w14:textId="77777777" w:rsidR="00615FEE" w:rsidRPr="00257E6B" w:rsidRDefault="00615FEE" w:rsidP="002A4907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</w:p>
        </w:tc>
        <w:tc>
          <w:tcPr>
            <w:tcW w:w="1890" w:type="dxa"/>
          </w:tcPr>
          <w:p w14:paraId="20E404AE" w14:textId="77777777" w:rsidR="00615FEE" w:rsidRPr="00257E6B" w:rsidRDefault="00615FEE" w:rsidP="002A4907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sz w:val="24"/>
                <w:szCs w:val="24"/>
              </w:rPr>
              <w:t>0321-9545791</w:t>
            </w:r>
          </w:p>
        </w:tc>
        <w:tc>
          <w:tcPr>
            <w:tcW w:w="3330" w:type="dxa"/>
          </w:tcPr>
          <w:p w14:paraId="66945D4D" w14:textId="77777777" w:rsidR="00615FEE" w:rsidRDefault="00615FEE" w:rsidP="002A4907"/>
        </w:tc>
      </w:tr>
      <w:tr w:rsidR="00615FEE" w:rsidRPr="00B91FA4" w14:paraId="25DBCA04" w14:textId="77777777" w:rsidTr="00615FEE">
        <w:trPr>
          <w:trHeight w:val="845"/>
        </w:trPr>
        <w:tc>
          <w:tcPr>
            <w:tcW w:w="990" w:type="dxa"/>
          </w:tcPr>
          <w:p w14:paraId="0BEDAA8D" w14:textId="0D14B2FC" w:rsidR="00615FEE" w:rsidRPr="00615FEE" w:rsidRDefault="00615FEE" w:rsidP="00615FE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37B49EB7" w14:textId="2729AE7C" w:rsidR="00615FEE" w:rsidRPr="00B91FA4" w:rsidRDefault="00F26EE8" w:rsidP="002A4907">
            <w:pP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t>Dr. Asma J</w:t>
            </w:r>
            <w:r w:rsidR="00615FEE">
              <w:t>amil</w:t>
            </w:r>
          </w:p>
        </w:tc>
        <w:tc>
          <w:tcPr>
            <w:tcW w:w="1260" w:type="dxa"/>
          </w:tcPr>
          <w:p w14:paraId="2739B4DD" w14:textId="4E989A5C" w:rsidR="00615FEE" w:rsidRPr="00B91FA4" w:rsidRDefault="00F26EE8" w:rsidP="002A4907">
            <w:pP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 w:rsidRPr="00F26EE8"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  <w:t>61219-S</w:t>
            </w:r>
          </w:p>
        </w:tc>
        <w:tc>
          <w:tcPr>
            <w:tcW w:w="3690" w:type="dxa"/>
          </w:tcPr>
          <w:p w14:paraId="6BDC48B7" w14:textId="6090728D" w:rsidR="00615FEE" w:rsidRPr="00B91FA4" w:rsidRDefault="00F26EE8" w:rsidP="002A4907">
            <w:pP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H# 16,Mohalla Nizamabad Bijli Ghar, Saraialamgir</w:t>
            </w:r>
          </w:p>
        </w:tc>
        <w:tc>
          <w:tcPr>
            <w:tcW w:w="1890" w:type="dxa"/>
          </w:tcPr>
          <w:p w14:paraId="7CDE8ACA" w14:textId="77777777" w:rsidR="00615FEE" w:rsidRPr="00B91FA4" w:rsidRDefault="00615FEE" w:rsidP="002A4907">
            <w:pP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t>0323-2060424</w:t>
            </w:r>
          </w:p>
        </w:tc>
        <w:tc>
          <w:tcPr>
            <w:tcW w:w="3330" w:type="dxa"/>
          </w:tcPr>
          <w:p w14:paraId="007F6065" w14:textId="77777777" w:rsidR="00615FEE" w:rsidRDefault="00615FEE" w:rsidP="002A4907">
            <w:r>
              <w:t>dr.asmajamil@gmail.com</w:t>
            </w:r>
          </w:p>
          <w:p w14:paraId="31A1C3A8" w14:textId="77777777" w:rsidR="00615FEE" w:rsidRPr="00B91FA4" w:rsidRDefault="00615FEE" w:rsidP="002A4907">
            <w:pP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</w:p>
        </w:tc>
      </w:tr>
      <w:tr w:rsidR="00615FEE" w:rsidRPr="00B91FA4" w14:paraId="0B0EE2D4" w14:textId="77777777" w:rsidTr="00615FEE">
        <w:trPr>
          <w:trHeight w:val="845"/>
        </w:trPr>
        <w:tc>
          <w:tcPr>
            <w:tcW w:w="990" w:type="dxa"/>
          </w:tcPr>
          <w:p w14:paraId="7BE1D374" w14:textId="7E1FCA4E" w:rsidR="00615FEE" w:rsidRPr="00615FEE" w:rsidRDefault="00615FEE" w:rsidP="00615FE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217A0317" w14:textId="77777777" w:rsidR="00615FEE" w:rsidRDefault="00615FEE" w:rsidP="002A4907">
            <w:r>
              <w:t>Dr. Nabeel shahid</w:t>
            </w:r>
          </w:p>
        </w:tc>
        <w:tc>
          <w:tcPr>
            <w:tcW w:w="1260" w:type="dxa"/>
          </w:tcPr>
          <w:p w14:paraId="60D5417A" w14:textId="77777777" w:rsidR="00615FEE" w:rsidRPr="00B91FA4" w:rsidRDefault="00615FEE" w:rsidP="002A4907">
            <w:pP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</w:p>
        </w:tc>
        <w:tc>
          <w:tcPr>
            <w:tcW w:w="3690" w:type="dxa"/>
          </w:tcPr>
          <w:p w14:paraId="703DC108" w14:textId="77777777" w:rsidR="00615FEE" w:rsidRPr="00B91FA4" w:rsidRDefault="00615FEE" w:rsidP="002A4907">
            <w:pP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t>House no 51/11..Iftikhar Janjua Road Jhelum Cantt.</w:t>
            </w:r>
          </w:p>
        </w:tc>
        <w:tc>
          <w:tcPr>
            <w:tcW w:w="1890" w:type="dxa"/>
          </w:tcPr>
          <w:p w14:paraId="0C233656" w14:textId="77777777" w:rsidR="00615FEE" w:rsidRDefault="00615FEE" w:rsidP="002A4907">
            <w:r>
              <w:t>0345-5651216</w:t>
            </w:r>
          </w:p>
          <w:p w14:paraId="3DE84068" w14:textId="77777777" w:rsidR="00615FEE" w:rsidRDefault="00615FEE" w:rsidP="002A4907"/>
        </w:tc>
        <w:tc>
          <w:tcPr>
            <w:tcW w:w="3330" w:type="dxa"/>
          </w:tcPr>
          <w:p w14:paraId="11FBB458" w14:textId="77777777" w:rsidR="00615FEE" w:rsidRDefault="00615FEE" w:rsidP="002A4907">
            <w:r w:rsidRPr="005C41FD">
              <w:t>dr.nabeelshahid@gmail.com</w:t>
            </w:r>
          </w:p>
          <w:p w14:paraId="0042504A" w14:textId="77777777" w:rsidR="00615FEE" w:rsidRPr="00B91FA4" w:rsidRDefault="00615FEE" w:rsidP="002A4907">
            <w:pP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</w:p>
        </w:tc>
      </w:tr>
      <w:tr w:rsidR="00615FEE" w:rsidRPr="00B91FA4" w14:paraId="649EE42C" w14:textId="77777777" w:rsidTr="00615FEE">
        <w:trPr>
          <w:trHeight w:val="845"/>
        </w:trPr>
        <w:tc>
          <w:tcPr>
            <w:tcW w:w="990" w:type="dxa"/>
          </w:tcPr>
          <w:p w14:paraId="55209E7B" w14:textId="2DC84082" w:rsidR="00615FEE" w:rsidRPr="00615FEE" w:rsidRDefault="00615FEE" w:rsidP="00615FE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5F6CB721" w14:textId="77777777" w:rsidR="00615FEE" w:rsidRPr="00B91FA4" w:rsidRDefault="00615FEE" w:rsidP="002A4907">
            <w:pP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t>Dr. Naeem Ghaffar</w:t>
            </w:r>
          </w:p>
        </w:tc>
        <w:tc>
          <w:tcPr>
            <w:tcW w:w="1260" w:type="dxa"/>
          </w:tcPr>
          <w:p w14:paraId="68BA5177" w14:textId="77777777" w:rsidR="00615FEE" w:rsidRPr="00B91FA4" w:rsidRDefault="00615FEE" w:rsidP="002A4907">
            <w:pP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</w:p>
        </w:tc>
        <w:tc>
          <w:tcPr>
            <w:tcW w:w="3690" w:type="dxa"/>
          </w:tcPr>
          <w:p w14:paraId="4ED43253" w14:textId="77777777" w:rsidR="00615FEE" w:rsidRPr="008811A7" w:rsidRDefault="00615FEE" w:rsidP="002A4907">
            <w:pPr>
              <w:rPr>
                <w:rFonts w:ascii="Calibri" w:eastAsia="Calibri" w:hAnsi="Calibri" w:cs="Calibri"/>
                <w:sz w:val="20"/>
                <w:szCs w:val="20"/>
              </w:rPr>
            </w:pPr>
            <w:r w:rsidRPr="00681CD0">
              <w:t>Imtiaz Manzil, Opp. JIHS, Kacheri Rd, Jhelum</w:t>
            </w:r>
            <w:r w:rsidRPr="008811A7">
              <w:rPr>
                <w:rFonts w:ascii="Calibri" w:eastAsia="Calibri" w:hAnsi="Calibri" w:cs="Calibri"/>
                <w:sz w:val="20"/>
                <w:szCs w:val="20"/>
              </w:rPr>
              <w:t xml:space="preserve"> </w:t>
            </w:r>
          </w:p>
        </w:tc>
        <w:tc>
          <w:tcPr>
            <w:tcW w:w="1890" w:type="dxa"/>
          </w:tcPr>
          <w:p w14:paraId="3D9B69CD" w14:textId="77777777" w:rsidR="00615FEE" w:rsidRPr="00B91FA4" w:rsidRDefault="00615FEE" w:rsidP="002A4907">
            <w:pP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>
              <w:t>0300-9514639</w:t>
            </w:r>
          </w:p>
        </w:tc>
        <w:tc>
          <w:tcPr>
            <w:tcW w:w="3330" w:type="dxa"/>
          </w:tcPr>
          <w:p w14:paraId="0E36BA89" w14:textId="77777777" w:rsidR="00615FEE" w:rsidRPr="00B91FA4" w:rsidRDefault="00615FEE" w:rsidP="002A4907">
            <w:pP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</w:p>
        </w:tc>
      </w:tr>
      <w:tr w:rsidR="00615FEE" w:rsidRPr="00DF04A3" w14:paraId="79D090EE" w14:textId="77777777" w:rsidTr="00615FEE">
        <w:trPr>
          <w:trHeight w:val="845"/>
        </w:trPr>
        <w:tc>
          <w:tcPr>
            <w:tcW w:w="990" w:type="dxa"/>
          </w:tcPr>
          <w:p w14:paraId="3EA453FC" w14:textId="0A73A8EF" w:rsidR="00615FEE" w:rsidRPr="00615FEE" w:rsidRDefault="00615FEE" w:rsidP="00615FEE">
            <w:pPr>
              <w:pStyle w:val="ListParagraph"/>
              <w:numPr>
                <w:ilvl w:val="0"/>
                <w:numId w:val="11"/>
              </w:numPr>
              <w:rPr>
                <w:rFonts w:cstheme="majorBidi"/>
              </w:rPr>
            </w:pPr>
          </w:p>
        </w:tc>
        <w:tc>
          <w:tcPr>
            <w:tcW w:w="2520" w:type="dxa"/>
          </w:tcPr>
          <w:p w14:paraId="4136C8E2" w14:textId="77777777" w:rsidR="00615FEE" w:rsidRPr="00DF04A3" w:rsidRDefault="00615FEE" w:rsidP="002A4907">
            <w:pPr>
              <w:rPr>
                <w:rFonts w:eastAsia="Times New Roman" w:cstheme="majorBidi"/>
              </w:rPr>
            </w:pPr>
            <w:r w:rsidRPr="00DF04A3">
              <w:rPr>
                <w:rFonts w:eastAsia="Times New Roman" w:cstheme="majorBidi"/>
              </w:rPr>
              <w:t>Dr Muhammad Nadeem</w:t>
            </w:r>
          </w:p>
        </w:tc>
        <w:tc>
          <w:tcPr>
            <w:tcW w:w="1260" w:type="dxa"/>
          </w:tcPr>
          <w:p w14:paraId="6DC553E0" w14:textId="77777777" w:rsidR="00615FEE" w:rsidRPr="00DF04A3" w:rsidRDefault="00615FEE" w:rsidP="002A4907">
            <w:pPr>
              <w:rPr>
                <w:rFonts w:eastAsia="Times New Roman" w:cstheme="majorBidi"/>
              </w:rPr>
            </w:pPr>
          </w:p>
        </w:tc>
        <w:tc>
          <w:tcPr>
            <w:tcW w:w="3690" w:type="dxa"/>
          </w:tcPr>
          <w:p w14:paraId="462FA70B" w14:textId="77777777" w:rsidR="00615FEE" w:rsidRPr="00DF04A3" w:rsidRDefault="00615FEE" w:rsidP="002A4907">
            <w:pPr>
              <w:rPr>
                <w:rFonts w:eastAsia="Times New Roman" w:cstheme="majorBidi"/>
              </w:rPr>
            </w:pPr>
            <w:r w:rsidRPr="00DF04A3">
              <w:rPr>
                <w:rFonts w:eastAsia="Times New Roman" w:cstheme="majorBidi"/>
              </w:rPr>
              <w:t>Mian Children's Hospital, GT Road, Dina, Jhelum</w:t>
            </w:r>
          </w:p>
        </w:tc>
        <w:tc>
          <w:tcPr>
            <w:tcW w:w="1890" w:type="dxa"/>
          </w:tcPr>
          <w:p w14:paraId="2D2835C7" w14:textId="77777777" w:rsidR="00615FEE" w:rsidRPr="00DF04A3" w:rsidRDefault="00615FEE" w:rsidP="002A4907">
            <w:pPr>
              <w:rPr>
                <w:rFonts w:eastAsia="Times New Roman" w:cstheme="majorBidi"/>
              </w:rPr>
            </w:pPr>
            <w:r w:rsidRPr="00DF04A3">
              <w:rPr>
                <w:rFonts w:eastAsia="Times New Roman" w:cstheme="majorBidi"/>
              </w:rPr>
              <w:t>0301-5812920</w:t>
            </w:r>
          </w:p>
        </w:tc>
        <w:tc>
          <w:tcPr>
            <w:tcW w:w="3330" w:type="dxa"/>
          </w:tcPr>
          <w:p w14:paraId="7AA3D287" w14:textId="77777777" w:rsidR="00615FEE" w:rsidRPr="00DF04A3" w:rsidRDefault="00B6103A" w:rsidP="002A4907">
            <w:pPr>
              <w:rPr>
                <w:rFonts w:eastAsia="Times New Roman" w:cstheme="majorBidi"/>
              </w:rPr>
            </w:pPr>
            <w:hyperlink r:id="rId83" w:history="1">
              <w:r w:rsidR="00615FEE" w:rsidRPr="00DF04A3">
                <w:rPr>
                  <w:rStyle w:val="Hyperlink"/>
                  <w:rFonts w:eastAsia="Times New Roman" w:cstheme="majorBidi"/>
                </w:rPr>
                <w:t>muhammanadeem009@gmail.com</w:t>
              </w:r>
            </w:hyperlink>
            <w:r w:rsidR="00615FEE" w:rsidRPr="00DF04A3">
              <w:rPr>
                <w:rFonts w:eastAsia="Times New Roman" w:cstheme="majorBidi"/>
              </w:rPr>
              <w:t xml:space="preserve"> </w:t>
            </w:r>
          </w:p>
        </w:tc>
      </w:tr>
      <w:tr w:rsidR="00615FEE" w:rsidRPr="008811A7" w14:paraId="0D460E75" w14:textId="77777777" w:rsidTr="00615FEE">
        <w:trPr>
          <w:trHeight w:val="845"/>
        </w:trPr>
        <w:tc>
          <w:tcPr>
            <w:tcW w:w="990" w:type="dxa"/>
          </w:tcPr>
          <w:p w14:paraId="5154FF75" w14:textId="5D9860E3" w:rsidR="00615FEE" w:rsidRPr="00615FEE" w:rsidRDefault="00615FEE" w:rsidP="00615FE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44D9153A" w14:textId="77777777" w:rsidR="00615FEE" w:rsidRPr="008811A7" w:rsidRDefault="00615FEE" w:rsidP="002A490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t>Dr. Naeem Gardazi</w:t>
            </w:r>
          </w:p>
        </w:tc>
        <w:tc>
          <w:tcPr>
            <w:tcW w:w="1260" w:type="dxa"/>
          </w:tcPr>
          <w:p w14:paraId="57103739" w14:textId="77777777" w:rsidR="00615FEE" w:rsidRPr="00B91FA4" w:rsidRDefault="00615FEE" w:rsidP="002A4907">
            <w:pP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</w:p>
        </w:tc>
        <w:tc>
          <w:tcPr>
            <w:tcW w:w="3690" w:type="dxa"/>
          </w:tcPr>
          <w:p w14:paraId="242367CA" w14:textId="77777777" w:rsidR="00615FEE" w:rsidRDefault="00615FEE" w:rsidP="002A4907">
            <w:r>
              <w:t>19/5, Iftikhar Janjua Road,Jhelum Cantt</w:t>
            </w:r>
          </w:p>
          <w:p w14:paraId="7D51814D" w14:textId="77777777" w:rsidR="00615FEE" w:rsidRPr="008811A7" w:rsidRDefault="00615FEE" w:rsidP="002A490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3ADA6DC5" w14:textId="77777777" w:rsidR="00615FEE" w:rsidRPr="00B34200" w:rsidRDefault="00615FEE" w:rsidP="002A4907">
            <w:pPr>
              <w:rPr>
                <w:rFonts w:eastAsia="Calibri" w:cstheme="minorHAnsi"/>
              </w:rPr>
            </w:pPr>
            <w:r w:rsidRPr="00B34200">
              <w:rPr>
                <w:rFonts w:eastAsia="Calibri" w:cstheme="minorHAnsi"/>
              </w:rPr>
              <w:t>0300-9512998</w:t>
            </w:r>
          </w:p>
        </w:tc>
        <w:tc>
          <w:tcPr>
            <w:tcW w:w="3330" w:type="dxa"/>
          </w:tcPr>
          <w:p w14:paraId="68B1EFB6" w14:textId="77777777" w:rsidR="00615FEE" w:rsidRPr="008811A7" w:rsidRDefault="00B6103A" w:rsidP="002A4907">
            <w:pPr>
              <w:rPr>
                <w:rFonts w:ascii="Calibri" w:eastAsia="Calibri" w:hAnsi="Calibri" w:cs="Calibri"/>
                <w:sz w:val="20"/>
                <w:szCs w:val="20"/>
              </w:rPr>
            </w:pPr>
            <w:hyperlink r:id="rId84">
              <w:r w:rsidR="00615FEE" w:rsidRPr="00D67786">
                <w:t>dr.naeemgardezi@gmail.com</w:t>
              </w:r>
            </w:hyperlink>
            <w:r w:rsidR="00615FEE">
              <w:t xml:space="preserve"> </w:t>
            </w:r>
          </w:p>
        </w:tc>
      </w:tr>
      <w:tr w:rsidR="00615FEE" w:rsidRPr="006271CF" w14:paraId="5234E0FB" w14:textId="77777777" w:rsidTr="00615FEE">
        <w:trPr>
          <w:trHeight w:val="845"/>
        </w:trPr>
        <w:tc>
          <w:tcPr>
            <w:tcW w:w="990" w:type="dxa"/>
          </w:tcPr>
          <w:p w14:paraId="53A56336" w14:textId="77777777" w:rsidR="00615FEE" w:rsidRPr="00615FEE" w:rsidRDefault="00615FEE" w:rsidP="00615FE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0ADBFE1D" w14:textId="77777777" w:rsidR="00615FEE" w:rsidRPr="008811A7" w:rsidRDefault="00615FEE" w:rsidP="002A490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t xml:space="preserve">Dr. Asma usman  </w:t>
            </w:r>
          </w:p>
        </w:tc>
        <w:tc>
          <w:tcPr>
            <w:tcW w:w="1260" w:type="dxa"/>
          </w:tcPr>
          <w:p w14:paraId="34B05CCD" w14:textId="77777777" w:rsidR="00615FEE" w:rsidRPr="00B91FA4" w:rsidRDefault="00615FEE" w:rsidP="002A4907">
            <w:pP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</w:p>
        </w:tc>
        <w:tc>
          <w:tcPr>
            <w:tcW w:w="3690" w:type="dxa"/>
          </w:tcPr>
          <w:p w14:paraId="6CE4FC23" w14:textId="77777777" w:rsidR="00615FEE" w:rsidRPr="00DF04A3" w:rsidRDefault="00615FEE" w:rsidP="002A4907">
            <w:pPr>
              <w:rPr>
                <w:rFonts w:eastAsia="Calibri" w:cs="Calibri"/>
              </w:rPr>
            </w:pPr>
            <w:r w:rsidRPr="00DF04A3">
              <w:rPr>
                <w:rFonts w:eastAsia="Calibri" w:cs="Calibri"/>
              </w:rPr>
              <w:t>House# B-1 -1431 –A-1 3 Civil lane, Jhelum</w:t>
            </w:r>
          </w:p>
        </w:tc>
        <w:tc>
          <w:tcPr>
            <w:tcW w:w="1890" w:type="dxa"/>
          </w:tcPr>
          <w:p w14:paraId="27A9B87D" w14:textId="77777777" w:rsidR="00615FEE" w:rsidRDefault="00615FEE" w:rsidP="002A4907">
            <w:r>
              <w:t>03335438596</w:t>
            </w:r>
          </w:p>
          <w:p w14:paraId="35174AEF" w14:textId="77777777" w:rsidR="00615FEE" w:rsidRPr="008811A7" w:rsidRDefault="00615FEE" w:rsidP="002A490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330" w:type="dxa"/>
          </w:tcPr>
          <w:p w14:paraId="59A27D27" w14:textId="77777777" w:rsidR="00615FEE" w:rsidRDefault="00615FEE" w:rsidP="002A4907">
            <w:r>
              <w:t xml:space="preserve">a_osman17@hotmail.com </w:t>
            </w:r>
          </w:p>
          <w:p w14:paraId="49A82233" w14:textId="77777777" w:rsidR="00615FEE" w:rsidRPr="006271CF" w:rsidRDefault="00615FEE" w:rsidP="002A4907"/>
        </w:tc>
      </w:tr>
      <w:tr w:rsidR="00615FEE" w:rsidRPr="008811A7" w14:paraId="4AD802B2" w14:textId="77777777" w:rsidTr="00615FEE">
        <w:trPr>
          <w:trHeight w:val="845"/>
        </w:trPr>
        <w:tc>
          <w:tcPr>
            <w:tcW w:w="990" w:type="dxa"/>
          </w:tcPr>
          <w:p w14:paraId="51A7F0F2" w14:textId="77777777" w:rsidR="00615FEE" w:rsidRPr="00615FEE" w:rsidRDefault="00615FEE" w:rsidP="00615FE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32D3661B" w14:textId="77777777" w:rsidR="00615FEE" w:rsidRPr="008811A7" w:rsidRDefault="00615FEE" w:rsidP="002A4907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t>Dr. Faryal Zeshan</w:t>
            </w:r>
          </w:p>
        </w:tc>
        <w:tc>
          <w:tcPr>
            <w:tcW w:w="1260" w:type="dxa"/>
          </w:tcPr>
          <w:p w14:paraId="7300ECC0" w14:textId="77777777" w:rsidR="00615FEE" w:rsidRPr="00B91FA4" w:rsidRDefault="00615FEE" w:rsidP="002A4907">
            <w:pP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</w:p>
        </w:tc>
        <w:tc>
          <w:tcPr>
            <w:tcW w:w="3690" w:type="dxa"/>
          </w:tcPr>
          <w:p w14:paraId="058784E1" w14:textId="77777777" w:rsidR="00615FEE" w:rsidRPr="008811A7" w:rsidRDefault="00615FEE" w:rsidP="002A490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3B015A6B" w14:textId="77777777" w:rsidR="00615FEE" w:rsidRDefault="00615FEE" w:rsidP="002A4907">
            <w:r>
              <w:t>0331 3683767</w:t>
            </w:r>
          </w:p>
          <w:p w14:paraId="3DF69AEE" w14:textId="77777777" w:rsidR="00615FEE" w:rsidRPr="008811A7" w:rsidRDefault="00615FEE" w:rsidP="002A490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3330" w:type="dxa"/>
          </w:tcPr>
          <w:p w14:paraId="38A2710E" w14:textId="77777777" w:rsidR="00615FEE" w:rsidRPr="008811A7" w:rsidRDefault="00B6103A" w:rsidP="002A4907">
            <w:pPr>
              <w:rPr>
                <w:rFonts w:ascii="Calibri" w:eastAsia="Calibri" w:hAnsi="Calibri" w:cs="Calibri"/>
                <w:sz w:val="20"/>
                <w:szCs w:val="20"/>
              </w:rPr>
            </w:pPr>
            <w:hyperlink r:id="rId85">
              <w:r w:rsidR="00615FEE" w:rsidRPr="00D67786">
                <w:t>faryalzeeshan04@gmail.com</w:t>
              </w:r>
            </w:hyperlink>
            <w:r w:rsidR="00615FEE">
              <w:t xml:space="preserve"> </w:t>
            </w:r>
          </w:p>
        </w:tc>
      </w:tr>
      <w:tr w:rsidR="00615FEE" w:rsidRPr="008811A7" w14:paraId="214D1759" w14:textId="77777777" w:rsidTr="00615FEE">
        <w:trPr>
          <w:trHeight w:val="845"/>
        </w:trPr>
        <w:tc>
          <w:tcPr>
            <w:tcW w:w="990" w:type="dxa"/>
          </w:tcPr>
          <w:p w14:paraId="5BEC53FC" w14:textId="77777777" w:rsidR="00615FEE" w:rsidRPr="00615FEE" w:rsidRDefault="00615FEE" w:rsidP="00615FE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145EC4EA" w14:textId="77777777" w:rsidR="00615FEE" w:rsidRDefault="00615FEE" w:rsidP="002A4907">
            <w:r>
              <w:t xml:space="preserve">Dr. Ijaz A sheikh  </w:t>
            </w:r>
          </w:p>
        </w:tc>
        <w:tc>
          <w:tcPr>
            <w:tcW w:w="1260" w:type="dxa"/>
          </w:tcPr>
          <w:p w14:paraId="12B4FABC" w14:textId="77777777" w:rsidR="00615FEE" w:rsidRPr="00B91FA4" w:rsidRDefault="00615FEE" w:rsidP="002A4907">
            <w:pP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</w:p>
        </w:tc>
        <w:tc>
          <w:tcPr>
            <w:tcW w:w="3690" w:type="dxa"/>
          </w:tcPr>
          <w:p w14:paraId="4403BAD7" w14:textId="77777777" w:rsidR="00615FEE" w:rsidRDefault="00615FEE" w:rsidP="002A4907">
            <w:r>
              <w:t>Imtiaz Medical and Diagnostic Centre, Jhelum</w:t>
            </w:r>
          </w:p>
          <w:p w14:paraId="5E239AF4" w14:textId="77777777" w:rsidR="00615FEE" w:rsidRPr="008811A7" w:rsidRDefault="00615FEE" w:rsidP="002A490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  <w:tc>
          <w:tcPr>
            <w:tcW w:w="1890" w:type="dxa"/>
          </w:tcPr>
          <w:p w14:paraId="16FC5C1C" w14:textId="77777777" w:rsidR="00615FEE" w:rsidRDefault="00615FEE" w:rsidP="002A4907">
            <w:r>
              <w:t>0300-5426364</w:t>
            </w:r>
          </w:p>
          <w:p w14:paraId="6A664D00" w14:textId="77777777" w:rsidR="00615FEE" w:rsidRDefault="00615FEE" w:rsidP="002A4907"/>
        </w:tc>
        <w:tc>
          <w:tcPr>
            <w:tcW w:w="3330" w:type="dxa"/>
          </w:tcPr>
          <w:p w14:paraId="71A4E6FE" w14:textId="77777777" w:rsidR="00615FEE" w:rsidRDefault="00B6103A" w:rsidP="002A4907">
            <w:hyperlink r:id="rId86" w:history="1">
              <w:r w:rsidR="00615FEE" w:rsidRPr="00641D15">
                <w:rPr>
                  <w:rStyle w:val="Hyperlink"/>
                </w:rPr>
                <w:t>ijazsheikh101@gmail.com</w:t>
              </w:r>
            </w:hyperlink>
          </w:p>
          <w:p w14:paraId="5E3E90FD" w14:textId="77777777" w:rsidR="00615FEE" w:rsidRPr="008811A7" w:rsidRDefault="00615FEE" w:rsidP="002A4907">
            <w:pPr>
              <w:rPr>
                <w:rFonts w:ascii="Calibri" w:eastAsia="Calibri" w:hAnsi="Calibri" w:cs="Calibri"/>
                <w:sz w:val="20"/>
                <w:szCs w:val="20"/>
              </w:rPr>
            </w:pPr>
          </w:p>
        </w:tc>
      </w:tr>
      <w:tr w:rsidR="00615FEE" w:rsidRPr="006852C2" w14:paraId="114B7878" w14:textId="77777777" w:rsidTr="00615FEE">
        <w:trPr>
          <w:trHeight w:val="845"/>
        </w:trPr>
        <w:tc>
          <w:tcPr>
            <w:tcW w:w="990" w:type="dxa"/>
          </w:tcPr>
          <w:p w14:paraId="25857837" w14:textId="77777777" w:rsidR="00615FEE" w:rsidRPr="00615FEE" w:rsidRDefault="00615FEE" w:rsidP="00615FE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0C61A961" w14:textId="77777777" w:rsidR="00615FEE" w:rsidRPr="00B91FA4" w:rsidRDefault="00615FEE" w:rsidP="002A4907">
            <w:pP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  <w:r w:rsidRPr="006852C2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Dr. Mustansir</w:t>
            </w: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 Ali Khan</w:t>
            </w:r>
          </w:p>
        </w:tc>
        <w:tc>
          <w:tcPr>
            <w:tcW w:w="1260" w:type="dxa"/>
          </w:tcPr>
          <w:p w14:paraId="19ABA816" w14:textId="77777777" w:rsidR="00615FEE" w:rsidRPr="00B91FA4" w:rsidRDefault="00615FEE" w:rsidP="002A4907">
            <w:pPr>
              <w:rPr>
                <w:rFonts w:asciiTheme="majorBidi" w:eastAsia="Times New Roman" w:hAnsiTheme="majorBidi" w:cstheme="majorBidi"/>
                <w:color w:val="FF0000"/>
                <w:sz w:val="24"/>
                <w:szCs w:val="24"/>
              </w:rPr>
            </w:pPr>
          </w:p>
        </w:tc>
        <w:tc>
          <w:tcPr>
            <w:tcW w:w="3690" w:type="dxa"/>
          </w:tcPr>
          <w:p w14:paraId="695C1028" w14:textId="77777777" w:rsidR="00615FEE" w:rsidRPr="006852C2" w:rsidRDefault="00615FEE" w:rsidP="002A4907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852C2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House No. 35, Lane 3, Askari 12, Old Air port Road, Chaklala, Rawalpindi</w:t>
            </w:r>
          </w:p>
        </w:tc>
        <w:tc>
          <w:tcPr>
            <w:tcW w:w="1890" w:type="dxa"/>
          </w:tcPr>
          <w:p w14:paraId="0BE4C944" w14:textId="77777777" w:rsidR="00615FEE" w:rsidRPr="006852C2" w:rsidRDefault="00615FEE" w:rsidP="002A4907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852C2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0321-9553542</w:t>
            </w:r>
          </w:p>
        </w:tc>
        <w:tc>
          <w:tcPr>
            <w:tcW w:w="3330" w:type="dxa"/>
          </w:tcPr>
          <w:p w14:paraId="6309FD68" w14:textId="77777777" w:rsidR="00615FEE" w:rsidRPr="006852C2" w:rsidRDefault="00B6103A" w:rsidP="002A4907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hyperlink r:id="rId87" w:history="1">
              <w:r w:rsidR="00615FEE" w:rsidRPr="00155076">
                <w:rPr>
                  <w:rStyle w:val="Hyperlink"/>
                  <w:rFonts w:asciiTheme="majorBidi" w:eastAsia="Times New Roman" w:hAnsiTheme="majorBidi" w:cstheme="majorBidi"/>
                  <w:sz w:val="24"/>
                  <w:szCs w:val="24"/>
                </w:rPr>
                <w:t>Mustansir.ali.khan@hotmail.com</w:t>
              </w:r>
            </w:hyperlink>
            <w:r w:rsidR="00615FEE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15FEE" w:rsidRPr="00690BD5" w14:paraId="6C701011" w14:textId="77777777" w:rsidTr="00615FEE">
        <w:trPr>
          <w:trHeight w:val="845"/>
        </w:trPr>
        <w:tc>
          <w:tcPr>
            <w:tcW w:w="990" w:type="dxa"/>
          </w:tcPr>
          <w:p w14:paraId="17594679" w14:textId="77777777" w:rsidR="00615FEE" w:rsidRPr="00615FEE" w:rsidRDefault="00615FEE" w:rsidP="00615FE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56F1503F" w14:textId="77777777" w:rsidR="00615FEE" w:rsidRPr="00690BD5" w:rsidRDefault="00615FEE" w:rsidP="002A4907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90BD5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Dr. Zohra Shaheen</w:t>
            </w:r>
          </w:p>
        </w:tc>
        <w:tc>
          <w:tcPr>
            <w:tcW w:w="1260" w:type="dxa"/>
          </w:tcPr>
          <w:p w14:paraId="02A054E3" w14:textId="77777777" w:rsidR="00615FEE" w:rsidRPr="00690BD5" w:rsidRDefault="00615FEE" w:rsidP="002A4907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690" w:type="dxa"/>
          </w:tcPr>
          <w:p w14:paraId="5BE52D54" w14:textId="77777777" w:rsidR="00615FEE" w:rsidRPr="00690BD5" w:rsidRDefault="00615FEE" w:rsidP="002A4907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6852C2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House No. 35, Lane 3, Askari 12, Old Air port Road, Chaklala, Rawalpindi</w:t>
            </w:r>
          </w:p>
        </w:tc>
        <w:tc>
          <w:tcPr>
            <w:tcW w:w="1890" w:type="dxa"/>
          </w:tcPr>
          <w:p w14:paraId="0208D773" w14:textId="77777777" w:rsidR="00615FEE" w:rsidRPr="00690BD5" w:rsidRDefault="00615FEE" w:rsidP="002A4907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0309-9711607</w:t>
            </w:r>
          </w:p>
        </w:tc>
        <w:tc>
          <w:tcPr>
            <w:tcW w:w="3330" w:type="dxa"/>
          </w:tcPr>
          <w:p w14:paraId="283DF86C" w14:textId="77777777" w:rsidR="00615FEE" w:rsidRPr="00690BD5" w:rsidRDefault="00B6103A" w:rsidP="002A4907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hyperlink r:id="rId88" w:history="1">
              <w:r w:rsidR="00615FEE" w:rsidRPr="00155076">
                <w:rPr>
                  <w:rStyle w:val="Hyperlink"/>
                  <w:rFonts w:asciiTheme="majorBidi" w:eastAsia="Times New Roman" w:hAnsiTheme="majorBidi" w:cstheme="majorBidi"/>
                  <w:sz w:val="24"/>
                  <w:szCs w:val="24"/>
                </w:rPr>
                <w:t>shaheensalman@yahoo.com</w:t>
              </w:r>
            </w:hyperlink>
            <w:r w:rsidR="00615FEE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615FEE" w14:paraId="09A060A8" w14:textId="77777777" w:rsidTr="00615FEE">
        <w:trPr>
          <w:trHeight w:val="845"/>
        </w:trPr>
        <w:tc>
          <w:tcPr>
            <w:tcW w:w="990" w:type="dxa"/>
          </w:tcPr>
          <w:p w14:paraId="22253BF0" w14:textId="77777777" w:rsidR="00615FEE" w:rsidRPr="00615FEE" w:rsidRDefault="00615FEE" w:rsidP="00615FE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09791F10" w14:textId="77777777" w:rsidR="00615FEE" w:rsidRPr="00690BD5" w:rsidRDefault="00615FEE" w:rsidP="002A4907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Mirza Rizwan Ul Hassan Baig</w:t>
            </w:r>
          </w:p>
        </w:tc>
        <w:tc>
          <w:tcPr>
            <w:tcW w:w="1260" w:type="dxa"/>
          </w:tcPr>
          <w:p w14:paraId="06A9571F" w14:textId="77777777" w:rsidR="00615FEE" w:rsidRPr="00690BD5" w:rsidRDefault="00615FEE" w:rsidP="002A4907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690" w:type="dxa"/>
          </w:tcPr>
          <w:p w14:paraId="297FFD7B" w14:textId="77777777" w:rsidR="00615FEE" w:rsidRPr="006852C2" w:rsidRDefault="00615FEE" w:rsidP="002A4907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120 The Lower Mall Murree</w:t>
            </w:r>
          </w:p>
        </w:tc>
        <w:tc>
          <w:tcPr>
            <w:tcW w:w="1890" w:type="dxa"/>
          </w:tcPr>
          <w:p w14:paraId="2E2C1A85" w14:textId="77777777" w:rsidR="00615FEE" w:rsidRDefault="00615FEE" w:rsidP="002A4907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0321-9552845</w:t>
            </w:r>
          </w:p>
        </w:tc>
        <w:tc>
          <w:tcPr>
            <w:tcW w:w="3330" w:type="dxa"/>
          </w:tcPr>
          <w:p w14:paraId="6D023B0D" w14:textId="77777777" w:rsidR="00615FEE" w:rsidRDefault="00615FEE" w:rsidP="002A4907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615FEE" w14:paraId="3C450481" w14:textId="77777777" w:rsidTr="00615FEE">
        <w:trPr>
          <w:trHeight w:val="845"/>
        </w:trPr>
        <w:tc>
          <w:tcPr>
            <w:tcW w:w="990" w:type="dxa"/>
          </w:tcPr>
          <w:p w14:paraId="04E169C3" w14:textId="77777777" w:rsidR="00615FEE" w:rsidRPr="00615FEE" w:rsidRDefault="00615FEE" w:rsidP="00615FE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56A314E9" w14:textId="77777777" w:rsidR="00615FEE" w:rsidRDefault="00615FEE" w:rsidP="002A4907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Dr. Nabeel Shahid</w:t>
            </w:r>
          </w:p>
        </w:tc>
        <w:tc>
          <w:tcPr>
            <w:tcW w:w="1260" w:type="dxa"/>
          </w:tcPr>
          <w:p w14:paraId="49661BE4" w14:textId="77777777" w:rsidR="00615FEE" w:rsidRPr="00690BD5" w:rsidRDefault="00615FEE" w:rsidP="002A4907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690" w:type="dxa"/>
          </w:tcPr>
          <w:p w14:paraId="6D48CD39" w14:textId="77777777" w:rsidR="00615FEE" w:rsidRDefault="00615FEE" w:rsidP="002A4907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H# 51/11, Iftikhar Janjua Road, Jhelum Cantt</w:t>
            </w:r>
          </w:p>
        </w:tc>
        <w:tc>
          <w:tcPr>
            <w:tcW w:w="1890" w:type="dxa"/>
          </w:tcPr>
          <w:p w14:paraId="1CF5E3EB" w14:textId="77777777" w:rsidR="00615FEE" w:rsidRDefault="00615FEE" w:rsidP="002A4907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0345-5651216</w:t>
            </w:r>
          </w:p>
        </w:tc>
        <w:tc>
          <w:tcPr>
            <w:tcW w:w="3330" w:type="dxa"/>
          </w:tcPr>
          <w:p w14:paraId="20356A8A" w14:textId="77777777" w:rsidR="00615FEE" w:rsidRDefault="00615FEE" w:rsidP="002A4907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dr.nabeelshahid@gmail.com</w:t>
            </w:r>
          </w:p>
        </w:tc>
      </w:tr>
      <w:tr w:rsidR="00E27992" w14:paraId="1C66C8EA" w14:textId="77777777" w:rsidTr="00615FEE">
        <w:trPr>
          <w:trHeight w:val="845"/>
        </w:trPr>
        <w:tc>
          <w:tcPr>
            <w:tcW w:w="990" w:type="dxa"/>
          </w:tcPr>
          <w:p w14:paraId="3E752F2C" w14:textId="77777777" w:rsidR="00E27992" w:rsidRPr="00615FEE" w:rsidRDefault="00E27992" w:rsidP="00615FE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309F7D1B" w14:textId="4F3DB411" w:rsidR="00E27992" w:rsidRDefault="00E27992" w:rsidP="00E27992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Dr Ruqiya Manzoor</w:t>
            </w:r>
          </w:p>
        </w:tc>
        <w:tc>
          <w:tcPr>
            <w:tcW w:w="1260" w:type="dxa"/>
          </w:tcPr>
          <w:p w14:paraId="718F51A4" w14:textId="77777777" w:rsidR="00E27992" w:rsidRPr="00690BD5" w:rsidRDefault="00E27992" w:rsidP="002A4907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690" w:type="dxa"/>
          </w:tcPr>
          <w:p w14:paraId="223C02CE" w14:textId="4AFECAD5" w:rsidR="00E27992" w:rsidRDefault="00E27992" w:rsidP="002A4907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E27992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Children Hospital Pims    </w:t>
            </w:r>
          </w:p>
        </w:tc>
        <w:tc>
          <w:tcPr>
            <w:tcW w:w="1890" w:type="dxa"/>
          </w:tcPr>
          <w:p w14:paraId="734466FC" w14:textId="368B93F6" w:rsidR="00E27992" w:rsidRDefault="00E27992" w:rsidP="002A4907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E27992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0334-5807170</w:t>
            </w:r>
          </w:p>
        </w:tc>
        <w:tc>
          <w:tcPr>
            <w:tcW w:w="3330" w:type="dxa"/>
          </w:tcPr>
          <w:p w14:paraId="222FBCB2" w14:textId="77777777" w:rsidR="00E27992" w:rsidRDefault="00E27992" w:rsidP="002A4907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E27992" w14:paraId="1D23A760" w14:textId="77777777" w:rsidTr="00615FEE">
        <w:trPr>
          <w:trHeight w:val="845"/>
        </w:trPr>
        <w:tc>
          <w:tcPr>
            <w:tcW w:w="990" w:type="dxa"/>
          </w:tcPr>
          <w:p w14:paraId="70B60F9C" w14:textId="77777777" w:rsidR="00E27992" w:rsidRPr="00615FEE" w:rsidRDefault="00E27992" w:rsidP="00615FE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1381B947" w14:textId="021FD278" w:rsidR="00E27992" w:rsidRDefault="00E27992" w:rsidP="00E27992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Dr. Muqadar Shah</w:t>
            </w:r>
          </w:p>
        </w:tc>
        <w:tc>
          <w:tcPr>
            <w:tcW w:w="1260" w:type="dxa"/>
          </w:tcPr>
          <w:p w14:paraId="72AD97F4" w14:textId="77777777" w:rsidR="00E27992" w:rsidRPr="00690BD5" w:rsidRDefault="00E27992" w:rsidP="002A4907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690" w:type="dxa"/>
          </w:tcPr>
          <w:p w14:paraId="08AB7091" w14:textId="1E886057" w:rsidR="00E27992" w:rsidRPr="00E27992" w:rsidRDefault="00E27992" w:rsidP="002A4907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E27992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Children hospital Pims   </w:t>
            </w:r>
          </w:p>
        </w:tc>
        <w:tc>
          <w:tcPr>
            <w:tcW w:w="1890" w:type="dxa"/>
          </w:tcPr>
          <w:p w14:paraId="340A2725" w14:textId="061F3BC7" w:rsidR="00E27992" w:rsidRPr="00E27992" w:rsidRDefault="00E27992" w:rsidP="002A4907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E27992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0332-5156778</w:t>
            </w:r>
          </w:p>
        </w:tc>
        <w:tc>
          <w:tcPr>
            <w:tcW w:w="3330" w:type="dxa"/>
          </w:tcPr>
          <w:p w14:paraId="048C8053" w14:textId="77777777" w:rsidR="00E27992" w:rsidRDefault="00E27992" w:rsidP="002A4907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E27992" w14:paraId="45D7D6AA" w14:textId="77777777" w:rsidTr="00615FEE">
        <w:trPr>
          <w:trHeight w:val="845"/>
        </w:trPr>
        <w:tc>
          <w:tcPr>
            <w:tcW w:w="990" w:type="dxa"/>
          </w:tcPr>
          <w:p w14:paraId="0EE29278" w14:textId="77777777" w:rsidR="00E27992" w:rsidRPr="00615FEE" w:rsidRDefault="00E27992" w:rsidP="00615FE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2519C37D" w14:textId="558ABDDB" w:rsidR="00E27992" w:rsidRDefault="00E27992" w:rsidP="00E27992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Dr. Muhammad Jahanzaib</w:t>
            </w:r>
          </w:p>
        </w:tc>
        <w:tc>
          <w:tcPr>
            <w:tcW w:w="1260" w:type="dxa"/>
          </w:tcPr>
          <w:p w14:paraId="686D473C" w14:textId="77777777" w:rsidR="00E27992" w:rsidRPr="00690BD5" w:rsidRDefault="00E27992" w:rsidP="002A4907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690" w:type="dxa"/>
          </w:tcPr>
          <w:p w14:paraId="4352A4CF" w14:textId="637DBB80" w:rsidR="00E27992" w:rsidRPr="00E27992" w:rsidRDefault="00E27992" w:rsidP="002A4907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E27992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A-73, Madni Street, Lala rukh, Wahh Cantt      </w:t>
            </w:r>
          </w:p>
        </w:tc>
        <w:tc>
          <w:tcPr>
            <w:tcW w:w="1890" w:type="dxa"/>
          </w:tcPr>
          <w:p w14:paraId="54897523" w14:textId="03AC14AC" w:rsidR="00E27992" w:rsidRPr="00E27992" w:rsidRDefault="00E27992" w:rsidP="002A4907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E27992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0334-5351884</w:t>
            </w:r>
          </w:p>
        </w:tc>
        <w:tc>
          <w:tcPr>
            <w:tcW w:w="3330" w:type="dxa"/>
          </w:tcPr>
          <w:p w14:paraId="385F94AF" w14:textId="77777777" w:rsidR="00E27992" w:rsidRDefault="00E27992" w:rsidP="002A4907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F26EE8" w14:paraId="124A9913" w14:textId="77777777" w:rsidTr="00615FEE">
        <w:trPr>
          <w:trHeight w:val="845"/>
        </w:trPr>
        <w:tc>
          <w:tcPr>
            <w:tcW w:w="990" w:type="dxa"/>
          </w:tcPr>
          <w:p w14:paraId="12918BA0" w14:textId="77777777" w:rsidR="00F26EE8" w:rsidRPr="00615FEE" w:rsidRDefault="00F26EE8" w:rsidP="00615FE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74A6312B" w14:textId="6566CC53" w:rsidR="00F26EE8" w:rsidRDefault="00F26EE8" w:rsidP="002A4907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F26E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Dr Ahsan Afzal</w:t>
            </w:r>
          </w:p>
        </w:tc>
        <w:tc>
          <w:tcPr>
            <w:tcW w:w="1260" w:type="dxa"/>
          </w:tcPr>
          <w:p w14:paraId="26B939BB" w14:textId="18A84A11" w:rsidR="00F26EE8" w:rsidRPr="00690BD5" w:rsidRDefault="00F26EE8" w:rsidP="002A4907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F26E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41263-P</w:t>
            </w:r>
          </w:p>
        </w:tc>
        <w:tc>
          <w:tcPr>
            <w:tcW w:w="3690" w:type="dxa"/>
          </w:tcPr>
          <w:p w14:paraId="03805FB8" w14:textId="77777777" w:rsidR="00F26EE8" w:rsidRPr="00F26EE8" w:rsidRDefault="00F26EE8" w:rsidP="00F26EE8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F26E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Care hospital pindi bypass road CHAKWAL. </w:t>
            </w:r>
          </w:p>
          <w:p w14:paraId="2AE87F32" w14:textId="77777777" w:rsidR="00F26EE8" w:rsidRDefault="00F26EE8" w:rsidP="002A4907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1890" w:type="dxa"/>
          </w:tcPr>
          <w:p w14:paraId="78FA9E09" w14:textId="77777777" w:rsidR="00F26EE8" w:rsidRPr="00F26EE8" w:rsidRDefault="00F26EE8" w:rsidP="00F26EE8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F26E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03335323175</w:t>
            </w:r>
          </w:p>
          <w:p w14:paraId="346466D9" w14:textId="6EE4B802" w:rsidR="00F26EE8" w:rsidRDefault="00F26EE8" w:rsidP="00F26EE8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330" w:type="dxa"/>
          </w:tcPr>
          <w:p w14:paraId="634A48D9" w14:textId="77777777" w:rsidR="00F26EE8" w:rsidRPr="00F26EE8" w:rsidRDefault="00F26EE8" w:rsidP="00F26EE8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F26E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 xml:space="preserve">drahsanbutt55@gmail.com </w:t>
            </w:r>
          </w:p>
          <w:p w14:paraId="0ACA69D4" w14:textId="77777777" w:rsidR="00F26EE8" w:rsidRDefault="00F26EE8" w:rsidP="002A4907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F26EE8" w14:paraId="12468778" w14:textId="77777777" w:rsidTr="00615FEE">
        <w:trPr>
          <w:trHeight w:val="845"/>
        </w:trPr>
        <w:tc>
          <w:tcPr>
            <w:tcW w:w="990" w:type="dxa"/>
          </w:tcPr>
          <w:p w14:paraId="246795C9" w14:textId="77777777" w:rsidR="00F26EE8" w:rsidRPr="00615FEE" w:rsidRDefault="00F26EE8" w:rsidP="00615FE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34EA106B" w14:textId="5848A6E3" w:rsidR="00F26EE8" w:rsidRPr="00F26EE8" w:rsidRDefault="00F26EE8" w:rsidP="002A4907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 w:rsidRPr="00F26E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Dr. Misbah Anjum</w:t>
            </w:r>
          </w:p>
        </w:tc>
        <w:tc>
          <w:tcPr>
            <w:tcW w:w="1260" w:type="dxa"/>
          </w:tcPr>
          <w:p w14:paraId="1284AEE4" w14:textId="7B869A4E" w:rsidR="00F26EE8" w:rsidRPr="00F26EE8" w:rsidRDefault="00F26EE8" w:rsidP="002A4907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690" w:type="dxa"/>
          </w:tcPr>
          <w:p w14:paraId="07362863" w14:textId="2930D2ED" w:rsidR="00F26EE8" w:rsidRPr="00F26EE8" w:rsidRDefault="00E27992" w:rsidP="00F26EE8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D-50, Naval Anchorage, Islamabad</w:t>
            </w:r>
          </w:p>
        </w:tc>
        <w:tc>
          <w:tcPr>
            <w:tcW w:w="1890" w:type="dxa"/>
          </w:tcPr>
          <w:p w14:paraId="43B82359" w14:textId="6946159C" w:rsidR="00F26EE8" w:rsidRPr="00F26EE8" w:rsidRDefault="00E27992" w:rsidP="00F26EE8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0336-2417274</w:t>
            </w:r>
          </w:p>
        </w:tc>
        <w:tc>
          <w:tcPr>
            <w:tcW w:w="3330" w:type="dxa"/>
          </w:tcPr>
          <w:p w14:paraId="0A30EED1" w14:textId="77777777" w:rsidR="00F26EE8" w:rsidRPr="00F26EE8" w:rsidRDefault="00F26EE8" w:rsidP="00F26EE8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F26EE8" w14:paraId="4B597697" w14:textId="77777777" w:rsidTr="00615FEE">
        <w:trPr>
          <w:trHeight w:val="845"/>
        </w:trPr>
        <w:tc>
          <w:tcPr>
            <w:tcW w:w="990" w:type="dxa"/>
          </w:tcPr>
          <w:p w14:paraId="1D70B546" w14:textId="77777777" w:rsidR="00F26EE8" w:rsidRPr="00615FEE" w:rsidRDefault="00F26EE8" w:rsidP="00615FEE">
            <w:pPr>
              <w:pStyle w:val="ListParagraph"/>
              <w:numPr>
                <w:ilvl w:val="0"/>
                <w:numId w:val="11"/>
              </w:num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520" w:type="dxa"/>
          </w:tcPr>
          <w:p w14:paraId="07E706E4" w14:textId="696054E8" w:rsidR="00F26EE8" w:rsidRPr="00F26EE8" w:rsidRDefault="00F26EE8" w:rsidP="002A4907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Dr. Lt Col Syed Zubair S</w:t>
            </w:r>
            <w:r w:rsidRPr="00F26EE8"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hah</w:t>
            </w:r>
          </w:p>
        </w:tc>
        <w:tc>
          <w:tcPr>
            <w:tcW w:w="1260" w:type="dxa"/>
          </w:tcPr>
          <w:p w14:paraId="44FFFEBE" w14:textId="77777777" w:rsidR="00F26EE8" w:rsidRPr="00F26EE8" w:rsidRDefault="00F26EE8" w:rsidP="002A4907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690" w:type="dxa"/>
          </w:tcPr>
          <w:p w14:paraId="4DC4B7C3" w14:textId="4CB9F647" w:rsidR="00F26EE8" w:rsidRPr="00CD6560" w:rsidRDefault="00CD6560" w:rsidP="00CD6560">
            <w:pPr>
              <w:rPr>
                <w:rFonts w:asciiTheme="majorBidi" w:eastAsia="Times New Roman" w:hAnsiTheme="majorBidi" w:cstheme="majorBidi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CMH, Rawalpindi</w:t>
            </w:r>
          </w:p>
        </w:tc>
        <w:tc>
          <w:tcPr>
            <w:tcW w:w="1890" w:type="dxa"/>
          </w:tcPr>
          <w:p w14:paraId="485CEDE8" w14:textId="74A76E45" w:rsidR="00F26EE8" w:rsidRPr="00F26EE8" w:rsidRDefault="00E27992" w:rsidP="00F26EE8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  <w:t>0333-5327959</w:t>
            </w:r>
          </w:p>
        </w:tc>
        <w:tc>
          <w:tcPr>
            <w:tcW w:w="3330" w:type="dxa"/>
          </w:tcPr>
          <w:p w14:paraId="301FB46D" w14:textId="77777777" w:rsidR="00F26EE8" w:rsidRPr="00F26EE8" w:rsidRDefault="00F26EE8" w:rsidP="00F26EE8">
            <w:pPr>
              <w:rPr>
                <w:rFonts w:asciiTheme="majorBidi" w:eastAsia="Times New Roman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14:paraId="11717109" w14:textId="24C97804" w:rsidR="00D6613A" w:rsidRPr="004036DA" w:rsidRDefault="00D6613A" w:rsidP="004036DA">
      <w:pPr>
        <w:rPr>
          <w:rFonts w:eastAsia="Times New Roman"/>
        </w:rPr>
      </w:pPr>
    </w:p>
    <w:bookmarkEnd w:id="0"/>
    <w:p w14:paraId="511AB4B3" w14:textId="35A9ECB3" w:rsidR="00310092" w:rsidRPr="00395C65" w:rsidRDefault="00310092" w:rsidP="003175C2">
      <w:pPr>
        <w:spacing w:line="24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14:paraId="357CF8FE" w14:textId="77777777" w:rsidR="009E7E54" w:rsidRPr="00257E6B" w:rsidRDefault="009E7E54" w:rsidP="00E5739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</w:t>
      </w:r>
    </w:p>
    <w:sectPr w:rsidR="009E7E54" w:rsidRPr="00257E6B" w:rsidSect="00DC1B2E">
      <w:pgSz w:w="15840" w:h="12240" w:orient="landscape"/>
      <w:pgMar w:top="720" w:right="72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DA745F" w14:textId="77777777" w:rsidR="00B6103A" w:rsidRDefault="00B6103A" w:rsidP="00F5768A">
      <w:pPr>
        <w:spacing w:after="0" w:line="240" w:lineRule="auto"/>
      </w:pPr>
      <w:r>
        <w:separator/>
      </w:r>
    </w:p>
  </w:endnote>
  <w:endnote w:type="continuationSeparator" w:id="0">
    <w:p w14:paraId="7BF0A2C0" w14:textId="77777777" w:rsidR="00B6103A" w:rsidRDefault="00B6103A" w:rsidP="00F57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6E5093" w14:textId="77777777" w:rsidR="00B6103A" w:rsidRDefault="00B6103A" w:rsidP="00F5768A">
      <w:pPr>
        <w:spacing w:after="0" w:line="240" w:lineRule="auto"/>
      </w:pPr>
      <w:r>
        <w:separator/>
      </w:r>
    </w:p>
  </w:footnote>
  <w:footnote w:type="continuationSeparator" w:id="0">
    <w:p w14:paraId="496DB061" w14:textId="77777777" w:rsidR="00B6103A" w:rsidRDefault="00B6103A" w:rsidP="00F576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9FE76A2"/>
    <w:multiLevelType w:val="hybridMultilevel"/>
    <w:tmpl w:val="BE9CF5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8D4BC6"/>
    <w:multiLevelType w:val="hybridMultilevel"/>
    <w:tmpl w:val="ED3A916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574516"/>
    <w:multiLevelType w:val="hybridMultilevel"/>
    <w:tmpl w:val="5198A0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663F"/>
    <w:multiLevelType w:val="hybridMultilevel"/>
    <w:tmpl w:val="BE9CF5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A0A1941"/>
    <w:multiLevelType w:val="hybridMultilevel"/>
    <w:tmpl w:val="9B36E8DC"/>
    <w:lvl w:ilvl="0" w:tplc="D5687336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A3879F8"/>
    <w:multiLevelType w:val="hybridMultilevel"/>
    <w:tmpl w:val="270A11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3"/>
  </w:num>
  <w:num w:numId="11">
    <w:abstractNumId w:val="14"/>
  </w:num>
  <w:num w:numId="12">
    <w:abstractNumId w:val="12"/>
  </w:num>
  <w:num w:numId="13">
    <w:abstractNumId w:val="9"/>
  </w:num>
  <w:num w:numId="14">
    <w:abstractNumId w:val="11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11B8C"/>
    <w:rsid w:val="00026FB3"/>
    <w:rsid w:val="00034616"/>
    <w:rsid w:val="000357E7"/>
    <w:rsid w:val="00042A8E"/>
    <w:rsid w:val="000502C6"/>
    <w:rsid w:val="00057651"/>
    <w:rsid w:val="0006063C"/>
    <w:rsid w:val="00061A1D"/>
    <w:rsid w:val="00062A28"/>
    <w:rsid w:val="00062F32"/>
    <w:rsid w:val="0007668E"/>
    <w:rsid w:val="000A10CC"/>
    <w:rsid w:val="000B2299"/>
    <w:rsid w:val="000B405A"/>
    <w:rsid w:val="000C2E4B"/>
    <w:rsid w:val="000C4C2A"/>
    <w:rsid w:val="000E132A"/>
    <w:rsid w:val="000E219D"/>
    <w:rsid w:val="000E7841"/>
    <w:rsid w:val="00101EED"/>
    <w:rsid w:val="00121B74"/>
    <w:rsid w:val="00124254"/>
    <w:rsid w:val="001306FE"/>
    <w:rsid w:val="001427E1"/>
    <w:rsid w:val="0015074B"/>
    <w:rsid w:val="001528D8"/>
    <w:rsid w:val="00153DD6"/>
    <w:rsid w:val="00157210"/>
    <w:rsid w:val="00164AD5"/>
    <w:rsid w:val="0016502B"/>
    <w:rsid w:val="00166A32"/>
    <w:rsid w:val="001732ED"/>
    <w:rsid w:val="00192D4B"/>
    <w:rsid w:val="001976FF"/>
    <w:rsid w:val="001A543D"/>
    <w:rsid w:val="001B156C"/>
    <w:rsid w:val="001B1714"/>
    <w:rsid w:val="001B4D89"/>
    <w:rsid w:val="001B600A"/>
    <w:rsid w:val="001C3BFA"/>
    <w:rsid w:val="001E2D54"/>
    <w:rsid w:val="001E4CCC"/>
    <w:rsid w:val="00236715"/>
    <w:rsid w:val="00246F5E"/>
    <w:rsid w:val="00251C98"/>
    <w:rsid w:val="00255F5F"/>
    <w:rsid w:val="00257E6B"/>
    <w:rsid w:val="00273DAA"/>
    <w:rsid w:val="00280D34"/>
    <w:rsid w:val="0029639D"/>
    <w:rsid w:val="002A2801"/>
    <w:rsid w:val="002B6225"/>
    <w:rsid w:val="002F1C46"/>
    <w:rsid w:val="002F64D0"/>
    <w:rsid w:val="003032FC"/>
    <w:rsid w:val="00310092"/>
    <w:rsid w:val="00316C8F"/>
    <w:rsid w:val="003175C2"/>
    <w:rsid w:val="00322E34"/>
    <w:rsid w:val="00326F90"/>
    <w:rsid w:val="00327862"/>
    <w:rsid w:val="00332ADE"/>
    <w:rsid w:val="003351E6"/>
    <w:rsid w:val="0034164A"/>
    <w:rsid w:val="00343170"/>
    <w:rsid w:val="00346BDF"/>
    <w:rsid w:val="0034730D"/>
    <w:rsid w:val="00354D01"/>
    <w:rsid w:val="003652D7"/>
    <w:rsid w:val="0039021B"/>
    <w:rsid w:val="0039164B"/>
    <w:rsid w:val="0039461D"/>
    <w:rsid w:val="00395C65"/>
    <w:rsid w:val="003A4E53"/>
    <w:rsid w:val="003B5B11"/>
    <w:rsid w:val="003C7C6C"/>
    <w:rsid w:val="003D3825"/>
    <w:rsid w:val="003E4F77"/>
    <w:rsid w:val="003F34E2"/>
    <w:rsid w:val="003F6522"/>
    <w:rsid w:val="003F6652"/>
    <w:rsid w:val="004036DA"/>
    <w:rsid w:val="004319A0"/>
    <w:rsid w:val="00452609"/>
    <w:rsid w:val="00463866"/>
    <w:rsid w:val="00464B60"/>
    <w:rsid w:val="004705B1"/>
    <w:rsid w:val="00484AC1"/>
    <w:rsid w:val="0049267C"/>
    <w:rsid w:val="00492905"/>
    <w:rsid w:val="004B1108"/>
    <w:rsid w:val="004B3F50"/>
    <w:rsid w:val="004B7BE9"/>
    <w:rsid w:val="004C017F"/>
    <w:rsid w:val="004C444C"/>
    <w:rsid w:val="004C56C1"/>
    <w:rsid w:val="004D19BB"/>
    <w:rsid w:val="004F31DF"/>
    <w:rsid w:val="00515348"/>
    <w:rsid w:val="00530686"/>
    <w:rsid w:val="0053377F"/>
    <w:rsid w:val="00550697"/>
    <w:rsid w:val="00552164"/>
    <w:rsid w:val="0057452A"/>
    <w:rsid w:val="00576383"/>
    <w:rsid w:val="0058629B"/>
    <w:rsid w:val="005C6516"/>
    <w:rsid w:val="005E3DC8"/>
    <w:rsid w:val="005F61AC"/>
    <w:rsid w:val="00604782"/>
    <w:rsid w:val="00606F64"/>
    <w:rsid w:val="00615FEE"/>
    <w:rsid w:val="00625C36"/>
    <w:rsid w:val="00633CB0"/>
    <w:rsid w:val="0063709A"/>
    <w:rsid w:val="0064116F"/>
    <w:rsid w:val="006458C2"/>
    <w:rsid w:val="00653405"/>
    <w:rsid w:val="00667982"/>
    <w:rsid w:val="00681CD0"/>
    <w:rsid w:val="006852C2"/>
    <w:rsid w:val="00690BD5"/>
    <w:rsid w:val="00693139"/>
    <w:rsid w:val="006A43E8"/>
    <w:rsid w:val="006B3A9F"/>
    <w:rsid w:val="006B572D"/>
    <w:rsid w:val="006B7B61"/>
    <w:rsid w:val="006C7D57"/>
    <w:rsid w:val="006D5BCC"/>
    <w:rsid w:val="006F217C"/>
    <w:rsid w:val="006F4173"/>
    <w:rsid w:val="006F53F0"/>
    <w:rsid w:val="00715C7D"/>
    <w:rsid w:val="00722ADF"/>
    <w:rsid w:val="007373A3"/>
    <w:rsid w:val="007437F6"/>
    <w:rsid w:val="007578BF"/>
    <w:rsid w:val="007727B3"/>
    <w:rsid w:val="00776218"/>
    <w:rsid w:val="00784197"/>
    <w:rsid w:val="00793FDF"/>
    <w:rsid w:val="007C4F02"/>
    <w:rsid w:val="007C7BAB"/>
    <w:rsid w:val="007C7D7E"/>
    <w:rsid w:val="007D4573"/>
    <w:rsid w:val="007E39EB"/>
    <w:rsid w:val="007F50D8"/>
    <w:rsid w:val="00844AAB"/>
    <w:rsid w:val="00852E8B"/>
    <w:rsid w:val="00882401"/>
    <w:rsid w:val="008A6AE9"/>
    <w:rsid w:val="008A78AF"/>
    <w:rsid w:val="008B5122"/>
    <w:rsid w:val="008B69BA"/>
    <w:rsid w:val="008C3301"/>
    <w:rsid w:val="008D03ED"/>
    <w:rsid w:val="008D059B"/>
    <w:rsid w:val="008D3E10"/>
    <w:rsid w:val="008E4E66"/>
    <w:rsid w:val="00911620"/>
    <w:rsid w:val="00913633"/>
    <w:rsid w:val="00946507"/>
    <w:rsid w:val="00946BCF"/>
    <w:rsid w:val="00967F96"/>
    <w:rsid w:val="00972F1E"/>
    <w:rsid w:val="00991E8B"/>
    <w:rsid w:val="009C26BD"/>
    <w:rsid w:val="009E4F80"/>
    <w:rsid w:val="009E7E54"/>
    <w:rsid w:val="009F3EC8"/>
    <w:rsid w:val="009F55E9"/>
    <w:rsid w:val="00A122B6"/>
    <w:rsid w:val="00A17048"/>
    <w:rsid w:val="00A25D39"/>
    <w:rsid w:val="00A446DA"/>
    <w:rsid w:val="00A50E66"/>
    <w:rsid w:val="00A52636"/>
    <w:rsid w:val="00A60F95"/>
    <w:rsid w:val="00A70E97"/>
    <w:rsid w:val="00A76487"/>
    <w:rsid w:val="00A83663"/>
    <w:rsid w:val="00A91D16"/>
    <w:rsid w:val="00A92FE7"/>
    <w:rsid w:val="00A9526C"/>
    <w:rsid w:val="00AA0D77"/>
    <w:rsid w:val="00AA1D8D"/>
    <w:rsid w:val="00AB075E"/>
    <w:rsid w:val="00AC3307"/>
    <w:rsid w:val="00AE0AE7"/>
    <w:rsid w:val="00AF5E82"/>
    <w:rsid w:val="00B03F10"/>
    <w:rsid w:val="00B1574B"/>
    <w:rsid w:val="00B23BFE"/>
    <w:rsid w:val="00B324FB"/>
    <w:rsid w:val="00B34E2F"/>
    <w:rsid w:val="00B35154"/>
    <w:rsid w:val="00B36BF2"/>
    <w:rsid w:val="00B473C7"/>
    <w:rsid w:val="00B47730"/>
    <w:rsid w:val="00B50B94"/>
    <w:rsid w:val="00B5722E"/>
    <w:rsid w:val="00B6103A"/>
    <w:rsid w:val="00B74EA7"/>
    <w:rsid w:val="00B9159A"/>
    <w:rsid w:val="00B91FA4"/>
    <w:rsid w:val="00BA1C8F"/>
    <w:rsid w:val="00BA2BBF"/>
    <w:rsid w:val="00BB340C"/>
    <w:rsid w:val="00BC07B7"/>
    <w:rsid w:val="00BC5EF9"/>
    <w:rsid w:val="00BD012E"/>
    <w:rsid w:val="00BD27CF"/>
    <w:rsid w:val="00BD5B54"/>
    <w:rsid w:val="00BE2985"/>
    <w:rsid w:val="00BE59DE"/>
    <w:rsid w:val="00BE64D0"/>
    <w:rsid w:val="00BE7AEC"/>
    <w:rsid w:val="00C07AC5"/>
    <w:rsid w:val="00C31716"/>
    <w:rsid w:val="00C44639"/>
    <w:rsid w:val="00C449FE"/>
    <w:rsid w:val="00C53304"/>
    <w:rsid w:val="00C65A9D"/>
    <w:rsid w:val="00C72952"/>
    <w:rsid w:val="00C74628"/>
    <w:rsid w:val="00CA333C"/>
    <w:rsid w:val="00CB0664"/>
    <w:rsid w:val="00CB2592"/>
    <w:rsid w:val="00CC0CC6"/>
    <w:rsid w:val="00CC4B12"/>
    <w:rsid w:val="00CD4BF2"/>
    <w:rsid w:val="00CD6560"/>
    <w:rsid w:val="00CF7C77"/>
    <w:rsid w:val="00D156D5"/>
    <w:rsid w:val="00D16098"/>
    <w:rsid w:val="00D21C67"/>
    <w:rsid w:val="00D47839"/>
    <w:rsid w:val="00D54A07"/>
    <w:rsid w:val="00D57AF0"/>
    <w:rsid w:val="00D6613A"/>
    <w:rsid w:val="00D8228B"/>
    <w:rsid w:val="00D82C91"/>
    <w:rsid w:val="00D86A87"/>
    <w:rsid w:val="00D950F4"/>
    <w:rsid w:val="00DA1E9A"/>
    <w:rsid w:val="00DC1B2E"/>
    <w:rsid w:val="00DD399B"/>
    <w:rsid w:val="00DE15F3"/>
    <w:rsid w:val="00DF04A3"/>
    <w:rsid w:val="00DF38EA"/>
    <w:rsid w:val="00E011A5"/>
    <w:rsid w:val="00E02062"/>
    <w:rsid w:val="00E27992"/>
    <w:rsid w:val="00E501DC"/>
    <w:rsid w:val="00E55C94"/>
    <w:rsid w:val="00E57392"/>
    <w:rsid w:val="00E625A3"/>
    <w:rsid w:val="00E62AE6"/>
    <w:rsid w:val="00E66E7C"/>
    <w:rsid w:val="00E674FB"/>
    <w:rsid w:val="00E7247D"/>
    <w:rsid w:val="00E9350E"/>
    <w:rsid w:val="00EA5153"/>
    <w:rsid w:val="00EB7A58"/>
    <w:rsid w:val="00EC672C"/>
    <w:rsid w:val="00ED090E"/>
    <w:rsid w:val="00ED0976"/>
    <w:rsid w:val="00ED49F9"/>
    <w:rsid w:val="00EE0EA7"/>
    <w:rsid w:val="00F0543B"/>
    <w:rsid w:val="00F0589A"/>
    <w:rsid w:val="00F12C27"/>
    <w:rsid w:val="00F23D60"/>
    <w:rsid w:val="00F26EE8"/>
    <w:rsid w:val="00F35574"/>
    <w:rsid w:val="00F3613B"/>
    <w:rsid w:val="00F50DDF"/>
    <w:rsid w:val="00F5768A"/>
    <w:rsid w:val="00F835FD"/>
    <w:rsid w:val="00F9321E"/>
    <w:rsid w:val="00FB0C95"/>
    <w:rsid w:val="00FC0295"/>
    <w:rsid w:val="00FC0B05"/>
    <w:rsid w:val="00FC67FF"/>
    <w:rsid w:val="00FC693F"/>
    <w:rsid w:val="00FD1970"/>
    <w:rsid w:val="00FD2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933037"/>
  <w15:docId w15:val="{0BD20D3C-862E-45F7-92C9-2BEDAC36B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AB075E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B075E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337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mailto:khushdil1963@gmail.com" TargetMode="External"/><Relationship Id="rId21" Type="http://schemas.openxmlformats.org/officeDocument/2006/relationships/hyperlink" Target="mailto:humasalim@gmail.com" TargetMode="External"/><Relationship Id="rId42" Type="http://schemas.openxmlformats.org/officeDocument/2006/relationships/hyperlink" Target="mailto:sidratulmuntaha1985@yahoo.com" TargetMode="External"/><Relationship Id="rId47" Type="http://schemas.openxmlformats.org/officeDocument/2006/relationships/hyperlink" Target="mailto:dr.sumbal000@gmail.com" TargetMode="External"/><Relationship Id="rId63" Type="http://schemas.openxmlformats.org/officeDocument/2006/relationships/hyperlink" Target="mailto:mohsinhasan2000@yahoo.com" TargetMode="External"/><Relationship Id="rId68" Type="http://schemas.openxmlformats.org/officeDocument/2006/relationships/hyperlink" Target="mailto:Subhani_fa@htmail.com" TargetMode="External"/><Relationship Id="rId84" Type="http://schemas.openxmlformats.org/officeDocument/2006/relationships/hyperlink" Target="mailto:dr.naeemgardezi@gmail.com" TargetMode="External"/><Relationship Id="rId89" Type="http://schemas.openxmlformats.org/officeDocument/2006/relationships/fontTable" Target="fontTable.xml"/><Relationship Id="rId16" Type="http://schemas.openxmlformats.org/officeDocument/2006/relationships/hyperlink" Target="mailto:ejazkhan99@hotmail.com" TargetMode="External"/><Relationship Id="rId11" Type="http://schemas.openxmlformats.org/officeDocument/2006/relationships/hyperlink" Target="mailto:yaqubasma@yahoo.com" TargetMode="External"/><Relationship Id="rId32" Type="http://schemas.openxmlformats.org/officeDocument/2006/relationships/hyperlink" Target="mailto:drmaqboolhussain@gmail.com" TargetMode="External"/><Relationship Id="rId37" Type="http://schemas.openxmlformats.org/officeDocument/2006/relationships/hyperlink" Target="mailto:pervtariq@hotmail.com" TargetMode="External"/><Relationship Id="rId53" Type="http://schemas.openxmlformats.org/officeDocument/2006/relationships/hyperlink" Target="mailto:sohailaa2000@gmail.com" TargetMode="External"/><Relationship Id="rId58" Type="http://schemas.openxmlformats.org/officeDocument/2006/relationships/hyperlink" Target="mailto:urooj.ak@gmail.com" TargetMode="External"/><Relationship Id="rId74" Type="http://schemas.openxmlformats.org/officeDocument/2006/relationships/hyperlink" Target="mailto:careismybiz@gmail.com" TargetMode="External"/><Relationship Id="rId79" Type="http://schemas.openxmlformats.org/officeDocument/2006/relationships/hyperlink" Target="mailto:muhammadarslan10@gmail.com" TargetMode="External"/><Relationship Id="rId5" Type="http://schemas.openxmlformats.org/officeDocument/2006/relationships/webSettings" Target="webSettings.xml"/><Relationship Id="rId90" Type="http://schemas.openxmlformats.org/officeDocument/2006/relationships/theme" Target="theme/theme1.xml"/><Relationship Id="rId14" Type="http://schemas.openxmlformats.org/officeDocument/2006/relationships/hyperlink" Target="mailto:afzalchpak59@gmail.com" TargetMode="External"/><Relationship Id="rId22" Type="http://schemas.openxmlformats.org/officeDocument/2006/relationships/hyperlink" Target="mailto:doc.imrana28@gmail.com" TargetMode="External"/><Relationship Id="rId27" Type="http://schemas.openxmlformats.org/officeDocument/2006/relationships/hyperlink" Target="mailto:drka086@gmail.com" TargetMode="External"/><Relationship Id="rId30" Type="http://schemas.openxmlformats.org/officeDocument/2006/relationships/hyperlink" Target="mailto:drsyedmazharabbasrizvi@gmail.com" TargetMode="External"/><Relationship Id="rId35" Type="http://schemas.openxmlformats.org/officeDocument/2006/relationships/hyperlink" Target="mailto:n_awan885@hotmail.com" TargetMode="External"/><Relationship Id="rId43" Type="http://schemas.openxmlformats.org/officeDocument/2006/relationships/hyperlink" Target="mailto:drsohail67@gmail.com" TargetMode="External"/><Relationship Id="rId48" Type="http://schemas.openxmlformats.org/officeDocument/2006/relationships/hyperlink" Target="mailto:mail2docsaj@yahoo.com" TargetMode="External"/><Relationship Id="rId56" Type="http://schemas.openxmlformats.org/officeDocument/2006/relationships/hyperlink" Target="mailto:banobaig3@gmail.com" TargetMode="External"/><Relationship Id="rId64" Type="http://schemas.openxmlformats.org/officeDocument/2006/relationships/hyperlink" Target="mailto:fatimamarmoose@gmail.com" TargetMode="External"/><Relationship Id="rId69" Type="http://schemas.openxmlformats.org/officeDocument/2006/relationships/hyperlink" Target="mailto:abdulmajid271@yahoo.com" TargetMode="External"/><Relationship Id="rId77" Type="http://schemas.openxmlformats.org/officeDocument/2006/relationships/hyperlink" Target="mailto:jabranjaved@hotmail.com" TargetMode="External"/><Relationship Id="rId8" Type="http://schemas.openxmlformats.org/officeDocument/2006/relationships/hyperlink" Target="mailto:Dr.asmashabbir@gmail.com" TargetMode="External"/><Relationship Id="rId51" Type="http://schemas.openxmlformats.org/officeDocument/2006/relationships/hyperlink" Target="mailto:shehla126@yahoo.com" TargetMode="External"/><Relationship Id="rId72" Type="http://schemas.openxmlformats.org/officeDocument/2006/relationships/hyperlink" Target="mailto:drshumila13@gmail.com" TargetMode="External"/><Relationship Id="rId80" Type="http://schemas.openxmlformats.org/officeDocument/2006/relationships/hyperlink" Target="mailto:Shafique44@gmail.com" TargetMode="External"/><Relationship Id="rId85" Type="http://schemas.openxmlformats.org/officeDocument/2006/relationships/hyperlink" Target="mailto:faryalzeeshan04@gmail.com" TargetMode="External"/><Relationship Id="rId3" Type="http://schemas.openxmlformats.org/officeDocument/2006/relationships/styles" Target="styles.xml"/><Relationship Id="rId12" Type="http://schemas.openxmlformats.org/officeDocument/2006/relationships/hyperlink" Target="mailto:drbilal162@gmail.com" TargetMode="External"/><Relationship Id="rId17" Type="http://schemas.openxmlformats.org/officeDocument/2006/relationships/hyperlink" Target="mailto:alamfamilyhospital214@gmail.com" TargetMode="External"/><Relationship Id="rId25" Type="http://schemas.openxmlformats.org/officeDocument/2006/relationships/hyperlink" Target="mailto:sheikh.taimursheikh@gmail.com" TargetMode="External"/><Relationship Id="rId33" Type="http://schemas.openxmlformats.org/officeDocument/2006/relationships/hyperlink" Target="mailto:mansoor1947@yahoo.com" TargetMode="External"/><Relationship Id="rId38" Type="http://schemas.openxmlformats.org/officeDocument/2006/relationships/hyperlink" Target="mailto:rzulfqar57@gmail.com" TargetMode="External"/><Relationship Id="rId46" Type="http://schemas.openxmlformats.org/officeDocument/2006/relationships/hyperlink" Target="mailto:sabamushtaq74@yahoo.com" TargetMode="External"/><Relationship Id="rId59" Type="http://schemas.openxmlformats.org/officeDocument/2006/relationships/hyperlink" Target="mailto:dr.zeeshanghani@hotmail.com" TargetMode="External"/><Relationship Id="rId67" Type="http://schemas.openxmlformats.org/officeDocument/2006/relationships/hyperlink" Target="mailto:tariqsaeed444@gmail.com" TargetMode="External"/><Relationship Id="rId20" Type="http://schemas.openxmlformats.org/officeDocument/2006/relationships/hyperlink" Target="mailto:docshirazi@gmail.com" TargetMode="External"/><Relationship Id="rId41" Type="http://schemas.openxmlformats.org/officeDocument/2006/relationships/hyperlink" Target="mailto:sughra9@hotmail.com" TargetMode="External"/><Relationship Id="rId54" Type="http://schemas.openxmlformats.org/officeDocument/2006/relationships/hyperlink" Target="mailto:mahmoodrajatariq@gmail.com" TargetMode="External"/><Relationship Id="rId62" Type="http://schemas.openxmlformats.org/officeDocument/2006/relationships/hyperlink" Target="mailto:rehmanawaris@hotmail.com" TargetMode="External"/><Relationship Id="rId70" Type="http://schemas.openxmlformats.org/officeDocument/2006/relationships/hyperlink" Target="mailto:mbilalmd@gmail.com" TargetMode="External"/><Relationship Id="rId75" Type="http://schemas.openxmlformats.org/officeDocument/2006/relationships/hyperlink" Target="mailto:jawadjavaid81@gmail.com" TargetMode="External"/><Relationship Id="rId83" Type="http://schemas.openxmlformats.org/officeDocument/2006/relationships/hyperlink" Target="mailto:muhammanadeem009@gmail.com" TargetMode="External"/><Relationship Id="rId88" Type="http://schemas.openxmlformats.org/officeDocument/2006/relationships/hyperlink" Target="mailto:shaheensalman@yahoo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mailto:shabbirmoeez@yahoo.com" TargetMode="External"/><Relationship Id="rId23" Type="http://schemas.openxmlformats.org/officeDocument/2006/relationships/hyperlink" Target="mailto:fmc414@hotmail.com" TargetMode="External"/><Relationship Id="rId28" Type="http://schemas.openxmlformats.org/officeDocument/2006/relationships/hyperlink" Target="mailto:salmanali55@hotmail.com" TargetMode="External"/><Relationship Id="rId36" Type="http://schemas.openxmlformats.org/officeDocument/2006/relationships/hyperlink" Target="mailto:drnuzhatyasmeen@yahoo.com" TargetMode="External"/><Relationship Id="rId49" Type="http://schemas.openxmlformats.org/officeDocument/2006/relationships/hyperlink" Target="mailto:sgul144@gmail.com" TargetMode="External"/><Relationship Id="rId57" Type="http://schemas.openxmlformats.org/officeDocument/2006/relationships/hyperlink" Target="mailto:druzma.2013@gmail.com" TargetMode="External"/><Relationship Id="rId10" Type="http://schemas.openxmlformats.org/officeDocument/2006/relationships/hyperlink" Target="mailto:drhafeezsoomro@hotmail.com" TargetMode="External"/><Relationship Id="rId31" Type="http://schemas.openxmlformats.org/officeDocument/2006/relationships/hyperlink" Target="mailto:musarratsh@yahoo.com" TargetMode="External"/><Relationship Id="rId44" Type="http://schemas.openxmlformats.org/officeDocument/2006/relationships/hyperlink" Target="http://h.no/" TargetMode="External"/><Relationship Id="rId52" Type="http://schemas.openxmlformats.org/officeDocument/2006/relationships/hyperlink" Target="mailto:syedashireengul@gmail.com" TargetMode="External"/><Relationship Id="rId60" Type="http://schemas.openxmlformats.org/officeDocument/2006/relationships/hyperlink" Target="mailto:drnadiasalman@gmail.com" TargetMode="External"/><Relationship Id="rId65" Type="http://schemas.openxmlformats.org/officeDocument/2006/relationships/hyperlink" Target="mailto:drtariqghafoor@gmail.com" TargetMode="External"/><Relationship Id="rId73" Type="http://schemas.openxmlformats.org/officeDocument/2006/relationships/hyperlink" Target="mailto:kashifnawazfumc@gmail.com" TargetMode="External"/><Relationship Id="rId78" Type="http://schemas.openxmlformats.org/officeDocument/2006/relationships/hyperlink" Target="mailto:drarslan.yaqoob@gmail.com" TargetMode="External"/><Relationship Id="rId81" Type="http://schemas.openxmlformats.org/officeDocument/2006/relationships/hyperlink" Target="mailto:Adnansethi75@gmail.com" TargetMode="External"/><Relationship Id="rId86" Type="http://schemas.openxmlformats.org/officeDocument/2006/relationships/hyperlink" Target="mailto:ijazsheikh101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r.aliraza52@gmail.com" TargetMode="External"/><Relationship Id="rId13" Type="http://schemas.openxmlformats.org/officeDocument/2006/relationships/hyperlink" Target="mailto:shahidaziz1947@gmail.com" TargetMode="External"/><Relationship Id="rId18" Type="http://schemas.openxmlformats.org/officeDocument/2006/relationships/hyperlink" Target="mailto:Dr.faaizanabeel@gmail.com" TargetMode="External"/><Relationship Id="rId39" Type="http://schemas.openxmlformats.org/officeDocument/2006/relationships/hyperlink" Target="mailto:drsamiya.naeem@gmail.com" TargetMode="External"/><Relationship Id="rId34" Type="http://schemas.openxmlformats.org/officeDocument/2006/relationships/hyperlink" Target="mailto:dr.maryam_salman@yahoo.com" TargetMode="External"/><Relationship Id="rId50" Type="http://schemas.openxmlformats.org/officeDocument/2006/relationships/hyperlink" Target="mailto:drsaima.ahsan@gmail.com" TargetMode="External"/><Relationship Id="rId55" Type="http://schemas.openxmlformats.org/officeDocument/2006/relationships/hyperlink" Target="mailto:tahirakhanumji@gmail.com" TargetMode="External"/><Relationship Id="rId76" Type="http://schemas.openxmlformats.org/officeDocument/2006/relationships/hyperlink" Target="mailto:drawaishayat@gmail.com" TargetMode="External"/><Relationship Id="rId7" Type="http://schemas.openxmlformats.org/officeDocument/2006/relationships/endnotes" Target="endnotes.xml"/><Relationship Id="rId71" Type="http://schemas.openxmlformats.org/officeDocument/2006/relationships/hyperlink" Target="mailto:umairzaheer4321@gmail.com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mahmood@childspecialist.org" TargetMode="External"/><Relationship Id="rId24" Type="http://schemas.openxmlformats.org/officeDocument/2006/relationships/hyperlink" Target="mailto:j.serene86@gmail.com" TargetMode="External"/><Relationship Id="rId40" Type="http://schemas.openxmlformats.org/officeDocument/2006/relationships/hyperlink" Target="mailto:doctor.shahzadmunir@gmail.com" TargetMode="External"/><Relationship Id="rId45" Type="http://schemas.openxmlformats.org/officeDocument/2006/relationships/hyperlink" Target="mailto:irfan.saba@yahoo.com" TargetMode="External"/><Relationship Id="rId66" Type="http://schemas.openxmlformats.org/officeDocument/2006/relationships/hyperlink" Target="mailto:shabbir801@gmail.com" TargetMode="External"/><Relationship Id="rId87" Type="http://schemas.openxmlformats.org/officeDocument/2006/relationships/hyperlink" Target="mailto:Mustansir.ali.khan@hotmail.com" TargetMode="External"/><Relationship Id="rId61" Type="http://schemas.openxmlformats.org/officeDocument/2006/relationships/hyperlink" Target="mailto:quratannie8080@gmail.com" TargetMode="External"/><Relationship Id="rId82" Type="http://schemas.openxmlformats.org/officeDocument/2006/relationships/hyperlink" Target="mailto:Flyleaf796@gmail.com" TargetMode="External"/><Relationship Id="rId19" Type="http://schemas.openxmlformats.org/officeDocument/2006/relationships/hyperlink" Target="mailto:drgul786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01C68B9-342C-4EBB-811F-EA7123E5D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16</Pages>
  <Words>3712</Words>
  <Characters>21164</Characters>
  <Application>Microsoft Office Word</Application>
  <DocSecurity>0</DocSecurity>
  <Lines>176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24827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Microsoft account</cp:lastModifiedBy>
  <cp:revision>19</cp:revision>
  <dcterms:created xsi:type="dcterms:W3CDTF">2026-07-12T12:19:00Z</dcterms:created>
  <dcterms:modified xsi:type="dcterms:W3CDTF">2026-07-13T19:44:00Z</dcterms:modified>
  <cp:category/>
</cp:coreProperties>
</file>